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85CD4" w14:textId="0B34C288" w:rsidR="0051331B" w:rsidRPr="002F5D52" w:rsidRDefault="000F7C6D" w:rsidP="000F7C6D">
      <w:pPr>
        <w:pStyle w:val="Header"/>
        <w:jc w:val="center"/>
        <w:rPr>
          <w:rFonts w:ascii="Times New Roman" w:hAnsi="Times New Roman" w:cs="Times New Roman"/>
        </w:rPr>
      </w:pPr>
      <w:r w:rsidRPr="002F5D52">
        <w:rPr>
          <w:rFonts w:ascii="Times New Roman" w:hAnsi="Times New Roman" w:cs="Times New Roman"/>
        </w:rPr>
        <w:t xml:space="preserve">Medical </w:t>
      </w:r>
      <w:r w:rsidR="004A7D7E" w:rsidRPr="002F5D52">
        <w:rPr>
          <w:rFonts w:ascii="Times New Roman" w:hAnsi="Times New Roman" w:cs="Times New Roman"/>
        </w:rPr>
        <w:t xml:space="preserve">Courier </w:t>
      </w:r>
      <w:r w:rsidRPr="002F5D52">
        <w:rPr>
          <w:rFonts w:ascii="Times New Roman" w:hAnsi="Times New Roman" w:cs="Times New Roman"/>
        </w:rPr>
        <w:t xml:space="preserve">Transportation Services </w:t>
      </w:r>
    </w:p>
    <w:p w14:paraId="66F310E0" w14:textId="5AFEA337" w:rsidR="000F7C6D" w:rsidRPr="002F5D52" w:rsidRDefault="000F7C6D" w:rsidP="000F7C6D">
      <w:pPr>
        <w:pStyle w:val="Header"/>
        <w:jc w:val="center"/>
        <w:rPr>
          <w:rFonts w:ascii="Times New Roman" w:hAnsi="Times New Roman" w:cs="Times New Roman"/>
        </w:rPr>
      </w:pPr>
      <w:proofErr w:type="gramStart"/>
      <w:r w:rsidRPr="002F5D52">
        <w:rPr>
          <w:rFonts w:ascii="Times New Roman" w:hAnsi="Times New Roman" w:cs="Times New Roman"/>
        </w:rPr>
        <w:t>Statement of Work</w:t>
      </w:r>
      <w:proofErr w:type="gramEnd"/>
    </w:p>
    <w:p w14:paraId="5376EB29" w14:textId="77777777" w:rsidR="00A31F62" w:rsidRPr="002F5D52" w:rsidRDefault="000F7C6D" w:rsidP="000F7C6D">
      <w:pPr>
        <w:pStyle w:val="Header"/>
        <w:jc w:val="center"/>
        <w:rPr>
          <w:rFonts w:ascii="Times New Roman" w:hAnsi="Times New Roman" w:cs="Times New Roman"/>
        </w:rPr>
      </w:pPr>
      <w:r w:rsidRPr="002F5D52">
        <w:rPr>
          <w:rFonts w:ascii="Times New Roman" w:hAnsi="Times New Roman" w:cs="Times New Roman"/>
        </w:rPr>
        <w:t>Department of Veteran Affairs</w:t>
      </w:r>
    </w:p>
    <w:p w14:paraId="15DB5C09" w14:textId="7B05EB10" w:rsidR="000F7C6D" w:rsidRPr="002F5D52" w:rsidRDefault="000F7C6D" w:rsidP="00A31F62">
      <w:pPr>
        <w:pStyle w:val="Header"/>
        <w:jc w:val="center"/>
        <w:rPr>
          <w:rFonts w:ascii="Times New Roman" w:hAnsi="Times New Roman" w:cs="Times New Roman"/>
        </w:rPr>
      </w:pPr>
      <w:r w:rsidRPr="002F5D52">
        <w:rPr>
          <w:rFonts w:ascii="Times New Roman" w:hAnsi="Times New Roman" w:cs="Times New Roman"/>
        </w:rPr>
        <w:t>Pathology and Laboratory Medicine Service</w:t>
      </w:r>
      <w:r w:rsidR="00A31F62" w:rsidRPr="002F5D52">
        <w:rPr>
          <w:rFonts w:ascii="Times New Roman" w:hAnsi="Times New Roman" w:cs="Times New Roman"/>
        </w:rPr>
        <w:t xml:space="preserve"> &amp;</w:t>
      </w:r>
      <w:r w:rsidRPr="002F5D52">
        <w:rPr>
          <w:rFonts w:ascii="Times New Roman" w:hAnsi="Times New Roman" w:cs="Times New Roman"/>
        </w:rPr>
        <w:t xml:space="preserve"> Pharmacy Service</w:t>
      </w:r>
    </w:p>
    <w:p w14:paraId="4F16599F" w14:textId="044F50A8" w:rsidR="003E609C" w:rsidRPr="002F5D52" w:rsidRDefault="00CB6419" w:rsidP="0081682A">
      <w:pPr>
        <w:pStyle w:val="Heading2"/>
        <w:numPr>
          <w:ilvl w:val="0"/>
          <w:numId w:val="23"/>
        </w:numPr>
        <w:rPr>
          <w:rFonts w:ascii="Times New Roman" w:hAnsi="Times New Roman" w:cs="Times New Roman"/>
          <w:sz w:val="22"/>
          <w:szCs w:val="22"/>
        </w:rPr>
      </w:pPr>
      <w:r w:rsidRPr="002F5D52">
        <w:rPr>
          <w:rFonts w:ascii="Times New Roman" w:hAnsi="Times New Roman" w:cs="Times New Roman"/>
          <w:sz w:val="22"/>
          <w:szCs w:val="22"/>
        </w:rPr>
        <w:t>PURPOSE</w:t>
      </w:r>
    </w:p>
    <w:p w14:paraId="2779114A" w14:textId="2596FAAF" w:rsidR="003E609C" w:rsidRPr="002F5D52" w:rsidRDefault="006D2BAA">
      <w:pPr>
        <w:rPr>
          <w:rFonts w:ascii="Times New Roman" w:hAnsi="Times New Roman" w:cs="Times New Roman"/>
        </w:rPr>
      </w:pPr>
      <w:r w:rsidRPr="002F5D52">
        <w:rPr>
          <w:rFonts w:ascii="Times New Roman" w:hAnsi="Times New Roman" w:cs="Times New Roman"/>
        </w:rPr>
        <w:t>The Department of Veteran Affairs</w:t>
      </w:r>
      <w:r w:rsidR="00DA1B9A" w:rsidRPr="002F5D52">
        <w:rPr>
          <w:rFonts w:ascii="Times New Roman" w:hAnsi="Times New Roman" w:cs="Times New Roman"/>
        </w:rPr>
        <w:t xml:space="preserve"> (VA)</w:t>
      </w:r>
      <w:r w:rsidRPr="002F5D52">
        <w:rPr>
          <w:rFonts w:ascii="Times New Roman" w:hAnsi="Times New Roman" w:cs="Times New Roman"/>
        </w:rPr>
        <w:t xml:space="preserve"> is </w:t>
      </w:r>
      <w:r w:rsidR="00B268EB" w:rsidRPr="002F5D52">
        <w:rPr>
          <w:rFonts w:ascii="Times New Roman" w:hAnsi="Times New Roman" w:cs="Times New Roman"/>
        </w:rPr>
        <w:t>seeking</w:t>
      </w:r>
      <w:r w:rsidR="008D65DA" w:rsidRPr="002F5D52">
        <w:rPr>
          <w:rFonts w:ascii="Times New Roman" w:hAnsi="Times New Roman" w:cs="Times New Roman"/>
        </w:rPr>
        <w:t xml:space="preserve"> a contract for </w:t>
      </w:r>
      <w:r w:rsidR="00816C60" w:rsidRPr="002F5D52">
        <w:rPr>
          <w:rFonts w:ascii="Times New Roman" w:hAnsi="Times New Roman" w:cs="Times New Roman"/>
        </w:rPr>
        <w:t>medical</w:t>
      </w:r>
      <w:r w:rsidR="00DF0AC4" w:rsidRPr="002F5D52">
        <w:rPr>
          <w:rFonts w:ascii="Times New Roman" w:hAnsi="Times New Roman" w:cs="Times New Roman"/>
        </w:rPr>
        <w:t xml:space="preserve"> </w:t>
      </w:r>
      <w:r w:rsidR="008D65DA" w:rsidRPr="002F5D52">
        <w:rPr>
          <w:rFonts w:ascii="Times New Roman" w:hAnsi="Times New Roman" w:cs="Times New Roman"/>
        </w:rPr>
        <w:t xml:space="preserve">courier </w:t>
      </w:r>
      <w:r w:rsidR="00816C60" w:rsidRPr="002F5D52">
        <w:rPr>
          <w:rFonts w:ascii="Times New Roman" w:hAnsi="Times New Roman" w:cs="Times New Roman"/>
        </w:rPr>
        <w:t>transportation services for Northern Arizona VA Health Care System (NAVAHCS)</w:t>
      </w:r>
      <w:r w:rsidR="00DF0AC4" w:rsidRPr="002F5D52">
        <w:rPr>
          <w:rFonts w:ascii="Times New Roman" w:hAnsi="Times New Roman" w:cs="Times New Roman"/>
        </w:rPr>
        <w:t xml:space="preserve">, </w:t>
      </w:r>
      <w:r w:rsidR="00282142" w:rsidRPr="002F5D52">
        <w:rPr>
          <w:rFonts w:ascii="Times New Roman" w:hAnsi="Times New Roman" w:cs="Times New Roman"/>
        </w:rPr>
        <w:t>Carl T. Hayden VA Medical Center</w:t>
      </w:r>
      <w:r w:rsidR="003E4270">
        <w:rPr>
          <w:rFonts w:ascii="Times New Roman" w:hAnsi="Times New Roman" w:cs="Times New Roman"/>
        </w:rPr>
        <w:t xml:space="preserve"> (PVAHCS)</w:t>
      </w:r>
      <w:r w:rsidR="00282142" w:rsidRPr="002F5D52">
        <w:rPr>
          <w:rFonts w:ascii="Times New Roman" w:hAnsi="Times New Roman" w:cs="Times New Roman"/>
        </w:rPr>
        <w:t>, and Southern Arizona VA Healthcare System (SAVAHCS)</w:t>
      </w:r>
      <w:r w:rsidR="00816C60" w:rsidRPr="002F5D52">
        <w:rPr>
          <w:rFonts w:ascii="Times New Roman" w:hAnsi="Times New Roman" w:cs="Times New Roman"/>
        </w:rPr>
        <w:t xml:space="preserve">. </w:t>
      </w:r>
      <w:r w:rsidR="008D65DA" w:rsidRPr="002F5D52">
        <w:rPr>
          <w:rFonts w:ascii="Times New Roman" w:hAnsi="Times New Roman" w:cs="Times New Roman"/>
        </w:rPr>
        <w:t xml:space="preserve"> </w:t>
      </w:r>
      <w:r w:rsidR="00816C60" w:rsidRPr="002F5D52">
        <w:rPr>
          <w:rFonts w:ascii="Times New Roman" w:hAnsi="Times New Roman" w:cs="Times New Roman"/>
        </w:rPr>
        <w:t>The contractor shall provide all necessary labor, supervision, vehicle</w:t>
      </w:r>
      <w:r w:rsidR="00775799" w:rsidRPr="002F5D52">
        <w:rPr>
          <w:rFonts w:ascii="Times New Roman" w:hAnsi="Times New Roman" w:cs="Times New Roman"/>
        </w:rPr>
        <w:t>, vehicle fuel</w:t>
      </w:r>
      <w:r w:rsidR="00816C60" w:rsidRPr="002F5D52">
        <w:rPr>
          <w:rFonts w:ascii="Times New Roman" w:hAnsi="Times New Roman" w:cs="Times New Roman"/>
        </w:rPr>
        <w:t xml:space="preserve">, </w:t>
      </w:r>
      <w:r w:rsidR="00AF27F6" w:rsidRPr="002F5D52">
        <w:rPr>
          <w:rFonts w:ascii="Times New Roman" w:hAnsi="Times New Roman" w:cs="Times New Roman"/>
        </w:rPr>
        <w:t xml:space="preserve">vehicle </w:t>
      </w:r>
      <w:r w:rsidR="00442FA8" w:rsidRPr="002F5D52">
        <w:rPr>
          <w:rFonts w:ascii="Times New Roman" w:hAnsi="Times New Roman" w:cs="Times New Roman"/>
        </w:rPr>
        <w:t xml:space="preserve">insurance, </w:t>
      </w:r>
      <w:r w:rsidR="00775799" w:rsidRPr="002F5D52">
        <w:rPr>
          <w:rFonts w:ascii="Times New Roman" w:hAnsi="Times New Roman" w:cs="Times New Roman"/>
        </w:rPr>
        <w:t xml:space="preserve">transportation costs, communication devices, </w:t>
      </w:r>
      <w:r w:rsidR="00816C60" w:rsidRPr="002F5D52">
        <w:rPr>
          <w:rFonts w:ascii="Times New Roman" w:hAnsi="Times New Roman" w:cs="Times New Roman"/>
        </w:rPr>
        <w:t xml:space="preserve">equipment, and materials </w:t>
      </w:r>
      <w:r w:rsidR="00B268EB" w:rsidRPr="002F5D52">
        <w:rPr>
          <w:rFonts w:ascii="Times New Roman" w:hAnsi="Times New Roman" w:cs="Times New Roman"/>
        </w:rPr>
        <w:t>at no additional cost to the Government.</w:t>
      </w:r>
    </w:p>
    <w:p w14:paraId="6A990644" w14:textId="4B63F40D" w:rsidR="003E609C" w:rsidRPr="002F5D52" w:rsidRDefault="00CB6419" w:rsidP="0081682A">
      <w:pPr>
        <w:pStyle w:val="Heading2"/>
        <w:numPr>
          <w:ilvl w:val="0"/>
          <w:numId w:val="23"/>
        </w:numPr>
        <w:rPr>
          <w:rFonts w:ascii="Times New Roman" w:hAnsi="Times New Roman" w:cs="Times New Roman"/>
          <w:sz w:val="22"/>
          <w:szCs w:val="22"/>
        </w:rPr>
      </w:pPr>
      <w:r w:rsidRPr="002F5D52">
        <w:rPr>
          <w:rFonts w:ascii="Times New Roman" w:hAnsi="Times New Roman" w:cs="Times New Roman"/>
          <w:sz w:val="22"/>
          <w:szCs w:val="22"/>
        </w:rPr>
        <w:t>SCOPE OF WORK</w:t>
      </w:r>
    </w:p>
    <w:p w14:paraId="2659C66E" w14:textId="06FEBDE9" w:rsidR="00B67B5F" w:rsidRPr="00DA223F" w:rsidRDefault="00395EF0" w:rsidP="00B67B5F">
      <w:pPr>
        <w:rPr>
          <w:rFonts w:ascii="Times New Roman" w:hAnsi="Times New Roman" w:cs="Times New Roman"/>
        </w:rPr>
      </w:pPr>
      <w:r w:rsidRPr="00395EF0">
        <w:rPr>
          <w:rFonts w:ascii="Times New Roman" w:hAnsi="Times New Roman" w:cs="Times New Roman"/>
        </w:rPr>
        <w:t xml:space="preserve">The contractor shall ensure timely delivery and pickup, adhering to the </w:t>
      </w:r>
      <w:proofErr w:type="gramStart"/>
      <w:r w:rsidRPr="00395EF0">
        <w:rPr>
          <w:rFonts w:ascii="Times New Roman" w:hAnsi="Times New Roman" w:cs="Times New Roman"/>
        </w:rPr>
        <w:t>same-day</w:t>
      </w:r>
      <w:proofErr w:type="gramEnd"/>
      <w:r w:rsidRPr="00395EF0">
        <w:rPr>
          <w:rFonts w:ascii="Times New Roman" w:hAnsi="Times New Roman" w:cs="Times New Roman"/>
        </w:rPr>
        <w:t xml:space="preserve"> schedule for routes identified in the statement of work.</w:t>
      </w:r>
      <w:r w:rsidR="00B67B5F" w:rsidRPr="00DA223F">
        <w:rPr>
          <w:rFonts w:ascii="Times New Roman" w:hAnsi="Times New Roman" w:cs="Times New Roman"/>
        </w:rPr>
        <w:t xml:space="preserve"> Contractor will ensure shipments are secure, and compliant transportation of </w:t>
      </w:r>
      <w:r w:rsidR="00B67B5F" w:rsidRPr="00DA223F">
        <w:rPr>
          <w:rFonts w:ascii="Times New Roman" w:hAnsi="Times New Roman" w:cs="Times New Roman"/>
          <w:b/>
          <w:bCs/>
        </w:rPr>
        <w:t>ALL</w:t>
      </w:r>
      <w:r w:rsidR="00B67B5F" w:rsidRPr="00DA223F">
        <w:rPr>
          <w:rFonts w:ascii="Times New Roman" w:hAnsi="Times New Roman" w:cs="Times New Roman"/>
        </w:rPr>
        <w:t xml:space="preserve"> packages for transportation to and from internal and external locations. Totes and/or coolers may contain medical supplies, Category B biological specimens, pharmaceuticals.  VA employees will pack </w:t>
      </w:r>
      <w:r w:rsidR="002132CB">
        <w:rPr>
          <w:rFonts w:ascii="Times New Roman" w:hAnsi="Times New Roman" w:cs="Times New Roman"/>
        </w:rPr>
        <w:t>T</w:t>
      </w:r>
      <w:r w:rsidR="00B67B5F" w:rsidRPr="00DA223F">
        <w:rPr>
          <w:rFonts w:ascii="Times New Roman" w:hAnsi="Times New Roman" w:cs="Times New Roman"/>
        </w:rPr>
        <w:t xml:space="preserve">otes and/or </w:t>
      </w:r>
      <w:r w:rsidR="002132CB">
        <w:rPr>
          <w:rFonts w:ascii="Times New Roman" w:hAnsi="Times New Roman" w:cs="Times New Roman"/>
        </w:rPr>
        <w:t>C</w:t>
      </w:r>
      <w:r w:rsidR="00B67B5F" w:rsidRPr="00DA223F">
        <w:rPr>
          <w:rFonts w:ascii="Times New Roman" w:hAnsi="Times New Roman" w:cs="Times New Roman"/>
        </w:rPr>
        <w:t xml:space="preserve">oolers and secure the package with a tracking or locking mechanism. Per Tote dimensions do not exceed L 28 in. X W 24 in. X H 16 in.  equal to or less than 60 pounds in weight. Contractor will notify the designated point of </w:t>
      </w:r>
      <w:r w:rsidR="0053164E" w:rsidRPr="00DA223F">
        <w:rPr>
          <w:rFonts w:ascii="Times New Roman" w:hAnsi="Times New Roman" w:cs="Times New Roman"/>
        </w:rPr>
        <w:t>contact</w:t>
      </w:r>
      <w:r w:rsidR="00B67B5F" w:rsidRPr="00DA223F">
        <w:rPr>
          <w:rFonts w:ascii="Times New Roman" w:hAnsi="Times New Roman" w:cs="Times New Roman"/>
        </w:rPr>
        <w:t xml:space="preserve"> at the locations of any delivery concerns, or issues with items not in route to destinations identified. Cargo for transportation to routed destinations could be a minimum of ten totes up to 35 totes daily. Specialized STAT routes could increase these quantities. </w:t>
      </w:r>
    </w:p>
    <w:p w14:paraId="08EE005B" w14:textId="2F115C23" w:rsidR="003E609C" w:rsidRPr="002F5D52" w:rsidRDefault="00CB6419" w:rsidP="0081682A">
      <w:pPr>
        <w:pStyle w:val="Heading2"/>
        <w:numPr>
          <w:ilvl w:val="0"/>
          <w:numId w:val="23"/>
        </w:numPr>
        <w:rPr>
          <w:rFonts w:ascii="Times New Roman" w:hAnsi="Times New Roman" w:cs="Times New Roman"/>
          <w:sz w:val="22"/>
          <w:szCs w:val="22"/>
        </w:rPr>
      </w:pPr>
      <w:r w:rsidRPr="002F5D52">
        <w:rPr>
          <w:rFonts w:ascii="Times New Roman" w:hAnsi="Times New Roman" w:cs="Times New Roman"/>
          <w:sz w:val="22"/>
          <w:szCs w:val="22"/>
        </w:rPr>
        <w:t>FACILITY LOCATIONS</w:t>
      </w:r>
    </w:p>
    <w:tbl>
      <w:tblPr>
        <w:tblStyle w:val="TableGrid"/>
        <w:tblW w:w="9540" w:type="dxa"/>
        <w:tblInd w:w="-275" w:type="dxa"/>
        <w:tblLook w:val="04A0" w:firstRow="1" w:lastRow="0" w:firstColumn="1" w:lastColumn="0" w:noHBand="0" w:noVBand="1"/>
      </w:tblPr>
      <w:tblGrid>
        <w:gridCol w:w="4680"/>
        <w:gridCol w:w="4860"/>
      </w:tblGrid>
      <w:tr w:rsidR="00A070E6" w:rsidRPr="002F5D52" w14:paraId="2FCEAF18" w14:textId="77777777" w:rsidTr="00C10E59">
        <w:trPr>
          <w:trHeight w:val="368"/>
        </w:trPr>
        <w:tc>
          <w:tcPr>
            <w:tcW w:w="9540" w:type="dxa"/>
            <w:gridSpan w:val="2"/>
            <w:shd w:val="clear" w:color="auto" w:fill="D9D9D9" w:themeFill="background1" w:themeFillShade="D9"/>
          </w:tcPr>
          <w:p w14:paraId="7A552739" w14:textId="3FD19387" w:rsidR="00A070E6" w:rsidRPr="002F5D52" w:rsidRDefault="00A070E6" w:rsidP="000E72D6">
            <w:pPr>
              <w:jc w:val="center"/>
              <w:rPr>
                <w:rFonts w:ascii="Times New Roman" w:hAnsi="Times New Roman" w:cs="Times New Roman"/>
                <w:b/>
                <w:bCs/>
              </w:rPr>
            </w:pPr>
            <w:r w:rsidRPr="002F5D52">
              <w:rPr>
                <w:rFonts w:ascii="Times New Roman" w:hAnsi="Times New Roman" w:cs="Times New Roman"/>
                <w:b/>
                <w:bCs/>
              </w:rPr>
              <w:t xml:space="preserve">MAIN </w:t>
            </w:r>
            <w:r w:rsidR="00053962" w:rsidRPr="002F5D52">
              <w:rPr>
                <w:rFonts w:ascii="Times New Roman" w:hAnsi="Times New Roman" w:cs="Times New Roman"/>
                <w:b/>
                <w:bCs/>
              </w:rPr>
              <w:t>VA FACILITIES</w:t>
            </w:r>
          </w:p>
        </w:tc>
      </w:tr>
      <w:tr w:rsidR="00A070E6" w:rsidRPr="002F5D52" w14:paraId="26F59F99" w14:textId="77777777" w:rsidTr="00C10E59">
        <w:trPr>
          <w:trHeight w:val="953"/>
        </w:trPr>
        <w:tc>
          <w:tcPr>
            <w:tcW w:w="4680" w:type="dxa"/>
          </w:tcPr>
          <w:p w14:paraId="484FD8FD" w14:textId="5D25ED08" w:rsidR="006E6A61" w:rsidRPr="002F5D52" w:rsidRDefault="00A070E6" w:rsidP="00C03858">
            <w:pPr>
              <w:pStyle w:val="ListParagraph"/>
              <w:ind w:left="0"/>
              <w:rPr>
                <w:rFonts w:ascii="Times New Roman" w:hAnsi="Times New Roman" w:cs="Times New Roman"/>
                <w:b/>
                <w:bCs/>
              </w:rPr>
            </w:pPr>
            <w:r w:rsidRPr="002F5D52">
              <w:rPr>
                <w:rFonts w:ascii="Times New Roman" w:hAnsi="Times New Roman" w:cs="Times New Roman"/>
                <w:b/>
                <w:bCs/>
              </w:rPr>
              <w:t>Northern Arizona VA Healthcare System</w:t>
            </w:r>
            <w:r w:rsidR="00851DDB" w:rsidRPr="002F5D52">
              <w:rPr>
                <w:rFonts w:ascii="Times New Roman" w:hAnsi="Times New Roman" w:cs="Times New Roman"/>
                <w:b/>
                <w:bCs/>
              </w:rPr>
              <w:t xml:space="preserve"> (NAVAHCS)</w:t>
            </w:r>
          </w:p>
          <w:p w14:paraId="50B61BC0" w14:textId="77777777" w:rsidR="00A070E6" w:rsidRPr="002F5D52" w:rsidRDefault="00A070E6" w:rsidP="00C03858">
            <w:pPr>
              <w:pStyle w:val="ListParagraph"/>
              <w:ind w:left="0"/>
              <w:rPr>
                <w:rFonts w:ascii="Times New Roman" w:hAnsi="Times New Roman" w:cs="Times New Roman"/>
              </w:rPr>
            </w:pPr>
            <w:r w:rsidRPr="002F5D52">
              <w:rPr>
                <w:rFonts w:ascii="Times New Roman" w:hAnsi="Times New Roman" w:cs="Times New Roman"/>
              </w:rPr>
              <w:t>500 N Hwy 89</w:t>
            </w:r>
          </w:p>
          <w:p w14:paraId="723F4EB2" w14:textId="387F43F7" w:rsidR="00851DDB" w:rsidRPr="002F5D52" w:rsidRDefault="00A070E6" w:rsidP="00C03858">
            <w:pPr>
              <w:pStyle w:val="ListParagraph"/>
              <w:ind w:left="0"/>
              <w:rPr>
                <w:rFonts w:ascii="Times New Roman" w:hAnsi="Times New Roman" w:cs="Times New Roman"/>
              </w:rPr>
            </w:pPr>
            <w:r w:rsidRPr="002F5D52">
              <w:rPr>
                <w:rFonts w:ascii="Times New Roman" w:hAnsi="Times New Roman" w:cs="Times New Roman"/>
              </w:rPr>
              <w:t>Prescott, Arizona</w:t>
            </w:r>
            <w:r w:rsidR="003B30EC" w:rsidRPr="002F5D52">
              <w:rPr>
                <w:rFonts w:ascii="Times New Roman" w:hAnsi="Times New Roman" w:cs="Times New Roman"/>
              </w:rPr>
              <w:t xml:space="preserve"> 86313</w:t>
            </w:r>
          </w:p>
        </w:tc>
        <w:tc>
          <w:tcPr>
            <w:tcW w:w="4860" w:type="dxa"/>
          </w:tcPr>
          <w:p w14:paraId="517575BA" w14:textId="1DE5A039" w:rsidR="00A070E6" w:rsidRPr="002F5D52" w:rsidRDefault="003B30EC" w:rsidP="00C03858">
            <w:pPr>
              <w:pStyle w:val="ListParagraph"/>
              <w:ind w:left="0"/>
              <w:rPr>
                <w:rFonts w:ascii="Times New Roman" w:hAnsi="Times New Roman" w:cs="Times New Roman"/>
                <w:b/>
                <w:bCs/>
              </w:rPr>
            </w:pPr>
            <w:r w:rsidRPr="002F5D52">
              <w:rPr>
                <w:rFonts w:ascii="Times New Roman" w:hAnsi="Times New Roman" w:cs="Times New Roman"/>
                <w:b/>
                <w:bCs/>
              </w:rPr>
              <w:t>Southern Arizona VA Healthcare System</w:t>
            </w:r>
            <w:r w:rsidR="00851DDB" w:rsidRPr="002F5D52">
              <w:rPr>
                <w:rFonts w:ascii="Times New Roman" w:hAnsi="Times New Roman" w:cs="Times New Roman"/>
                <w:b/>
                <w:bCs/>
              </w:rPr>
              <w:t xml:space="preserve"> (SAVAHCS)</w:t>
            </w:r>
          </w:p>
          <w:p w14:paraId="1E428BDB" w14:textId="77777777" w:rsidR="00617320" w:rsidRPr="002F5D52" w:rsidRDefault="00617320" w:rsidP="00C03858">
            <w:pPr>
              <w:pStyle w:val="ListParagraph"/>
              <w:ind w:left="0"/>
              <w:rPr>
                <w:rFonts w:ascii="Times New Roman" w:hAnsi="Times New Roman" w:cs="Times New Roman"/>
              </w:rPr>
            </w:pPr>
            <w:r w:rsidRPr="002F5D52">
              <w:rPr>
                <w:rFonts w:ascii="Times New Roman" w:hAnsi="Times New Roman" w:cs="Times New Roman"/>
              </w:rPr>
              <w:t>3601 S. 6</w:t>
            </w:r>
            <w:r w:rsidRPr="002F5D52">
              <w:rPr>
                <w:rFonts w:ascii="Times New Roman" w:hAnsi="Times New Roman" w:cs="Times New Roman"/>
                <w:vertAlign w:val="superscript"/>
              </w:rPr>
              <w:t>th</w:t>
            </w:r>
            <w:r w:rsidRPr="002F5D52">
              <w:rPr>
                <w:rFonts w:ascii="Times New Roman" w:hAnsi="Times New Roman" w:cs="Times New Roman"/>
              </w:rPr>
              <w:t xml:space="preserve"> Ave</w:t>
            </w:r>
          </w:p>
          <w:p w14:paraId="387CCDF2" w14:textId="35BC9E4A" w:rsidR="00617320" w:rsidRPr="002F5D52" w:rsidRDefault="00617320" w:rsidP="00C03858">
            <w:pPr>
              <w:pStyle w:val="ListParagraph"/>
              <w:ind w:left="0"/>
              <w:rPr>
                <w:rFonts w:ascii="Times New Roman" w:hAnsi="Times New Roman" w:cs="Times New Roman"/>
              </w:rPr>
            </w:pPr>
            <w:r w:rsidRPr="002F5D52">
              <w:rPr>
                <w:rFonts w:ascii="Times New Roman" w:hAnsi="Times New Roman" w:cs="Times New Roman"/>
              </w:rPr>
              <w:t>Tucson, Arizona 857</w:t>
            </w:r>
            <w:r w:rsidR="00A124AC" w:rsidRPr="002F5D52">
              <w:rPr>
                <w:rFonts w:ascii="Times New Roman" w:hAnsi="Times New Roman" w:cs="Times New Roman"/>
              </w:rPr>
              <w:t>23</w:t>
            </w:r>
          </w:p>
        </w:tc>
      </w:tr>
      <w:tr w:rsidR="00A070E6" w:rsidRPr="002F5D52" w14:paraId="3854CF2A" w14:textId="77777777" w:rsidTr="00C10E59">
        <w:trPr>
          <w:trHeight w:val="1007"/>
        </w:trPr>
        <w:tc>
          <w:tcPr>
            <w:tcW w:w="4680" w:type="dxa"/>
          </w:tcPr>
          <w:p w14:paraId="398346B4" w14:textId="77777777" w:rsidR="00A070E6" w:rsidRPr="002F5D52" w:rsidRDefault="003B30EC" w:rsidP="00C03858">
            <w:pPr>
              <w:pStyle w:val="ListParagraph"/>
              <w:ind w:left="0"/>
              <w:rPr>
                <w:rFonts w:ascii="Times New Roman" w:hAnsi="Times New Roman" w:cs="Times New Roman"/>
                <w:b/>
                <w:bCs/>
              </w:rPr>
            </w:pPr>
            <w:r w:rsidRPr="002F5D52">
              <w:rPr>
                <w:rFonts w:ascii="Times New Roman" w:hAnsi="Times New Roman" w:cs="Times New Roman"/>
                <w:b/>
                <w:bCs/>
              </w:rPr>
              <w:t>Carl T. Hayden VA Medical Center</w:t>
            </w:r>
          </w:p>
          <w:p w14:paraId="4D6AE36E" w14:textId="26541D72" w:rsidR="00851DDB" w:rsidRPr="002F5D52" w:rsidRDefault="00851DDB" w:rsidP="00C03858">
            <w:pPr>
              <w:pStyle w:val="ListParagraph"/>
              <w:ind w:left="0"/>
              <w:rPr>
                <w:rFonts w:ascii="Times New Roman" w:hAnsi="Times New Roman" w:cs="Times New Roman"/>
                <w:b/>
                <w:bCs/>
              </w:rPr>
            </w:pPr>
            <w:r w:rsidRPr="002F5D52">
              <w:rPr>
                <w:rFonts w:ascii="Times New Roman" w:hAnsi="Times New Roman" w:cs="Times New Roman"/>
                <w:b/>
                <w:bCs/>
              </w:rPr>
              <w:t xml:space="preserve">Phoenix VA Healthcare </w:t>
            </w:r>
            <w:r w:rsidR="00D27D4D" w:rsidRPr="002F5D52">
              <w:rPr>
                <w:rFonts w:ascii="Times New Roman" w:hAnsi="Times New Roman" w:cs="Times New Roman"/>
                <w:b/>
                <w:bCs/>
              </w:rPr>
              <w:t xml:space="preserve">System </w:t>
            </w:r>
            <w:r w:rsidRPr="002F5D52">
              <w:rPr>
                <w:rFonts w:ascii="Times New Roman" w:hAnsi="Times New Roman" w:cs="Times New Roman"/>
                <w:b/>
                <w:bCs/>
              </w:rPr>
              <w:t>(PVAHCS)</w:t>
            </w:r>
          </w:p>
          <w:p w14:paraId="38C746AD" w14:textId="77777777" w:rsidR="00851DDB" w:rsidRPr="002F5D52" w:rsidRDefault="00851DDB" w:rsidP="00851DDB">
            <w:pPr>
              <w:rPr>
                <w:rFonts w:ascii="Times New Roman" w:hAnsi="Times New Roman" w:cs="Times New Roman"/>
              </w:rPr>
            </w:pPr>
            <w:r w:rsidRPr="002F5D52">
              <w:rPr>
                <w:rFonts w:ascii="Times New Roman" w:hAnsi="Times New Roman" w:cs="Times New Roman"/>
              </w:rPr>
              <w:t>650 E. Indian School Rd.,</w:t>
            </w:r>
          </w:p>
          <w:p w14:paraId="48FFED4C" w14:textId="56D32876" w:rsidR="00A124AC" w:rsidRPr="002F5D52" w:rsidRDefault="00851DDB" w:rsidP="00962436">
            <w:pPr>
              <w:rPr>
                <w:rFonts w:ascii="Times New Roman" w:hAnsi="Times New Roman" w:cs="Times New Roman"/>
              </w:rPr>
            </w:pPr>
            <w:r w:rsidRPr="002F5D52">
              <w:rPr>
                <w:rFonts w:ascii="Times New Roman" w:hAnsi="Times New Roman" w:cs="Times New Roman"/>
              </w:rPr>
              <w:t>Phoenix, AZ 85012</w:t>
            </w:r>
          </w:p>
        </w:tc>
        <w:tc>
          <w:tcPr>
            <w:tcW w:w="4860" w:type="dxa"/>
          </w:tcPr>
          <w:p w14:paraId="5E212351" w14:textId="248182F8" w:rsidR="00A070E6" w:rsidRPr="002F5D52" w:rsidRDefault="00A070E6" w:rsidP="00C03858">
            <w:pPr>
              <w:pStyle w:val="ListParagraph"/>
              <w:ind w:left="0"/>
              <w:rPr>
                <w:rFonts w:ascii="Times New Roman" w:hAnsi="Times New Roman" w:cs="Times New Roman"/>
              </w:rPr>
            </w:pPr>
          </w:p>
        </w:tc>
      </w:tr>
    </w:tbl>
    <w:p w14:paraId="7DA595C6" w14:textId="77777777" w:rsidR="00C10E59" w:rsidRPr="002F5D52" w:rsidRDefault="00C10E59">
      <w:pPr>
        <w:rPr>
          <w:rFonts w:ascii="Times New Roman" w:hAnsi="Times New Roman" w:cs="Times New Roman"/>
        </w:rPr>
      </w:pPr>
    </w:p>
    <w:tbl>
      <w:tblPr>
        <w:tblStyle w:val="TableGrid1"/>
        <w:tblW w:w="9540" w:type="dxa"/>
        <w:tblInd w:w="-275" w:type="dxa"/>
        <w:tblLook w:val="04A0" w:firstRow="1" w:lastRow="0" w:firstColumn="1" w:lastColumn="0" w:noHBand="0" w:noVBand="1"/>
      </w:tblPr>
      <w:tblGrid>
        <w:gridCol w:w="4590"/>
        <w:gridCol w:w="4950"/>
      </w:tblGrid>
      <w:tr w:rsidR="000E72D6" w:rsidRPr="002F5D52" w14:paraId="791F23CD" w14:textId="77777777" w:rsidTr="00C10E59">
        <w:trPr>
          <w:trHeight w:val="161"/>
        </w:trPr>
        <w:tc>
          <w:tcPr>
            <w:tcW w:w="9540" w:type="dxa"/>
            <w:gridSpan w:val="2"/>
            <w:shd w:val="clear" w:color="auto" w:fill="D9D9D9" w:themeFill="background1" w:themeFillShade="D9"/>
            <w:vAlign w:val="center"/>
          </w:tcPr>
          <w:p w14:paraId="4C258993" w14:textId="77777777" w:rsidR="000E72D6" w:rsidRPr="002F5D52" w:rsidRDefault="000E72D6" w:rsidP="000E72D6">
            <w:pPr>
              <w:pStyle w:val="ListParagraph"/>
              <w:ind w:left="0"/>
              <w:jc w:val="center"/>
              <w:rPr>
                <w:rFonts w:ascii="Times New Roman" w:hAnsi="Times New Roman" w:cs="Times New Roman"/>
                <w:b/>
                <w:bCs/>
              </w:rPr>
            </w:pPr>
            <w:r w:rsidRPr="002F5D52">
              <w:rPr>
                <w:rFonts w:ascii="Times New Roman" w:hAnsi="Times New Roman" w:cs="Times New Roman"/>
                <w:b/>
                <w:bCs/>
              </w:rPr>
              <w:t>Northern Arizona VA Healthcare System</w:t>
            </w:r>
          </w:p>
          <w:p w14:paraId="1B286E60" w14:textId="74461DA7" w:rsidR="000E72D6" w:rsidRPr="002F5D52" w:rsidRDefault="000E72D6" w:rsidP="000E72D6">
            <w:pPr>
              <w:jc w:val="center"/>
              <w:rPr>
                <w:rFonts w:ascii="Times New Roman" w:hAnsi="Times New Roman" w:cs="Times New Roman"/>
                <w:b/>
                <w:bCs/>
              </w:rPr>
            </w:pPr>
            <w:r w:rsidRPr="002F5D52">
              <w:rPr>
                <w:rFonts w:ascii="Times New Roman" w:hAnsi="Times New Roman" w:cs="Times New Roman"/>
                <w:b/>
                <w:bCs/>
              </w:rPr>
              <w:t>OUTPATIENT LOCATIONS/ OTHER FACILITIES</w:t>
            </w:r>
          </w:p>
        </w:tc>
      </w:tr>
      <w:tr w:rsidR="004525DC" w:rsidRPr="002F5D52" w14:paraId="13AC9A3F" w14:textId="77777777" w:rsidTr="00C10E59">
        <w:tc>
          <w:tcPr>
            <w:tcW w:w="4590" w:type="dxa"/>
          </w:tcPr>
          <w:p w14:paraId="0A922AC2" w14:textId="77777777" w:rsidR="00D20F46" w:rsidRPr="002F5D52" w:rsidRDefault="00D20F46" w:rsidP="00D20F46">
            <w:pPr>
              <w:rPr>
                <w:rFonts w:ascii="Times New Roman" w:hAnsi="Times New Roman" w:cs="Times New Roman"/>
                <w:b/>
                <w:bCs/>
              </w:rPr>
            </w:pPr>
            <w:r w:rsidRPr="002F5D52">
              <w:rPr>
                <w:rFonts w:ascii="Times New Roman" w:hAnsi="Times New Roman" w:cs="Times New Roman"/>
                <w:b/>
                <w:bCs/>
              </w:rPr>
              <w:t>Anthem Clinic</w:t>
            </w:r>
          </w:p>
          <w:p w14:paraId="247F0D46" w14:textId="77777777" w:rsidR="00D20F46" w:rsidRPr="002F5D52" w:rsidRDefault="00D20F46" w:rsidP="00D20F46">
            <w:pPr>
              <w:rPr>
                <w:rFonts w:ascii="Times New Roman" w:hAnsi="Times New Roman" w:cs="Times New Roman"/>
              </w:rPr>
            </w:pPr>
            <w:r w:rsidRPr="002F5D52">
              <w:rPr>
                <w:rFonts w:ascii="Times New Roman" w:hAnsi="Times New Roman" w:cs="Times New Roman"/>
              </w:rPr>
              <w:t>41810 N Venture Drive, Building B</w:t>
            </w:r>
          </w:p>
          <w:p w14:paraId="63EDB8B1" w14:textId="1625FCD6" w:rsidR="004525DC" w:rsidRPr="002F5D52" w:rsidRDefault="00D20F46" w:rsidP="00C03858">
            <w:pPr>
              <w:rPr>
                <w:rFonts w:ascii="Times New Roman" w:hAnsi="Times New Roman" w:cs="Times New Roman"/>
              </w:rPr>
            </w:pPr>
            <w:r w:rsidRPr="002F5D52">
              <w:rPr>
                <w:rFonts w:ascii="Times New Roman" w:hAnsi="Times New Roman" w:cs="Times New Roman"/>
              </w:rPr>
              <w:t>Anthem, AZ 85086</w:t>
            </w:r>
          </w:p>
        </w:tc>
        <w:tc>
          <w:tcPr>
            <w:tcW w:w="4950" w:type="dxa"/>
          </w:tcPr>
          <w:p w14:paraId="7059BFD0" w14:textId="77777777" w:rsidR="00BB6363" w:rsidRPr="002F5D52" w:rsidRDefault="00BB6363" w:rsidP="00BB6363">
            <w:pPr>
              <w:rPr>
                <w:rFonts w:ascii="Times New Roman" w:hAnsi="Times New Roman" w:cs="Times New Roman"/>
                <w:b/>
                <w:bCs/>
              </w:rPr>
            </w:pPr>
            <w:r w:rsidRPr="002F5D52">
              <w:rPr>
                <w:rFonts w:ascii="Times New Roman" w:hAnsi="Times New Roman" w:cs="Times New Roman"/>
                <w:b/>
                <w:bCs/>
              </w:rPr>
              <w:t>Cottonwood Clinic</w:t>
            </w:r>
          </w:p>
          <w:p w14:paraId="3E207943" w14:textId="77777777" w:rsidR="00BB6363" w:rsidRPr="002F5D52" w:rsidRDefault="00BB6363" w:rsidP="00BB6363">
            <w:pPr>
              <w:rPr>
                <w:rFonts w:ascii="Times New Roman" w:hAnsi="Times New Roman" w:cs="Times New Roman"/>
              </w:rPr>
            </w:pPr>
            <w:r w:rsidRPr="002F5D52">
              <w:rPr>
                <w:rFonts w:ascii="Times New Roman" w:hAnsi="Times New Roman" w:cs="Times New Roman"/>
              </w:rPr>
              <w:t>501 Willard Street</w:t>
            </w:r>
          </w:p>
          <w:p w14:paraId="31D35690" w14:textId="6F238240" w:rsidR="004525DC" w:rsidRPr="002F5D52" w:rsidRDefault="00BB6363" w:rsidP="00141E3C">
            <w:pPr>
              <w:rPr>
                <w:rFonts w:ascii="Times New Roman" w:hAnsi="Times New Roman" w:cs="Times New Roman"/>
              </w:rPr>
            </w:pPr>
            <w:r w:rsidRPr="002F5D52">
              <w:rPr>
                <w:rFonts w:ascii="Times New Roman" w:hAnsi="Times New Roman" w:cs="Times New Roman"/>
              </w:rPr>
              <w:t>Cottonwood, AZ 86326</w:t>
            </w:r>
          </w:p>
        </w:tc>
      </w:tr>
      <w:tr w:rsidR="004525DC" w:rsidRPr="002F5D52" w14:paraId="42F12FE7" w14:textId="77777777" w:rsidTr="00C10E59">
        <w:tc>
          <w:tcPr>
            <w:tcW w:w="4590" w:type="dxa"/>
          </w:tcPr>
          <w:p w14:paraId="6AD272C9" w14:textId="77777777" w:rsidR="00F85974" w:rsidRPr="002F5D52" w:rsidRDefault="00F85974" w:rsidP="00F85974">
            <w:pPr>
              <w:rPr>
                <w:rFonts w:ascii="Times New Roman" w:hAnsi="Times New Roman" w:cs="Times New Roman"/>
                <w:b/>
                <w:bCs/>
              </w:rPr>
            </w:pPr>
            <w:r w:rsidRPr="002F5D52">
              <w:rPr>
                <w:rFonts w:ascii="Times New Roman" w:hAnsi="Times New Roman" w:cs="Times New Roman"/>
                <w:b/>
                <w:bCs/>
              </w:rPr>
              <w:t>Flagstaff Clinic</w:t>
            </w:r>
          </w:p>
          <w:p w14:paraId="268A7B49" w14:textId="77777777" w:rsidR="00F85974" w:rsidRPr="002F5D52" w:rsidRDefault="00F85974" w:rsidP="00F85974">
            <w:pPr>
              <w:rPr>
                <w:rFonts w:ascii="Times New Roman" w:hAnsi="Times New Roman" w:cs="Times New Roman"/>
              </w:rPr>
            </w:pPr>
            <w:r w:rsidRPr="002F5D52">
              <w:rPr>
                <w:rFonts w:ascii="Times New Roman" w:hAnsi="Times New Roman" w:cs="Times New Roman"/>
              </w:rPr>
              <w:t>1300 W. University</w:t>
            </w:r>
          </w:p>
          <w:p w14:paraId="5FA624BF" w14:textId="1786B9AD" w:rsidR="004525DC" w:rsidRPr="002F5D52" w:rsidRDefault="00F85974" w:rsidP="00141E3C">
            <w:pPr>
              <w:rPr>
                <w:rFonts w:ascii="Times New Roman" w:hAnsi="Times New Roman" w:cs="Times New Roman"/>
              </w:rPr>
            </w:pPr>
            <w:r w:rsidRPr="002F5D52">
              <w:rPr>
                <w:rFonts w:ascii="Times New Roman" w:hAnsi="Times New Roman" w:cs="Times New Roman"/>
              </w:rPr>
              <w:t>Flagstaff, AZ 86001</w:t>
            </w:r>
          </w:p>
        </w:tc>
        <w:tc>
          <w:tcPr>
            <w:tcW w:w="4950" w:type="dxa"/>
          </w:tcPr>
          <w:p w14:paraId="79EC3861" w14:textId="77777777" w:rsidR="000D2BEA" w:rsidRPr="002F5D52" w:rsidRDefault="000D2BEA" w:rsidP="000D2BEA">
            <w:pPr>
              <w:rPr>
                <w:rFonts w:ascii="Times New Roman" w:hAnsi="Times New Roman" w:cs="Times New Roman"/>
                <w:b/>
                <w:bCs/>
              </w:rPr>
            </w:pPr>
            <w:r w:rsidRPr="002F5D52">
              <w:rPr>
                <w:rFonts w:ascii="Times New Roman" w:hAnsi="Times New Roman" w:cs="Times New Roman"/>
                <w:b/>
                <w:bCs/>
              </w:rPr>
              <w:t>Dignity Health YRMC (East Campus)</w:t>
            </w:r>
          </w:p>
          <w:p w14:paraId="763BD2FA" w14:textId="77777777" w:rsidR="000D2BEA" w:rsidRPr="002F5D52" w:rsidRDefault="000D2BEA" w:rsidP="000D2BEA">
            <w:pPr>
              <w:rPr>
                <w:rFonts w:ascii="Times New Roman" w:hAnsi="Times New Roman" w:cs="Times New Roman"/>
              </w:rPr>
            </w:pPr>
            <w:r w:rsidRPr="002F5D52">
              <w:rPr>
                <w:rFonts w:ascii="Times New Roman" w:hAnsi="Times New Roman" w:cs="Times New Roman"/>
              </w:rPr>
              <w:t>Clinical Laboratory</w:t>
            </w:r>
          </w:p>
          <w:p w14:paraId="7019B6D4" w14:textId="77777777" w:rsidR="000D2BEA" w:rsidRPr="002F5D52" w:rsidRDefault="000D2BEA" w:rsidP="000D2BEA">
            <w:pPr>
              <w:rPr>
                <w:rFonts w:ascii="Times New Roman" w:hAnsi="Times New Roman" w:cs="Times New Roman"/>
              </w:rPr>
            </w:pPr>
            <w:r w:rsidRPr="002F5D52">
              <w:rPr>
                <w:rFonts w:ascii="Times New Roman" w:hAnsi="Times New Roman" w:cs="Times New Roman"/>
              </w:rPr>
              <w:t xml:space="preserve">7700 E Florentine Rd. </w:t>
            </w:r>
          </w:p>
          <w:p w14:paraId="03DCA6A1" w14:textId="2587E684" w:rsidR="004525DC" w:rsidRPr="002F5D52" w:rsidRDefault="000D2BEA" w:rsidP="000D2BEA">
            <w:pPr>
              <w:rPr>
                <w:rFonts w:ascii="Times New Roman" w:hAnsi="Times New Roman" w:cs="Times New Roman"/>
              </w:rPr>
            </w:pPr>
            <w:r w:rsidRPr="002F5D52">
              <w:rPr>
                <w:rFonts w:ascii="Times New Roman" w:hAnsi="Times New Roman" w:cs="Times New Roman"/>
              </w:rPr>
              <w:t>Prescott Valley, AZ 86314</w:t>
            </w:r>
          </w:p>
        </w:tc>
      </w:tr>
      <w:tr w:rsidR="004525DC" w:rsidRPr="002F5D52" w14:paraId="7F732323" w14:textId="77777777" w:rsidTr="00C10E59">
        <w:tc>
          <w:tcPr>
            <w:tcW w:w="4590" w:type="dxa"/>
          </w:tcPr>
          <w:p w14:paraId="64994E1F" w14:textId="721E4771" w:rsidR="0034767D" w:rsidRPr="002F5D52" w:rsidRDefault="0034767D" w:rsidP="0034767D">
            <w:pPr>
              <w:rPr>
                <w:rFonts w:ascii="Times New Roman" w:hAnsi="Times New Roman" w:cs="Times New Roman"/>
                <w:b/>
                <w:bCs/>
              </w:rPr>
            </w:pPr>
            <w:r w:rsidRPr="002F5D52">
              <w:rPr>
                <w:rFonts w:ascii="Times New Roman" w:hAnsi="Times New Roman" w:cs="Times New Roman"/>
                <w:b/>
                <w:bCs/>
              </w:rPr>
              <w:t>Kingman Clinic</w:t>
            </w:r>
          </w:p>
          <w:p w14:paraId="6856E56F" w14:textId="77777777" w:rsidR="0034767D" w:rsidRPr="002F5D52" w:rsidRDefault="0034767D" w:rsidP="0034767D">
            <w:pPr>
              <w:rPr>
                <w:rFonts w:ascii="Times New Roman" w:hAnsi="Times New Roman" w:cs="Times New Roman"/>
              </w:rPr>
            </w:pPr>
            <w:r w:rsidRPr="002F5D52">
              <w:rPr>
                <w:rFonts w:ascii="Times New Roman" w:hAnsi="Times New Roman" w:cs="Times New Roman"/>
              </w:rPr>
              <w:t>2668 Hualapai Mountain Rd.</w:t>
            </w:r>
          </w:p>
          <w:p w14:paraId="39C77A59" w14:textId="36527DAA" w:rsidR="004525DC" w:rsidRPr="002F5D52" w:rsidRDefault="0034767D" w:rsidP="00141E3C">
            <w:pPr>
              <w:rPr>
                <w:rFonts w:ascii="Times New Roman" w:hAnsi="Times New Roman" w:cs="Times New Roman"/>
              </w:rPr>
            </w:pPr>
            <w:r w:rsidRPr="002F5D52">
              <w:rPr>
                <w:rFonts w:ascii="Times New Roman" w:hAnsi="Times New Roman" w:cs="Times New Roman"/>
              </w:rPr>
              <w:lastRenderedPageBreak/>
              <w:t>Kingman, AZ 86401</w:t>
            </w:r>
          </w:p>
        </w:tc>
        <w:tc>
          <w:tcPr>
            <w:tcW w:w="4950" w:type="dxa"/>
          </w:tcPr>
          <w:p w14:paraId="43D4AE4C" w14:textId="519318F3" w:rsidR="00C7095F" w:rsidRPr="002F5D52" w:rsidRDefault="00C7095F" w:rsidP="00C7095F">
            <w:pPr>
              <w:rPr>
                <w:rFonts w:ascii="Times New Roman" w:hAnsi="Times New Roman" w:cs="Times New Roman"/>
                <w:b/>
                <w:bCs/>
              </w:rPr>
            </w:pPr>
            <w:r w:rsidRPr="002F5D52">
              <w:rPr>
                <w:rFonts w:ascii="Times New Roman" w:hAnsi="Times New Roman" w:cs="Times New Roman"/>
                <w:b/>
                <w:bCs/>
              </w:rPr>
              <w:lastRenderedPageBreak/>
              <w:t>Lake Havasu Clinic</w:t>
            </w:r>
          </w:p>
          <w:p w14:paraId="512F680F" w14:textId="23D4B101" w:rsidR="00C7095F" w:rsidRPr="002F5D52" w:rsidRDefault="003A03AD" w:rsidP="00C7095F">
            <w:pPr>
              <w:rPr>
                <w:rFonts w:ascii="Times New Roman" w:hAnsi="Times New Roman" w:cs="Times New Roman"/>
              </w:rPr>
            </w:pPr>
            <w:r w:rsidRPr="002F5D52">
              <w:rPr>
                <w:rFonts w:ascii="Times New Roman" w:hAnsi="Times New Roman" w:cs="Times New Roman"/>
              </w:rPr>
              <w:t>145</w:t>
            </w:r>
            <w:r w:rsidR="00EC2B31" w:rsidRPr="002F5D52">
              <w:rPr>
                <w:rFonts w:ascii="Times New Roman" w:hAnsi="Times New Roman" w:cs="Times New Roman"/>
              </w:rPr>
              <w:t xml:space="preserve"> Park Ave</w:t>
            </w:r>
          </w:p>
          <w:p w14:paraId="34AD8279" w14:textId="28331167" w:rsidR="004525DC" w:rsidRPr="002F5D52" w:rsidRDefault="00C7095F" w:rsidP="00141E3C">
            <w:pPr>
              <w:rPr>
                <w:rFonts w:ascii="Times New Roman" w:hAnsi="Times New Roman" w:cs="Times New Roman"/>
              </w:rPr>
            </w:pPr>
            <w:r w:rsidRPr="002F5D52">
              <w:rPr>
                <w:rFonts w:ascii="Times New Roman" w:hAnsi="Times New Roman" w:cs="Times New Roman"/>
              </w:rPr>
              <w:lastRenderedPageBreak/>
              <w:t xml:space="preserve">Lake Havasu AZ, </w:t>
            </w:r>
            <w:r w:rsidR="00EC2B31" w:rsidRPr="002F5D52">
              <w:rPr>
                <w:rFonts w:ascii="Times New Roman" w:hAnsi="Times New Roman" w:cs="Times New Roman"/>
              </w:rPr>
              <w:t>8</w:t>
            </w:r>
            <w:r w:rsidRPr="002F5D52">
              <w:rPr>
                <w:rFonts w:ascii="Times New Roman" w:hAnsi="Times New Roman" w:cs="Times New Roman"/>
              </w:rPr>
              <w:t>6403</w:t>
            </w:r>
          </w:p>
        </w:tc>
      </w:tr>
      <w:tr w:rsidR="004525DC" w:rsidRPr="002F5D52" w14:paraId="0761860C" w14:textId="77777777" w:rsidTr="00C10E59">
        <w:tc>
          <w:tcPr>
            <w:tcW w:w="4590" w:type="dxa"/>
          </w:tcPr>
          <w:p w14:paraId="73CC4E14" w14:textId="1C47015E" w:rsidR="00C95BE6" w:rsidRPr="002F5D52" w:rsidRDefault="00C95BE6" w:rsidP="00C95BE6">
            <w:pPr>
              <w:rPr>
                <w:rFonts w:ascii="Times New Roman" w:hAnsi="Times New Roman" w:cs="Times New Roman"/>
                <w:b/>
                <w:bCs/>
              </w:rPr>
            </w:pPr>
            <w:r w:rsidRPr="002F5D52">
              <w:rPr>
                <w:rFonts w:ascii="Times New Roman" w:hAnsi="Times New Roman" w:cs="Times New Roman"/>
                <w:b/>
                <w:bCs/>
              </w:rPr>
              <w:lastRenderedPageBreak/>
              <w:t>Page Clinic</w:t>
            </w:r>
          </w:p>
          <w:p w14:paraId="7FDC55D7" w14:textId="77777777" w:rsidR="00C95BE6" w:rsidRPr="002F5D52" w:rsidRDefault="00C95BE6" w:rsidP="00C95BE6">
            <w:pPr>
              <w:rPr>
                <w:rFonts w:ascii="Times New Roman" w:hAnsi="Times New Roman" w:cs="Times New Roman"/>
              </w:rPr>
            </w:pPr>
            <w:r w:rsidRPr="002F5D52">
              <w:rPr>
                <w:rFonts w:ascii="Times New Roman" w:hAnsi="Times New Roman" w:cs="Times New Roman"/>
              </w:rPr>
              <w:t>801-B Navajo Dr.</w:t>
            </w:r>
          </w:p>
          <w:p w14:paraId="42D60D9E" w14:textId="77777777" w:rsidR="00C95BE6" w:rsidRPr="002F5D52" w:rsidRDefault="00C95BE6" w:rsidP="00C95BE6">
            <w:pPr>
              <w:rPr>
                <w:rFonts w:ascii="Times New Roman" w:hAnsi="Times New Roman" w:cs="Times New Roman"/>
              </w:rPr>
            </w:pPr>
            <w:r w:rsidRPr="002F5D52">
              <w:rPr>
                <w:rFonts w:ascii="Times New Roman" w:hAnsi="Times New Roman" w:cs="Times New Roman"/>
              </w:rPr>
              <w:t>Page, AZ 86040</w:t>
            </w:r>
          </w:p>
          <w:p w14:paraId="7F17E4FB" w14:textId="77777777" w:rsidR="004525DC" w:rsidRPr="002F5D52" w:rsidRDefault="004525DC" w:rsidP="00C03858">
            <w:pPr>
              <w:rPr>
                <w:rFonts w:ascii="Times New Roman" w:hAnsi="Times New Roman" w:cs="Times New Roman"/>
              </w:rPr>
            </w:pPr>
          </w:p>
        </w:tc>
        <w:tc>
          <w:tcPr>
            <w:tcW w:w="4950" w:type="dxa"/>
          </w:tcPr>
          <w:p w14:paraId="1F92AF93" w14:textId="77777777" w:rsidR="00562A70" w:rsidRPr="002F5D52" w:rsidRDefault="00562A70" w:rsidP="00562A70">
            <w:pPr>
              <w:rPr>
                <w:rFonts w:ascii="Times New Roman" w:hAnsi="Times New Roman" w:cs="Times New Roman"/>
                <w:b/>
                <w:bCs/>
              </w:rPr>
            </w:pPr>
            <w:r w:rsidRPr="002F5D52">
              <w:rPr>
                <w:rFonts w:ascii="Times New Roman" w:hAnsi="Times New Roman" w:cs="Times New Roman"/>
                <w:b/>
                <w:bCs/>
              </w:rPr>
              <w:t>Prescott Regional Airport (PRC)</w:t>
            </w:r>
          </w:p>
          <w:p w14:paraId="59665C90" w14:textId="77777777" w:rsidR="00562A70" w:rsidRPr="002F5D52" w:rsidRDefault="00562A70" w:rsidP="00562A70">
            <w:pPr>
              <w:rPr>
                <w:rFonts w:ascii="Times New Roman" w:hAnsi="Times New Roman" w:cs="Times New Roman"/>
                <w:b/>
                <w:bCs/>
              </w:rPr>
            </w:pPr>
            <w:r w:rsidRPr="002F5D52">
              <w:rPr>
                <w:rFonts w:ascii="Times New Roman" w:hAnsi="Times New Roman" w:cs="Times New Roman"/>
                <w:b/>
                <w:bCs/>
              </w:rPr>
              <w:t>Ernest A Love Field Regional Airport</w:t>
            </w:r>
          </w:p>
          <w:p w14:paraId="46F9E910" w14:textId="77777777" w:rsidR="00562A70" w:rsidRPr="002F5D52" w:rsidRDefault="00562A70" w:rsidP="00562A70">
            <w:pPr>
              <w:rPr>
                <w:rFonts w:ascii="Times New Roman" w:hAnsi="Times New Roman" w:cs="Times New Roman"/>
              </w:rPr>
            </w:pPr>
            <w:r w:rsidRPr="002F5D52">
              <w:rPr>
                <w:rFonts w:ascii="Times New Roman" w:hAnsi="Times New Roman" w:cs="Times New Roman"/>
              </w:rPr>
              <w:t>6600 Airport Rd</w:t>
            </w:r>
          </w:p>
          <w:p w14:paraId="52B86758" w14:textId="7C6EE21A" w:rsidR="004525DC" w:rsidRPr="002F5D52" w:rsidRDefault="00562A70" w:rsidP="00562A70">
            <w:pPr>
              <w:rPr>
                <w:rFonts w:ascii="Times New Roman" w:hAnsi="Times New Roman" w:cs="Times New Roman"/>
              </w:rPr>
            </w:pPr>
            <w:r w:rsidRPr="002F5D52">
              <w:rPr>
                <w:rFonts w:ascii="Times New Roman" w:hAnsi="Times New Roman" w:cs="Times New Roman"/>
              </w:rPr>
              <w:t>Prescott, AZ 863011</w:t>
            </w:r>
          </w:p>
        </w:tc>
      </w:tr>
      <w:tr w:rsidR="004525DC" w:rsidRPr="002F5D52" w14:paraId="0F834A48" w14:textId="77777777" w:rsidTr="00C10E59">
        <w:trPr>
          <w:trHeight w:val="300"/>
        </w:trPr>
        <w:tc>
          <w:tcPr>
            <w:tcW w:w="4590" w:type="dxa"/>
          </w:tcPr>
          <w:p w14:paraId="0E2B219A" w14:textId="14764128" w:rsidR="00BE1DB3" w:rsidRPr="002F5D52" w:rsidRDefault="007C4A26" w:rsidP="00BE1DB3">
            <w:pPr>
              <w:rPr>
                <w:rFonts w:ascii="Times New Roman" w:hAnsi="Times New Roman" w:cs="Times New Roman"/>
                <w:b/>
                <w:bCs/>
              </w:rPr>
            </w:pPr>
            <w:r w:rsidRPr="002F5D52">
              <w:rPr>
                <w:rFonts w:ascii="Times New Roman" w:hAnsi="Times New Roman" w:cs="Times New Roman"/>
                <w:b/>
                <w:bCs/>
              </w:rPr>
              <w:t>Phoenix VA (PVAHCS)</w:t>
            </w:r>
          </w:p>
          <w:p w14:paraId="27B4D7AE" w14:textId="77777777" w:rsidR="00BE1DB3" w:rsidRPr="002F5D52" w:rsidRDefault="00BE1DB3" w:rsidP="00BE1DB3">
            <w:pPr>
              <w:rPr>
                <w:rFonts w:ascii="Times New Roman" w:hAnsi="Times New Roman" w:cs="Times New Roman"/>
              </w:rPr>
            </w:pPr>
            <w:r w:rsidRPr="002F5D52">
              <w:rPr>
                <w:rFonts w:ascii="Times New Roman" w:hAnsi="Times New Roman" w:cs="Times New Roman"/>
              </w:rPr>
              <w:t>Clinical Laboratory</w:t>
            </w:r>
          </w:p>
          <w:p w14:paraId="5FC2F3AB" w14:textId="77777777" w:rsidR="00BE1DB3" w:rsidRPr="002F5D52" w:rsidRDefault="00BE1DB3" w:rsidP="00BE1DB3">
            <w:pPr>
              <w:rPr>
                <w:rFonts w:ascii="Times New Roman" w:hAnsi="Times New Roman" w:cs="Times New Roman"/>
              </w:rPr>
            </w:pPr>
            <w:r w:rsidRPr="002F5D52">
              <w:rPr>
                <w:rFonts w:ascii="Times New Roman" w:hAnsi="Times New Roman" w:cs="Times New Roman"/>
              </w:rPr>
              <w:t>Carl T. Hayden VA Medical Center</w:t>
            </w:r>
          </w:p>
          <w:p w14:paraId="550ACF92" w14:textId="77777777" w:rsidR="00BE1DB3" w:rsidRPr="002F5D52" w:rsidRDefault="00BE1DB3" w:rsidP="00BE1DB3">
            <w:pPr>
              <w:rPr>
                <w:rFonts w:ascii="Times New Roman" w:hAnsi="Times New Roman" w:cs="Times New Roman"/>
              </w:rPr>
            </w:pPr>
            <w:r w:rsidRPr="002F5D52">
              <w:rPr>
                <w:rFonts w:ascii="Times New Roman" w:hAnsi="Times New Roman" w:cs="Times New Roman"/>
              </w:rPr>
              <w:t>650 E. Indian School Rd.,</w:t>
            </w:r>
          </w:p>
          <w:p w14:paraId="43601D20" w14:textId="1AC9F5D3" w:rsidR="004525DC" w:rsidRPr="002F5D52" w:rsidRDefault="00BE1DB3" w:rsidP="00BE1DB3">
            <w:pPr>
              <w:rPr>
                <w:rFonts w:ascii="Times New Roman" w:hAnsi="Times New Roman" w:cs="Times New Roman"/>
              </w:rPr>
            </w:pPr>
            <w:r w:rsidRPr="002F5D52">
              <w:rPr>
                <w:rFonts w:ascii="Times New Roman" w:hAnsi="Times New Roman" w:cs="Times New Roman"/>
              </w:rPr>
              <w:t>Phoenix, AZ 85012</w:t>
            </w:r>
          </w:p>
        </w:tc>
        <w:tc>
          <w:tcPr>
            <w:tcW w:w="4950" w:type="dxa"/>
          </w:tcPr>
          <w:p w14:paraId="0A77413A" w14:textId="77777777" w:rsidR="006C0F8A" w:rsidRPr="002F5D52" w:rsidRDefault="006C0F8A" w:rsidP="006C0F8A">
            <w:pPr>
              <w:rPr>
                <w:rFonts w:ascii="Times New Roman" w:hAnsi="Times New Roman" w:cs="Times New Roman"/>
                <w:b/>
                <w:bCs/>
              </w:rPr>
            </w:pPr>
            <w:r w:rsidRPr="002F5D52">
              <w:rPr>
                <w:rFonts w:ascii="Times New Roman" w:hAnsi="Times New Roman" w:cs="Times New Roman"/>
                <w:b/>
                <w:bCs/>
              </w:rPr>
              <w:t>Dignity Health YRMC (West Campus)</w:t>
            </w:r>
          </w:p>
          <w:p w14:paraId="258E5BD3" w14:textId="4C4C38CD" w:rsidR="007C4A26" w:rsidRPr="002F5D52" w:rsidRDefault="007C4A26" w:rsidP="006C0F8A">
            <w:pPr>
              <w:rPr>
                <w:rFonts w:ascii="Times New Roman" w:hAnsi="Times New Roman" w:cs="Times New Roman"/>
              </w:rPr>
            </w:pPr>
            <w:r w:rsidRPr="002F5D52">
              <w:rPr>
                <w:rFonts w:ascii="Times New Roman" w:hAnsi="Times New Roman" w:cs="Times New Roman"/>
              </w:rPr>
              <w:t>Clinical Laboratory</w:t>
            </w:r>
          </w:p>
          <w:p w14:paraId="1C0E05E5" w14:textId="77777777" w:rsidR="006C0F8A" w:rsidRPr="002F5D52" w:rsidRDefault="006C0F8A" w:rsidP="006C0F8A">
            <w:pPr>
              <w:rPr>
                <w:rFonts w:ascii="Times New Roman" w:hAnsi="Times New Roman" w:cs="Times New Roman"/>
              </w:rPr>
            </w:pPr>
            <w:r w:rsidRPr="002F5D52">
              <w:rPr>
                <w:rFonts w:ascii="Times New Roman" w:hAnsi="Times New Roman" w:cs="Times New Roman"/>
              </w:rPr>
              <w:t>1003 Willow Creek Rd</w:t>
            </w:r>
          </w:p>
          <w:p w14:paraId="6104E207" w14:textId="77777777" w:rsidR="006C0F8A" w:rsidRPr="002F5D52" w:rsidRDefault="006C0F8A" w:rsidP="006C0F8A">
            <w:pPr>
              <w:rPr>
                <w:rFonts w:ascii="Times New Roman" w:hAnsi="Times New Roman" w:cs="Times New Roman"/>
              </w:rPr>
            </w:pPr>
            <w:r w:rsidRPr="002F5D52">
              <w:rPr>
                <w:rFonts w:ascii="Times New Roman" w:hAnsi="Times New Roman" w:cs="Times New Roman"/>
              </w:rPr>
              <w:t>Prescott, AZ 86301</w:t>
            </w:r>
          </w:p>
          <w:p w14:paraId="594A3941" w14:textId="77777777" w:rsidR="004525DC" w:rsidRPr="002F5D52" w:rsidRDefault="004525DC" w:rsidP="00C03858">
            <w:pPr>
              <w:rPr>
                <w:rFonts w:ascii="Times New Roman" w:hAnsi="Times New Roman" w:cs="Times New Roman"/>
              </w:rPr>
            </w:pPr>
          </w:p>
        </w:tc>
      </w:tr>
      <w:tr w:rsidR="004525DC" w:rsidRPr="002F5D52" w14:paraId="4B6F43FC" w14:textId="77777777" w:rsidTr="00C10E59">
        <w:trPr>
          <w:trHeight w:val="300"/>
        </w:trPr>
        <w:tc>
          <w:tcPr>
            <w:tcW w:w="4590" w:type="dxa"/>
          </w:tcPr>
          <w:p w14:paraId="273AE3A5" w14:textId="77777777" w:rsidR="00AA2CE9" w:rsidRPr="002F5D52" w:rsidRDefault="00AA2CE9" w:rsidP="00AA2CE9">
            <w:pPr>
              <w:rPr>
                <w:rFonts w:ascii="Times New Roman" w:hAnsi="Times New Roman" w:cs="Times New Roman"/>
                <w:b/>
                <w:bCs/>
              </w:rPr>
            </w:pPr>
            <w:r w:rsidRPr="002F5D52">
              <w:rPr>
                <w:rFonts w:ascii="Times New Roman" w:hAnsi="Times New Roman" w:cs="Times New Roman"/>
                <w:b/>
                <w:bCs/>
              </w:rPr>
              <w:t>Verde Valley Medical Center</w:t>
            </w:r>
          </w:p>
          <w:p w14:paraId="17A6540B" w14:textId="113BA9E6" w:rsidR="007C4A26" w:rsidRPr="002F5D52" w:rsidRDefault="007C4A26" w:rsidP="00AA2CE9">
            <w:pPr>
              <w:rPr>
                <w:rFonts w:ascii="Times New Roman" w:hAnsi="Times New Roman" w:cs="Times New Roman"/>
              </w:rPr>
            </w:pPr>
            <w:r w:rsidRPr="002F5D52">
              <w:rPr>
                <w:rFonts w:ascii="Times New Roman" w:hAnsi="Times New Roman" w:cs="Times New Roman"/>
              </w:rPr>
              <w:t>Clinical Laboratory</w:t>
            </w:r>
          </w:p>
          <w:p w14:paraId="193BEB2A" w14:textId="77777777" w:rsidR="00AA2CE9" w:rsidRPr="002F5D52" w:rsidRDefault="00AA2CE9" w:rsidP="00AA2CE9">
            <w:pPr>
              <w:rPr>
                <w:rFonts w:ascii="Times New Roman" w:hAnsi="Times New Roman" w:cs="Times New Roman"/>
              </w:rPr>
            </w:pPr>
            <w:r w:rsidRPr="002F5D52">
              <w:rPr>
                <w:rFonts w:ascii="Times New Roman" w:hAnsi="Times New Roman" w:cs="Times New Roman"/>
              </w:rPr>
              <w:t>269 S Candy Ln</w:t>
            </w:r>
          </w:p>
          <w:p w14:paraId="3AC57390" w14:textId="2AB962E8" w:rsidR="004525DC" w:rsidRPr="002F5D52" w:rsidRDefault="00AA2CE9" w:rsidP="00AA2CE9">
            <w:pPr>
              <w:rPr>
                <w:rFonts w:ascii="Times New Roman" w:hAnsi="Times New Roman" w:cs="Times New Roman"/>
              </w:rPr>
            </w:pPr>
            <w:r w:rsidRPr="002F5D52">
              <w:rPr>
                <w:rFonts w:ascii="Times New Roman" w:hAnsi="Times New Roman" w:cs="Times New Roman"/>
              </w:rPr>
              <w:t>Cottonwood, AZ 86326</w:t>
            </w:r>
          </w:p>
        </w:tc>
        <w:tc>
          <w:tcPr>
            <w:tcW w:w="4950" w:type="dxa"/>
          </w:tcPr>
          <w:p w14:paraId="43EF391F" w14:textId="3FCB6B9D" w:rsidR="004525DC" w:rsidRPr="002F5D52" w:rsidRDefault="004525DC" w:rsidP="00141E3C">
            <w:pPr>
              <w:rPr>
                <w:rFonts w:ascii="Times New Roman" w:hAnsi="Times New Roman" w:cs="Times New Roman"/>
              </w:rPr>
            </w:pPr>
          </w:p>
        </w:tc>
      </w:tr>
    </w:tbl>
    <w:p w14:paraId="546FBCB9" w14:textId="77777777" w:rsidR="00C10E59" w:rsidRPr="002F5D52" w:rsidRDefault="00C10E59">
      <w:pPr>
        <w:rPr>
          <w:rFonts w:ascii="Times New Roman" w:hAnsi="Times New Roman" w:cs="Times New Roman"/>
        </w:rPr>
      </w:pPr>
    </w:p>
    <w:tbl>
      <w:tblPr>
        <w:tblStyle w:val="TableGrid"/>
        <w:tblW w:w="9540" w:type="dxa"/>
        <w:tblInd w:w="-275" w:type="dxa"/>
        <w:tblLook w:val="04A0" w:firstRow="1" w:lastRow="0" w:firstColumn="1" w:lastColumn="0" w:noHBand="0" w:noVBand="1"/>
      </w:tblPr>
      <w:tblGrid>
        <w:gridCol w:w="4680"/>
        <w:gridCol w:w="4860"/>
      </w:tblGrid>
      <w:tr w:rsidR="000E72D6" w:rsidRPr="002F5D52" w14:paraId="27039CF0" w14:textId="77777777" w:rsidTr="00C10E59">
        <w:trPr>
          <w:trHeight w:val="629"/>
        </w:trPr>
        <w:tc>
          <w:tcPr>
            <w:tcW w:w="9540" w:type="dxa"/>
            <w:gridSpan w:val="2"/>
            <w:shd w:val="clear" w:color="auto" w:fill="D9D9D9" w:themeFill="background1" w:themeFillShade="D9"/>
            <w:vAlign w:val="center"/>
          </w:tcPr>
          <w:p w14:paraId="52ED8F83" w14:textId="77777777" w:rsidR="000E72D6" w:rsidRPr="002F5D52" w:rsidRDefault="000E72D6" w:rsidP="000E72D6">
            <w:pPr>
              <w:pStyle w:val="ListParagraph"/>
              <w:ind w:left="0"/>
              <w:jc w:val="center"/>
              <w:rPr>
                <w:rFonts w:ascii="Times New Roman" w:hAnsi="Times New Roman" w:cs="Times New Roman"/>
                <w:b/>
                <w:bCs/>
              </w:rPr>
            </w:pPr>
            <w:r w:rsidRPr="002F5D52">
              <w:rPr>
                <w:rFonts w:ascii="Times New Roman" w:hAnsi="Times New Roman" w:cs="Times New Roman"/>
                <w:b/>
                <w:bCs/>
              </w:rPr>
              <w:t>Carl T. Hayden VA Medical Center</w:t>
            </w:r>
          </w:p>
          <w:p w14:paraId="6C1CC6CD" w14:textId="4258E43F" w:rsidR="000E72D6" w:rsidRPr="002F5D52" w:rsidRDefault="000E72D6" w:rsidP="000E72D6">
            <w:pPr>
              <w:jc w:val="center"/>
              <w:rPr>
                <w:rFonts w:ascii="Times New Roman" w:hAnsi="Times New Roman" w:cs="Times New Roman"/>
                <w:b/>
                <w:bCs/>
              </w:rPr>
            </w:pPr>
            <w:r w:rsidRPr="002F5D52">
              <w:rPr>
                <w:rFonts w:ascii="Times New Roman" w:hAnsi="Times New Roman" w:cs="Times New Roman"/>
                <w:b/>
                <w:bCs/>
              </w:rPr>
              <w:t>OUTPATIENT LOCATIONS/ OTHER FACILITIES</w:t>
            </w:r>
          </w:p>
        </w:tc>
      </w:tr>
      <w:tr w:rsidR="004525DC" w:rsidRPr="002F5D52" w14:paraId="236D2CB3" w14:textId="77777777" w:rsidTr="00C10E59">
        <w:tc>
          <w:tcPr>
            <w:tcW w:w="4680" w:type="dxa"/>
          </w:tcPr>
          <w:p w14:paraId="05CA9A06" w14:textId="77777777" w:rsidR="00DF44A4" w:rsidRPr="002F5D52" w:rsidRDefault="00DF44A4" w:rsidP="00DF44A4">
            <w:pPr>
              <w:rPr>
                <w:rFonts w:ascii="Times New Roman" w:hAnsi="Times New Roman" w:cs="Times New Roman"/>
                <w:b/>
                <w:bCs/>
              </w:rPr>
            </w:pPr>
            <w:r w:rsidRPr="002F5D52">
              <w:rPr>
                <w:rFonts w:ascii="Times New Roman" w:hAnsi="Times New Roman" w:cs="Times New Roman"/>
                <w:b/>
                <w:bCs/>
              </w:rPr>
              <w:t>Staff Sergeant Alexander W. Conrad VA Health Care Clinic</w:t>
            </w:r>
          </w:p>
          <w:p w14:paraId="4883849D" w14:textId="77777777" w:rsidR="00DF44A4" w:rsidRPr="002F5D52" w:rsidRDefault="00DF44A4" w:rsidP="00DF44A4">
            <w:pPr>
              <w:rPr>
                <w:rFonts w:ascii="Times New Roman" w:hAnsi="Times New Roman" w:cs="Times New Roman"/>
                <w:b/>
                <w:bCs/>
              </w:rPr>
            </w:pPr>
            <w:r w:rsidRPr="002F5D52">
              <w:rPr>
                <w:rFonts w:ascii="Times New Roman" w:hAnsi="Times New Roman" w:cs="Times New Roman"/>
                <w:b/>
                <w:bCs/>
              </w:rPr>
              <w:t>(Southeast VA Clinic)</w:t>
            </w:r>
          </w:p>
          <w:p w14:paraId="788349DB" w14:textId="77777777" w:rsidR="00DF44A4" w:rsidRPr="002F5D52" w:rsidRDefault="00DF44A4" w:rsidP="00DF44A4">
            <w:pPr>
              <w:shd w:val="clear" w:color="auto" w:fill="FFFFFF"/>
              <w:rPr>
                <w:rFonts w:ascii="Times New Roman" w:eastAsia="Times New Roman" w:hAnsi="Times New Roman" w:cs="Times New Roman"/>
                <w:color w:val="212121"/>
              </w:rPr>
            </w:pPr>
            <w:r w:rsidRPr="002F5D52">
              <w:rPr>
                <w:rFonts w:ascii="Times New Roman" w:eastAsia="Times New Roman" w:hAnsi="Times New Roman" w:cs="Times New Roman"/>
                <w:color w:val="212121"/>
              </w:rPr>
              <w:t>3285 South Val Vista Drive</w:t>
            </w:r>
          </w:p>
          <w:p w14:paraId="31935483" w14:textId="43A24520" w:rsidR="004E6CAE" w:rsidRPr="002F5D52" w:rsidRDefault="00DF44A4" w:rsidP="004E6CAE">
            <w:pPr>
              <w:rPr>
                <w:rFonts w:ascii="Times New Roman" w:eastAsia="Times New Roman" w:hAnsi="Times New Roman" w:cs="Times New Roman"/>
                <w:color w:val="212121"/>
              </w:rPr>
            </w:pPr>
            <w:r w:rsidRPr="002F5D52">
              <w:rPr>
                <w:rFonts w:ascii="Times New Roman" w:eastAsia="Times New Roman" w:hAnsi="Times New Roman" w:cs="Times New Roman"/>
                <w:color w:val="212121"/>
              </w:rPr>
              <w:t>Gilbert, AZ 85297</w:t>
            </w:r>
          </w:p>
        </w:tc>
        <w:tc>
          <w:tcPr>
            <w:tcW w:w="4860" w:type="dxa"/>
          </w:tcPr>
          <w:p w14:paraId="45BFDD9C" w14:textId="064C12D5" w:rsidR="00EC2E98" w:rsidRPr="002F5D52" w:rsidRDefault="00EC2E98" w:rsidP="00EC2E98">
            <w:pPr>
              <w:rPr>
                <w:rFonts w:ascii="Times New Roman" w:eastAsia="Times New Roman" w:hAnsi="Times New Roman" w:cs="Times New Roman"/>
                <w:b/>
                <w:bCs/>
              </w:rPr>
            </w:pPr>
            <w:r w:rsidRPr="002F5D52">
              <w:rPr>
                <w:rFonts w:ascii="Times New Roman" w:eastAsia="Times New Roman" w:hAnsi="Times New Roman" w:cs="Times New Roman"/>
                <w:b/>
                <w:bCs/>
              </w:rPr>
              <w:t xml:space="preserve">Payson (Private Practice </w:t>
            </w:r>
            <w:r w:rsidR="009D7FB3" w:rsidRPr="002F5D52">
              <w:rPr>
                <w:rFonts w:ascii="Times New Roman" w:eastAsia="Times New Roman" w:hAnsi="Times New Roman" w:cs="Times New Roman"/>
                <w:b/>
                <w:bCs/>
              </w:rPr>
              <w:t>Group</w:t>
            </w:r>
            <w:r w:rsidRPr="002F5D52">
              <w:rPr>
                <w:rFonts w:ascii="Times New Roman" w:eastAsia="Times New Roman" w:hAnsi="Times New Roman" w:cs="Times New Roman"/>
                <w:b/>
                <w:bCs/>
              </w:rPr>
              <w:t>)</w:t>
            </w:r>
          </w:p>
          <w:p w14:paraId="6CA57978" w14:textId="77777777" w:rsidR="00EC2E98" w:rsidRPr="002F5D52" w:rsidRDefault="00EC2E98" w:rsidP="00EC2E98">
            <w:pPr>
              <w:rPr>
                <w:rFonts w:ascii="Times New Roman" w:eastAsia="Times New Roman" w:hAnsi="Times New Roman" w:cs="Times New Roman"/>
              </w:rPr>
            </w:pPr>
            <w:r w:rsidRPr="002F5D52">
              <w:rPr>
                <w:rFonts w:ascii="Times New Roman" w:eastAsia="Times New Roman" w:hAnsi="Times New Roman" w:cs="Times New Roman"/>
              </w:rPr>
              <w:t xml:space="preserve">903 East Hwy 260, Suite 2 </w:t>
            </w:r>
          </w:p>
          <w:p w14:paraId="7C1DEF2B" w14:textId="2331DB98" w:rsidR="004525DC" w:rsidRPr="002F5D52" w:rsidRDefault="00EC2E98" w:rsidP="00EC2E98">
            <w:pPr>
              <w:autoSpaceDE w:val="0"/>
              <w:autoSpaceDN w:val="0"/>
              <w:adjustRightInd w:val="0"/>
              <w:rPr>
                <w:rFonts w:ascii="Times New Roman" w:hAnsi="Times New Roman" w:cs="Times New Roman"/>
              </w:rPr>
            </w:pPr>
            <w:r w:rsidRPr="002F5D52">
              <w:rPr>
                <w:rFonts w:ascii="Times New Roman" w:eastAsia="Times New Roman" w:hAnsi="Times New Roman" w:cs="Times New Roman"/>
              </w:rPr>
              <w:t>Payson, AZ 85541</w:t>
            </w:r>
          </w:p>
        </w:tc>
      </w:tr>
      <w:tr w:rsidR="009D7FB3" w:rsidRPr="002F5D52" w14:paraId="4B46F452" w14:textId="77777777" w:rsidTr="00C10E59">
        <w:tc>
          <w:tcPr>
            <w:tcW w:w="4680" w:type="dxa"/>
          </w:tcPr>
          <w:p w14:paraId="7E56DA61" w14:textId="77777777" w:rsidR="009D7FB3" w:rsidRPr="002F5D52" w:rsidRDefault="009D7FB3" w:rsidP="009D7FB3">
            <w:pPr>
              <w:rPr>
                <w:rFonts w:ascii="Times New Roman" w:eastAsia="Times New Roman" w:hAnsi="Times New Roman" w:cs="Times New Roman"/>
                <w:b/>
                <w:bCs/>
              </w:rPr>
            </w:pPr>
            <w:r w:rsidRPr="002F5D52">
              <w:rPr>
                <w:rFonts w:ascii="Times New Roman" w:eastAsia="Times New Roman" w:hAnsi="Times New Roman" w:cs="Times New Roman"/>
                <w:b/>
                <w:bCs/>
              </w:rPr>
              <w:t>Northwest VA Health Care Clinic</w:t>
            </w:r>
          </w:p>
          <w:p w14:paraId="6504B359" w14:textId="77777777" w:rsidR="009D7FB3" w:rsidRPr="002F5D52" w:rsidRDefault="009D7FB3" w:rsidP="009D7FB3">
            <w:pPr>
              <w:rPr>
                <w:rFonts w:ascii="Times New Roman" w:eastAsia="Times New Roman" w:hAnsi="Times New Roman" w:cs="Times New Roman"/>
              </w:rPr>
            </w:pPr>
            <w:r w:rsidRPr="002F5D52">
              <w:rPr>
                <w:rFonts w:ascii="Times New Roman" w:eastAsia="Times New Roman" w:hAnsi="Times New Roman" w:cs="Times New Roman"/>
              </w:rPr>
              <w:t xml:space="preserve">13985 West Grand Avenue, Suite 101 </w:t>
            </w:r>
          </w:p>
          <w:p w14:paraId="2E588E0B" w14:textId="324E98AF" w:rsidR="009D7FB3" w:rsidRPr="002F5D52" w:rsidRDefault="009D7FB3" w:rsidP="009D7FB3">
            <w:pPr>
              <w:autoSpaceDE w:val="0"/>
              <w:autoSpaceDN w:val="0"/>
              <w:adjustRightInd w:val="0"/>
              <w:rPr>
                <w:rFonts w:ascii="Times New Roman" w:eastAsia="Times New Roman" w:hAnsi="Times New Roman" w:cs="Times New Roman"/>
              </w:rPr>
            </w:pPr>
            <w:r w:rsidRPr="002F5D52">
              <w:rPr>
                <w:rFonts w:ascii="Times New Roman" w:eastAsia="Times New Roman" w:hAnsi="Times New Roman" w:cs="Times New Roman"/>
              </w:rPr>
              <w:t>Surprise AZ, 85374</w:t>
            </w:r>
          </w:p>
        </w:tc>
        <w:tc>
          <w:tcPr>
            <w:tcW w:w="4860" w:type="dxa"/>
          </w:tcPr>
          <w:p w14:paraId="19313D86" w14:textId="77777777" w:rsidR="009D7FB3" w:rsidRPr="002F5D52" w:rsidRDefault="009D7FB3" w:rsidP="009D7FB3">
            <w:pPr>
              <w:rPr>
                <w:rFonts w:ascii="Times New Roman" w:hAnsi="Times New Roman" w:cs="Times New Roman"/>
                <w:b/>
                <w:bCs/>
              </w:rPr>
            </w:pPr>
            <w:r w:rsidRPr="002F5D52">
              <w:rPr>
                <w:rFonts w:ascii="Times New Roman" w:hAnsi="Times New Roman" w:cs="Times New Roman"/>
                <w:b/>
                <w:bCs/>
              </w:rPr>
              <w:t>Banner Health Surgical Center</w:t>
            </w:r>
          </w:p>
          <w:p w14:paraId="11120D55" w14:textId="77777777" w:rsidR="009D7FB3" w:rsidRPr="002F5D52" w:rsidRDefault="009D7FB3" w:rsidP="009D7FB3">
            <w:pPr>
              <w:rPr>
                <w:rFonts w:ascii="Times New Roman" w:hAnsi="Times New Roman" w:cs="Times New Roman"/>
              </w:rPr>
            </w:pPr>
            <w:r w:rsidRPr="002F5D52">
              <w:rPr>
                <w:rFonts w:ascii="Times New Roman" w:hAnsi="Times New Roman" w:cs="Times New Roman"/>
              </w:rPr>
              <w:t xml:space="preserve">1040 E McDowell Road </w:t>
            </w:r>
          </w:p>
          <w:p w14:paraId="164E0C9F" w14:textId="7C962C93" w:rsidR="009D7FB3" w:rsidRPr="002F5D52" w:rsidRDefault="009D7FB3" w:rsidP="009D7FB3">
            <w:pPr>
              <w:rPr>
                <w:rFonts w:ascii="Times New Roman" w:hAnsi="Times New Roman" w:cs="Times New Roman"/>
              </w:rPr>
            </w:pPr>
            <w:r w:rsidRPr="002F5D52">
              <w:rPr>
                <w:rFonts w:ascii="Times New Roman" w:hAnsi="Times New Roman" w:cs="Times New Roman"/>
              </w:rPr>
              <w:t xml:space="preserve">Phoenix, AZ 85006 </w:t>
            </w:r>
          </w:p>
        </w:tc>
      </w:tr>
      <w:tr w:rsidR="009D7FB3" w:rsidRPr="002F5D52" w14:paraId="4755C219" w14:textId="77777777" w:rsidTr="00C10E59">
        <w:tc>
          <w:tcPr>
            <w:tcW w:w="4680" w:type="dxa"/>
          </w:tcPr>
          <w:p w14:paraId="68C5BB3E" w14:textId="77777777" w:rsidR="009D7FB3" w:rsidRPr="002F5D52" w:rsidRDefault="009D7FB3" w:rsidP="009D7FB3">
            <w:pPr>
              <w:rPr>
                <w:rFonts w:ascii="Times New Roman" w:hAnsi="Times New Roman" w:cs="Times New Roman"/>
                <w:b/>
                <w:bCs/>
              </w:rPr>
            </w:pPr>
            <w:r w:rsidRPr="002F5D52">
              <w:rPr>
                <w:rFonts w:ascii="Times New Roman" w:hAnsi="Times New Roman" w:cs="Times New Roman"/>
                <w:b/>
                <w:bCs/>
              </w:rPr>
              <w:t>Southwest VA Clinic</w:t>
            </w:r>
          </w:p>
          <w:p w14:paraId="04AD3A7B" w14:textId="77777777" w:rsidR="009D7FB3" w:rsidRPr="002F5D52" w:rsidRDefault="009D7FB3" w:rsidP="009D7FB3">
            <w:pPr>
              <w:shd w:val="clear" w:color="auto" w:fill="FFFFFF"/>
              <w:rPr>
                <w:rFonts w:ascii="Times New Roman" w:eastAsia="Times New Roman" w:hAnsi="Times New Roman" w:cs="Times New Roman"/>
                <w:color w:val="212121"/>
              </w:rPr>
            </w:pPr>
            <w:r w:rsidRPr="002F5D52">
              <w:rPr>
                <w:rFonts w:ascii="Times New Roman" w:eastAsia="Times New Roman" w:hAnsi="Times New Roman" w:cs="Times New Roman"/>
                <w:color w:val="212121"/>
              </w:rPr>
              <w:t>9250 West Thomas Road, Suite 400</w:t>
            </w:r>
          </w:p>
          <w:p w14:paraId="7C17CF58" w14:textId="13DCF4D2" w:rsidR="009D7FB3" w:rsidRPr="002F5D52" w:rsidRDefault="009D7FB3" w:rsidP="009D7FB3">
            <w:pPr>
              <w:spacing w:line="257" w:lineRule="auto"/>
              <w:rPr>
                <w:rFonts w:ascii="Times New Roman" w:eastAsia="Times New Roman" w:hAnsi="Times New Roman" w:cs="Times New Roman"/>
                <w:color w:val="212121"/>
              </w:rPr>
            </w:pPr>
            <w:r w:rsidRPr="002F5D52">
              <w:rPr>
                <w:rFonts w:ascii="Times New Roman" w:eastAsia="Times New Roman" w:hAnsi="Times New Roman" w:cs="Times New Roman"/>
                <w:color w:val="212121"/>
              </w:rPr>
              <w:t>Phoenix, AZ 85037</w:t>
            </w:r>
          </w:p>
        </w:tc>
        <w:tc>
          <w:tcPr>
            <w:tcW w:w="4860" w:type="dxa"/>
          </w:tcPr>
          <w:p w14:paraId="0DEB4AB0" w14:textId="77777777" w:rsidR="009D7FB3" w:rsidRPr="002F5D52" w:rsidRDefault="009D7FB3" w:rsidP="009D7FB3">
            <w:pPr>
              <w:rPr>
                <w:rFonts w:ascii="Times New Roman" w:hAnsi="Times New Roman" w:cs="Times New Roman"/>
                <w:b/>
                <w:bCs/>
              </w:rPr>
            </w:pPr>
            <w:r w:rsidRPr="002F5D52">
              <w:rPr>
                <w:rFonts w:ascii="Times New Roman" w:hAnsi="Times New Roman" w:cs="Times New Roman"/>
                <w:b/>
                <w:bCs/>
              </w:rPr>
              <w:t>Midtown VA Clinic</w:t>
            </w:r>
          </w:p>
          <w:p w14:paraId="169D066D" w14:textId="77777777" w:rsidR="009D7FB3" w:rsidRPr="002F5D52" w:rsidRDefault="009D7FB3" w:rsidP="009D7FB3">
            <w:pPr>
              <w:shd w:val="clear" w:color="auto" w:fill="FFFFFF"/>
              <w:rPr>
                <w:rFonts w:ascii="Times New Roman" w:eastAsia="Times New Roman" w:hAnsi="Times New Roman" w:cs="Times New Roman"/>
                <w:color w:val="212121"/>
              </w:rPr>
            </w:pPr>
            <w:r w:rsidRPr="002F5D52">
              <w:rPr>
                <w:rFonts w:ascii="Times New Roman" w:eastAsia="Times New Roman" w:hAnsi="Times New Roman" w:cs="Times New Roman"/>
                <w:color w:val="212121"/>
              </w:rPr>
              <w:t>5040 North 15th Avenue</w:t>
            </w:r>
          </w:p>
          <w:p w14:paraId="387A4FD7" w14:textId="210C37D3" w:rsidR="009D7FB3" w:rsidRPr="002F5D52" w:rsidRDefault="009D7FB3" w:rsidP="009D7FB3">
            <w:pPr>
              <w:autoSpaceDE w:val="0"/>
              <w:autoSpaceDN w:val="0"/>
              <w:adjustRightInd w:val="0"/>
              <w:rPr>
                <w:rFonts w:ascii="Times New Roman" w:hAnsi="Times New Roman" w:cs="Times New Roman"/>
              </w:rPr>
            </w:pPr>
            <w:r w:rsidRPr="002F5D52">
              <w:rPr>
                <w:rFonts w:ascii="Times New Roman" w:eastAsia="Times New Roman" w:hAnsi="Times New Roman" w:cs="Times New Roman"/>
                <w:color w:val="212121"/>
              </w:rPr>
              <w:t>Phoenix, AZ 85015</w:t>
            </w:r>
          </w:p>
        </w:tc>
      </w:tr>
      <w:tr w:rsidR="009D7FB3" w:rsidRPr="002F5D52" w14:paraId="6AD93C9F" w14:textId="77777777" w:rsidTr="00C10E59">
        <w:tc>
          <w:tcPr>
            <w:tcW w:w="4680" w:type="dxa"/>
          </w:tcPr>
          <w:p w14:paraId="76777C3C" w14:textId="77777777" w:rsidR="009D7FB3" w:rsidRPr="002F5D52" w:rsidRDefault="009D7FB3" w:rsidP="009D7FB3">
            <w:pPr>
              <w:rPr>
                <w:rFonts w:ascii="Times New Roman" w:eastAsia="Times New Roman" w:hAnsi="Times New Roman" w:cs="Times New Roman"/>
                <w:b/>
                <w:bCs/>
              </w:rPr>
            </w:pPr>
            <w:r w:rsidRPr="002F5D52">
              <w:rPr>
                <w:rFonts w:ascii="Times New Roman" w:eastAsia="Times New Roman" w:hAnsi="Times New Roman" w:cs="Times New Roman"/>
                <w:b/>
                <w:bCs/>
              </w:rPr>
              <w:t>Show Low VA Health Care Clinic</w:t>
            </w:r>
          </w:p>
          <w:p w14:paraId="60E60966" w14:textId="77777777" w:rsidR="009D7FB3" w:rsidRPr="002F5D52" w:rsidRDefault="009D7FB3" w:rsidP="009D7FB3">
            <w:pPr>
              <w:rPr>
                <w:rFonts w:ascii="Times New Roman" w:eastAsia="Times New Roman" w:hAnsi="Times New Roman" w:cs="Times New Roman"/>
              </w:rPr>
            </w:pPr>
            <w:r w:rsidRPr="002F5D52">
              <w:rPr>
                <w:rFonts w:ascii="Times New Roman" w:eastAsia="Times New Roman" w:hAnsi="Times New Roman" w:cs="Times New Roman"/>
              </w:rPr>
              <w:t xml:space="preserve">5171 Cub Lake Road, Suite C380 </w:t>
            </w:r>
          </w:p>
          <w:p w14:paraId="40040E80" w14:textId="6E6EBB51" w:rsidR="009D7FB3" w:rsidRPr="002F5D52" w:rsidRDefault="009D7FB3" w:rsidP="009D7FB3">
            <w:pPr>
              <w:rPr>
                <w:rFonts w:ascii="Times New Roman" w:eastAsia="Times New Roman" w:hAnsi="Times New Roman" w:cs="Times New Roman"/>
              </w:rPr>
            </w:pPr>
            <w:r w:rsidRPr="002F5D52">
              <w:rPr>
                <w:rFonts w:ascii="Times New Roman" w:eastAsia="Times New Roman" w:hAnsi="Times New Roman" w:cs="Times New Roman"/>
              </w:rPr>
              <w:t>Show Low, AZ 85901</w:t>
            </w:r>
          </w:p>
        </w:tc>
        <w:tc>
          <w:tcPr>
            <w:tcW w:w="4860" w:type="dxa"/>
          </w:tcPr>
          <w:p w14:paraId="5A1A6BC6" w14:textId="77777777" w:rsidR="009D7FB3" w:rsidRPr="002F5D52" w:rsidRDefault="009D7FB3" w:rsidP="009D7FB3">
            <w:pPr>
              <w:rPr>
                <w:rFonts w:ascii="Times New Roman" w:hAnsi="Times New Roman" w:cs="Times New Roman"/>
                <w:b/>
                <w:bCs/>
              </w:rPr>
            </w:pPr>
            <w:r w:rsidRPr="002F5D52">
              <w:rPr>
                <w:rFonts w:ascii="Times New Roman" w:hAnsi="Times New Roman" w:cs="Times New Roman"/>
                <w:b/>
                <w:bCs/>
              </w:rPr>
              <w:t>Phoenix VA Clinic (32</w:t>
            </w:r>
            <w:r w:rsidRPr="002F5D52">
              <w:rPr>
                <w:rFonts w:ascii="Times New Roman" w:hAnsi="Times New Roman" w:cs="Times New Roman"/>
                <w:b/>
                <w:bCs/>
                <w:vertAlign w:val="superscript"/>
              </w:rPr>
              <w:t>nd</w:t>
            </w:r>
            <w:r w:rsidRPr="002F5D52">
              <w:rPr>
                <w:rFonts w:ascii="Times New Roman" w:hAnsi="Times New Roman" w:cs="Times New Roman"/>
                <w:b/>
                <w:bCs/>
              </w:rPr>
              <w:t xml:space="preserve"> Street)</w:t>
            </w:r>
          </w:p>
          <w:p w14:paraId="42A57F85" w14:textId="77777777" w:rsidR="009D7FB3" w:rsidRPr="002F5D52" w:rsidRDefault="009D7FB3" w:rsidP="009D7FB3">
            <w:pPr>
              <w:shd w:val="clear" w:color="auto" w:fill="FFFFFF"/>
              <w:rPr>
                <w:rFonts w:ascii="Times New Roman" w:eastAsia="Times New Roman" w:hAnsi="Times New Roman" w:cs="Times New Roman"/>
                <w:color w:val="212121"/>
              </w:rPr>
            </w:pPr>
            <w:r w:rsidRPr="002F5D52">
              <w:rPr>
                <w:rFonts w:ascii="Times New Roman" w:eastAsia="Times New Roman" w:hAnsi="Times New Roman" w:cs="Times New Roman"/>
                <w:color w:val="212121"/>
              </w:rPr>
              <w:t>400 North 32nd Street</w:t>
            </w:r>
          </w:p>
          <w:p w14:paraId="76AD2109" w14:textId="6219DD11" w:rsidR="009D7FB3" w:rsidRPr="002F5D52" w:rsidRDefault="009D7FB3" w:rsidP="009D7FB3">
            <w:pPr>
              <w:rPr>
                <w:rFonts w:ascii="Times New Roman" w:hAnsi="Times New Roman" w:cs="Times New Roman"/>
              </w:rPr>
            </w:pPr>
            <w:r w:rsidRPr="002F5D52">
              <w:rPr>
                <w:rFonts w:ascii="Times New Roman" w:eastAsia="Times New Roman" w:hAnsi="Times New Roman" w:cs="Times New Roman"/>
                <w:color w:val="212121"/>
                <w:shd w:val="clear" w:color="auto" w:fill="FFFFFF"/>
              </w:rPr>
              <w:t>Phoenix, AZ 85008</w:t>
            </w:r>
          </w:p>
        </w:tc>
      </w:tr>
      <w:tr w:rsidR="009D7FB3" w:rsidRPr="002F5D52" w14:paraId="146D11AA" w14:textId="77777777" w:rsidTr="00C10E59">
        <w:trPr>
          <w:trHeight w:val="300"/>
        </w:trPr>
        <w:tc>
          <w:tcPr>
            <w:tcW w:w="4680" w:type="dxa"/>
          </w:tcPr>
          <w:p w14:paraId="585E8067" w14:textId="77777777" w:rsidR="009D7FB3" w:rsidRPr="002F5D52" w:rsidRDefault="009D7FB3" w:rsidP="009D7FB3">
            <w:pPr>
              <w:rPr>
                <w:rFonts w:ascii="Times New Roman" w:eastAsia="Times New Roman" w:hAnsi="Times New Roman" w:cs="Times New Roman"/>
                <w:b/>
                <w:bCs/>
              </w:rPr>
            </w:pPr>
            <w:r w:rsidRPr="002F5D52">
              <w:rPr>
                <w:rFonts w:ascii="Times New Roman" w:eastAsia="Times New Roman" w:hAnsi="Times New Roman" w:cs="Times New Roman"/>
                <w:b/>
                <w:bCs/>
              </w:rPr>
              <w:t>Globe VA Health Care Clinic</w:t>
            </w:r>
          </w:p>
          <w:p w14:paraId="3C70C463" w14:textId="77777777" w:rsidR="009D7FB3" w:rsidRPr="002F5D52" w:rsidRDefault="009D7FB3" w:rsidP="009D7FB3">
            <w:pPr>
              <w:rPr>
                <w:rFonts w:ascii="Times New Roman" w:eastAsia="Times New Roman" w:hAnsi="Times New Roman" w:cs="Times New Roman"/>
              </w:rPr>
            </w:pPr>
            <w:r w:rsidRPr="002F5D52">
              <w:rPr>
                <w:rFonts w:ascii="Times New Roman" w:eastAsia="Times New Roman" w:hAnsi="Times New Roman" w:cs="Times New Roman"/>
              </w:rPr>
              <w:t xml:space="preserve">5860 South Hospital Drive Suite 111 </w:t>
            </w:r>
          </w:p>
          <w:p w14:paraId="2AF77E66" w14:textId="4D2AE30E" w:rsidR="009D7FB3" w:rsidRPr="002F5D52" w:rsidRDefault="009D7FB3" w:rsidP="009D7FB3">
            <w:pPr>
              <w:rPr>
                <w:rFonts w:ascii="Times New Roman" w:hAnsi="Times New Roman" w:cs="Times New Roman"/>
              </w:rPr>
            </w:pPr>
            <w:r w:rsidRPr="002F5D52">
              <w:rPr>
                <w:rFonts w:ascii="Times New Roman" w:eastAsia="Times New Roman" w:hAnsi="Times New Roman" w:cs="Times New Roman"/>
              </w:rPr>
              <w:t>Globe AZ 85501</w:t>
            </w:r>
          </w:p>
        </w:tc>
        <w:tc>
          <w:tcPr>
            <w:tcW w:w="4860" w:type="dxa"/>
          </w:tcPr>
          <w:p w14:paraId="5BACFF9C" w14:textId="77777777" w:rsidR="009D7FB3" w:rsidRPr="002F5D52" w:rsidRDefault="009D7FB3" w:rsidP="009D7FB3">
            <w:pPr>
              <w:rPr>
                <w:rFonts w:ascii="Times New Roman" w:eastAsia="Times New Roman" w:hAnsi="Times New Roman" w:cs="Times New Roman"/>
                <w:b/>
                <w:bCs/>
              </w:rPr>
            </w:pPr>
            <w:r w:rsidRPr="002F5D52">
              <w:rPr>
                <w:rFonts w:ascii="Times New Roman" w:eastAsia="Times New Roman" w:hAnsi="Times New Roman" w:cs="Times New Roman"/>
                <w:b/>
                <w:bCs/>
              </w:rPr>
              <w:t>Community Referral and Resource Center (CRRC)</w:t>
            </w:r>
          </w:p>
          <w:p w14:paraId="16D6DD10" w14:textId="77777777" w:rsidR="009D7FB3" w:rsidRPr="002F5D52" w:rsidRDefault="009D7FB3" w:rsidP="009D7FB3">
            <w:pPr>
              <w:rPr>
                <w:rFonts w:ascii="Times New Roman" w:eastAsia="Times New Roman" w:hAnsi="Times New Roman" w:cs="Times New Roman"/>
              </w:rPr>
            </w:pPr>
            <w:r w:rsidRPr="002F5D52">
              <w:rPr>
                <w:rFonts w:ascii="Times New Roman" w:eastAsia="Times New Roman" w:hAnsi="Times New Roman" w:cs="Times New Roman"/>
              </w:rPr>
              <w:t xml:space="preserve">1500 E. Thomas Road, Suite 106 </w:t>
            </w:r>
          </w:p>
          <w:p w14:paraId="73B8D26A" w14:textId="4BEB7D0A" w:rsidR="009D7FB3" w:rsidRPr="002F5D52" w:rsidRDefault="009D7FB3" w:rsidP="009D7FB3">
            <w:pPr>
              <w:rPr>
                <w:rFonts w:ascii="Times New Roman" w:hAnsi="Times New Roman" w:cs="Times New Roman"/>
              </w:rPr>
            </w:pPr>
            <w:r w:rsidRPr="002F5D52">
              <w:rPr>
                <w:rFonts w:ascii="Times New Roman" w:eastAsia="Times New Roman" w:hAnsi="Times New Roman" w:cs="Times New Roman"/>
              </w:rPr>
              <w:t>Phoenix, AZ 85014</w:t>
            </w:r>
          </w:p>
        </w:tc>
      </w:tr>
      <w:tr w:rsidR="009D7FB3" w:rsidRPr="002F5D52" w14:paraId="21E7D413" w14:textId="77777777" w:rsidTr="00C10E59">
        <w:trPr>
          <w:trHeight w:val="300"/>
        </w:trPr>
        <w:tc>
          <w:tcPr>
            <w:tcW w:w="4680" w:type="dxa"/>
          </w:tcPr>
          <w:p w14:paraId="64C7AA37" w14:textId="77777777" w:rsidR="009D7FB3" w:rsidRPr="002F5D52" w:rsidRDefault="009D7FB3" w:rsidP="009D7FB3">
            <w:pPr>
              <w:rPr>
                <w:rFonts w:ascii="Times New Roman" w:hAnsi="Times New Roman" w:cs="Times New Roman"/>
                <w:b/>
                <w:bCs/>
              </w:rPr>
            </w:pPr>
            <w:r w:rsidRPr="002F5D52">
              <w:rPr>
                <w:rFonts w:ascii="Times New Roman" w:hAnsi="Times New Roman" w:cs="Times New Roman"/>
                <w:b/>
                <w:bCs/>
              </w:rPr>
              <w:t>Mesa VA Health Care Clinic (Mesa Annex)</w:t>
            </w:r>
          </w:p>
          <w:p w14:paraId="5AD9E1C3" w14:textId="77777777" w:rsidR="009D7FB3" w:rsidRPr="002F5D52" w:rsidRDefault="009D7FB3" w:rsidP="009D7FB3">
            <w:pPr>
              <w:shd w:val="clear" w:color="auto" w:fill="FFFFFF"/>
              <w:rPr>
                <w:rFonts w:ascii="Times New Roman" w:eastAsia="Times New Roman" w:hAnsi="Times New Roman" w:cs="Times New Roman"/>
                <w:color w:val="212121"/>
              </w:rPr>
            </w:pPr>
            <w:r w:rsidRPr="002F5D52">
              <w:rPr>
                <w:rFonts w:ascii="Times New Roman" w:eastAsia="Times New Roman" w:hAnsi="Times New Roman" w:cs="Times New Roman"/>
                <w:color w:val="212121"/>
              </w:rPr>
              <w:t>4135 South Power Road, Suite 103</w:t>
            </w:r>
          </w:p>
          <w:p w14:paraId="69FBF57B" w14:textId="5D624743" w:rsidR="009D7FB3" w:rsidRPr="002F5D52" w:rsidRDefault="009D7FB3" w:rsidP="009D7FB3">
            <w:pPr>
              <w:rPr>
                <w:rFonts w:ascii="Times New Roman" w:eastAsia="Times New Roman" w:hAnsi="Times New Roman" w:cs="Times New Roman"/>
                <w:color w:val="212121"/>
                <w:shd w:val="clear" w:color="auto" w:fill="FFFFFF"/>
              </w:rPr>
            </w:pPr>
            <w:r w:rsidRPr="002F5D52">
              <w:rPr>
                <w:rFonts w:ascii="Times New Roman" w:eastAsia="Times New Roman" w:hAnsi="Times New Roman" w:cs="Times New Roman"/>
                <w:color w:val="212121"/>
                <w:shd w:val="clear" w:color="auto" w:fill="FFFFFF"/>
              </w:rPr>
              <w:t>Mesa, AZ 85212</w:t>
            </w:r>
          </w:p>
        </w:tc>
        <w:tc>
          <w:tcPr>
            <w:tcW w:w="4860" w:type="dxa"/>
          </w:tcPr>
          <w:p w14:paraId="5DB65A44" w14:textId="77777777" w:rsidR="008E1305" w:rsidRPr="002F5D52" w:rsidRDefault="008E1305" w:rsidP="008E1305">
            <w:pPr>
              <w:spacing w:line="257" w:lineRule="auto"/>
              <w:rPr>
                <w:rFonts w:ascii="Times New Roman" w:eastAsia="Times New Roman" w:hAnsi="Times New Roman" w:cs="Times New Roman"/>
                <w:b/>
                <w:bCs/>
              </w:rPr>
            </w:pPr>
            <w:r w:rsidRPr="002F5D52">
              <w:rPr>
                <w:rFonts w:ascii="Times New Roman" w:eastAsia="Times New Roman" w:hAnsi="Times New Roman" w:cs="Times New Roman"/>
                <w:b/>
                <w:bCs/>
              </w:rPr>
              <w:t>Northeast VA Health Care Clinic</w:t>
            </w:r>
          </w:p>
          <w:p w14:paraId="37B1DB7D" w14:textId="77777777" w:rsidR="008E1305" w:rsidRPr="002F5D52" w:rsidRDefault="008E1305" w:rsidP="008E1305">
            <w:pPr>
              <w:spacing w:line="257" w:lineRule="auto"/>
              <w:rPr>
                <w:rFonts w:ascii="Times New Roman" w:eastAsia="Times New Roman" w:hAnsi="Times New Roman" w:cs="Times New Roman"/>
              </w:rPr>
            </w:pPr>
            <w:r w:rsidRPr="002F5D52">
              <w:rPr>
                <w:rFonts w:ascii="Times New Roman" w:eastAsia="Times New Roman" w:hAnsi="Times New Roman" w:cs="Times New Roman"/>
              </w:rPr>
              <w:t xml:space="preserve">11390 E. Via Linda Road, Suite 105 </w:t>
            </w:r>
          </w:p>
          <w:p w14:paraId="02055704" w14:textId="3D3E1CC2" w:rsidR="009D7FB3" w:rsidRPr="002F5D52" w:rsidRDefault="008E1305" w:rsidP="008E1305">
            <w:pPr>
              <w:rPr>
                <w:rFonts w:ascii="Times New Roman" w:hAnsi="Times New Roman" w:cs="Times New Roman"/>
              </w:rPr>
            </w:pPr>
            <w:r w:rsidRPr="002F5D52">
              <w:rPr>
                <w:rFonts w:ascii="Times New Roman" w:eastAsia="Times New Roman" w:hAnsi="Times New Roman" w:cs="Times New Roman"/>
              </w:rPr>
              <w:t>Scottsdale, AZ 85259</w:t>
            </w:r>
          </w:p>
        </w:tc>
      </w:tr>
      <w:tr w:rsidR="008E1305" w:rsidRPr="002F5D52" w14:paraId="6DDFC1AE" w14:textId="77777777" w:rsidTr="00C10E59">
        <w:trPr>
          <w:trHeight w:val="300"/>
        </w:trPr>
        <w:tc>
          <w:tcPr>
            <w:tcW w:w="4680" w:type="dxa"/>
          </w:tcPr>
          <w:p w14:paraId="6714C5E1" w14:textId="77777777" w:rsidR="001E7713" w:rsidRPr="002F5D52" w:rsidRDefault="001E7713" w:rsidP="001E7713">
            <w:pPr>
              <w:spacing w:line="257" w:lineRule="auto"/>
              <w:rPr>
                <w:rFonts w:ascii="Times New Roman" w:eastAsia="Times New Roman" w:hAnsi="Times New Roman" w:cs="Times New Roman"/>
                <w:b/>
                <w:bCs/>
              </w:rPr>
            </w:pPr>
            <w:r w:rsidRPr="002F5D52">
              <w:rPr>
                <w:rFonts w:ascii="Times New Roman" w:eastAsia="Times New Roman" w:hAnsi="Times New Roman" w:cs="Times New Roman"/>
                <w:b/>
                <w:bCs/>
              </w:rPr>
              <w:t>Thunderbird VA Health Care Clinic</w:t>
            </w:r>
          </w:p>
          <w:p w14:paraId="22F82DAB" w14:textId="77777777" w:rsidR="001E7713" w:rsidRPr="002F5D52" w:rsidRDefault="001E7713" w:rsidP="001E7713">
            <w:pPr>
              <w:spacing w:line="257" w:lineRule="auto"/>
              <w:rPr>
                <w:rFonts w:ascii="Times New Roman" w:eastAsia="Times New Roman" w:hAnsi="Times New Roman" w:cs="Times New Roman"/>
              </w:rPr>
            </w:pPr>
            <w:r w:rsidRPr="002F5D52">
              <w:rPr>
                <w:rFonts w:ascii="Times New Roman" w:eastAsia="Times New Roman" w:hAnsi="Times New Roman" w:cs="Times New Roman"/>
              </w:rPr>
              <w:t xml:space="preserve">9424 N 25th Ave </w:t>
            </w:r>
          </w:p>
          <w:p w14:paraId="5A64052E" w14:textId="25FCC64D" w:rsidR="008E1305" w:rsidRPr="002F5D52" w:rsidRDefault="001E7713" w:rsidP="001E7713">
            <w:pPr>
              <w:rPr>
                <w:rFonts w:ascii="Times New Roman" w:hAnsi="Times New Roman" w:cs="Times New Roman"/>
                <w:b/>
                <w:bCs/>
              </w:rPr>
            </w:pPr>
            <w:r w:rsidRPr="002F5D52">
              <w:rPr>
                <w:rFonts w:ascii="Times New Roman" w:eastAsia="Times New Roman" w:hAnsi="Times New Roman" w:cs="Times New Roman"/>
              </w:rPr>
              <w:t>Phoenix, AZ 85021</w:t>
            </w:r>
          </w:p>
        </w:tc>
        <w:tc>
          <w:tcPr>
            <w:tcW w:w="4860" w:type="dxa"/>
          </w:tcPr>
          <w:p w14:paraId="4A27A488" w14:textId="524AB469" w:rsidR="008E1305" w:rsidRPr="002F5D52" w:rsidRDefault="008E1305" w:rsidP="00FB4CD0">
            <w:pPr>
              <w:spacing w:line="257" w:lineRule="auto"/>
              <w:rPr>
                <w:rFonts w:ascii="Times New Roman" w:eastAsia="Times New Roman" w:hAnsi="Times New Roman" w:cs="Times New Roman"/>
                <w:b/>
                <w:bCs/>
              </w:rPr>
            </w:pPr>
          </w:p>
        </w:tc>
      </w:tr>
    </w:tbl>
    <w:p w14:paraId="5DA7DF58" w14:textId="77777777" w:rsidR="00C10E59" w:rsidRPr="002F5D52" w:rsidRDefault="00C10E59">
      <w:pPr>
        <w:rPr>
          <w:rFonts w:ascii="Times New Roman" w:hAnsi="Times New Roman" w:cs="Times New Roman"/>
        </w:rPr>
      </w:pPr>
    </w:p>
    <w:tbl>
      <w:tblPr>
        <w:tblStyle w:val="TableGrid"/>
        <w:tblW w:w="9540" w:type="dxa"/>
        <w:tblInd w:w="-275" w:type="dxa"/>
        <w:tblLook w:val="04A0" w:firstRow="1" w:lastRow="0" w:firstColumn="1" w:lastColumn="0" w:noHBand="0" w:noVBand="1"/>
      </w:tblPr>
      <w:tblGrid>
        <w:gridCol w:w="4680"/>
        <w:gridCol w:w="4860"/>
      </w:tblGrid>
      <w:tr w:rsidR="000E72D6" w:rsidRPr="002F5D52" w14:paraId="21D5A44D" w14:textId="77777777" w:rsidTr="00C10E59">
        <w:trPr>
          <w:trHeight w:val="530"/>
        </w:trPr>
        <w:tc>
          <w:tcPr>
            <w:tcW w:w="9540" w:type="dxa"/>
            <w:gridSpan w:val="2"/>
            <w:shd w:val="clear" w:color="auto" w:fill="D9D9D9" w:themeFill="background1" w:themeFillShade="D9"/>
            <w:vAlign w:val="center"/>
          </w:tcPr>
          <w:p w14:paraId="372692AF" w14:textId="77777777" w:rsidR="000E72D6" w:rsidRPr="002F5D52" w:rsidRDefault="000E72D6" w:rsidP="000E72D6">
            <w:pPr>
              <w:pStyle w:val="ListParagraph"/>
              <w:ind w:left="0"/>
              <w:jc w:val="center"/>
              <w:rPr>
                <w:rFonts w:ascii="Times New Roman" w:hAnsi="Times New Roman" w:cs="Times New Roman"/>
                <w:b/>
                <w:bCs/>
              </w:rPr>
            </w:pPr>
            <w:r w:rsidRPr="002F5D52">
              <w:rPr>
                <w:rFonts w:ascii="Times New Roman" w:hAnsi="Times New Roman" w:cs="Times New Roman"/>
                <w:b/>
                <w:bCs/>
              </w:rPr>
              <w:t>Southern Arizona VA Healthcare System</w:t>
            </w:r>
          </w:p>
          <w:p w14:paraId="2D72A2A0" w14:textId="12A08A99" w:rsidR="000E72D6" w:rsidRPr="002F5D52" w:rsidRDefault="000E72D6" w:rsidP="000E72D6">
            <w:pPr>
              <w:jc w:val="center"/>
              <w:rPr>
                <w:rFonts w:ascii="Times New Roman" w:hAnsi="Times New Roman" w:cs="Times New Roman"/>
                <w:b/>
                <w:bCs/>
              </w:rPr>
            </w:pPr>
            <w:r w:rsidRPr="002F5D52">
              <w:rPr>
                <w:rFonts w:ascii="Times New Roman" w:hAnsi="Times New Roman" w:cs="Times New Roman"/>
                <w:b/>
                <w:bCs/>
              </w:rPr>
              <w:t>OUTPATIENT LOCATIONS/ OTHER FACILITIES</w:t>
            </w:r>
          </w:p>
        </w:tc>
      </w:tr>
      <w:tr w:rsidR="009D7FB3" w:rsidRPr="002F5D52" w14:paraId="1549AFBF" w14:textId="77777777" w:rsidTr="00C10E59">
        <w:tc>
          <w:tcPr>
            <w:tcW w:w="4680" w:type="dxa"/>
          </w:tcPr>
          <w:p w14:paraId="653A8583" w14:textId="77777777" w:rsidR="009D7FB3" w:rsidRPr="002F5D52" w:rsidRDefault="009D7FB3" w:rsidP="009D7FB3">
            <w:pPr>
              <w:rPr>
                <w:rFonts w:ascii="Times New Roman" w:hAnsi="Times New Roman" w:cs="Times New Roman"/>
                <w:b/>
                <w:bCs/>
              </w:rPr>
            </w:pPr>
            <w:r w:rsidRPr="002F5D52">
              <w:rPr>
                <w:rFonts w:ascii="Times New Roman" w:hAnsi="Times New Roman" w:cs="Times New Roman"/>
                <w:b/>
                <w:bCs/>
              </w:rPr>
              <w:t>Casa Grande VA Clinic</w:t>
            </w:r>
          </w:p>
          <w:p w14:paraId="006DD976" w14:textId="00D81C8F" w:rsidR="009D7FB3" w:rsidRPr="002F5D52" w:rsidRDefault="009D7FB3" w:rsidP="009D7FB3">
            <w:pPr>
              <w:rPr>
                <w:rFonts w:ascii="Times New Roman" w:hAnsi="Times New Roman" w:cs="Times New Roman"/>
              </w:rPr>
            </w:pPr>
            <w:r w:rsidRPr="002F5D52">
              <w:rPr>
                <w:rFonts w:ascii="Times New Roman" w:hAnsi="Times New Roman" w:cs="Times New Roman"/>
              </w:rPr>
              <w:t>1876 E Sa</w:t>
            </w:r>
            <w:r w:rsidR="00FD4B56">
              <w:rPr>
                <w:rFonts w:ascii="Times New Roman" w:hAnsi="Times New Roman" w:cs="Times New Roman"/>
              </w:rPr>
              <w:t>b</w:t>
            </w:r>
            <w:r w:rsidRPr="002F5D52">
              <w:rPr>
                <w:rFonts w:ascii="Times New Roman" w:hAnsi="Times New Roman" w:cs="Times New Roman"/>
              </w:rPr>
              <w:t>in Drive Suite 15, Building A</w:t>
            </w:r>
          </w:p>
          <w:p w14:paraId="3C632F45" w14:textId="534D6078" w:rsidR="009D7FB3" w:rsidRPr="002F5D52" w:rsidRDefault="009D7FB3" w:rsidP="009D7FB3">
            <w:pPr>
              <w:rPr>
                <w:rFonts w:ascii="Times New Roman" w:hAnsi="Times New Roman" w:cs="Times New Roman"/>
              </w:rPr>
            </w:pPr>
            <w:r w:rsidRPr="002F5D52">
              <w:rPr>
                <w:rFonts w:ascii="Times New Roman" w:hAnsi="Times New Roman" w:cs="Times New Roman"/>
              </w:rPr>
              <w:t>Casa Grande, Arizona 85122</w:t>
            </w:r>
          </w:p>
        </w:tc>
        <w:tc>
          <w:tcPr>
            <w:tcW w:w="4860" w:type="dxa"/>
          </w:tcPr>
          <w:p w14:paraId="656E6350" w14:textId="44F65104" w:rsidR="009D7FB3" w:rsidRPr="002F5D52" w:rsidRDefault="009D7FB3" w:rsidP="009D7FB3">
            <w:pPr>
              <w:autoSpaceDE w:val="0"/>
              <w:autoSpaceDN w:val="0"/>
              <w:adjustRightInd w:val="0"/>
              <w:rPr>
                <w:rFonts w:ascii="Times New Roman" w:hAnsi="Times New Roman" w:cs="Times New Roman"/>
                <w:b/>
                <w:bCs/>
              </w:rPr>
            </w:pPr>
            <w:r w:rsidRPr="002F5D52">
              <w:rPr>
                <w:rFonts w:ascii="Times New Roman" w:hAnsi="Times New Roman" w:cs="Times New Roman"/>
                <w:b/>
                <w:bCs/>
              </w:rPr>
              <w:t>Pinal Count</w:t>
            </w:r>
            <w:r w:rsidR="00EA18BB">
              <w:rPr>
                <w:rFonts w:ascii="Times New Roman" w:hAnsi="Times New Roman" w:cs="Times New Roman"/>
                <w:b/>
                <w:bCs/>
              </w:rPr>
              <w:t>y</w:t>
            </w:r>
            <w:r w:rsidRPr="002F5D52">
              <w:rPr>
                <w:rFonts w:ascii="Times New Roman" w:hAnsi="Times New Roman" w:cs="Times New Roman"/>
                <w:b/>
                <w:bCs/>
              </w:rPr>
              <w:t xml:space="preserve"> VA Clinic</w:t>
            </w:r>
          </w:p>
          <w:p w14:paraId="2C2573D6" w14:textId="77777777" w:rsidR="009D7FB3" w:rsidRPr="002F5D52" w:rsidRDefault="009D7FB3" w:rsidP="009D7FB3">
            <w:pPr>
              <w:autoSpaceDE w:val="0"/>
              <w:autoSpaceDN w:val="0"/>
              <w:adjustRightInd w:val="0"/>
              <w:rPr>
                <w:rFonts w:ascii="Times New Roman" w:hAnsi="Times New Roman" w:cs="Times New Roman"/>
              </w:rPr>
            </w:pPr>
            <w:r w:rsidRPr="002F5D52">
              <w:rPr>
                <w:rFonts w:ascii="Times New Roman" w:hAnsi="Times New Roman" w:cs="Times New Roman"/>
              </w:rPr>
              <w:t>1179 E Cottonwood Lane</w:t>
            </w:r>
          </w:p>
          <w:p w14:paraId="44192FC0" w14:textId="7D0FD390" w:rsidR="009D7FB3" w:rsidRPr="002F5D52" w:rsidRDefault="009D7FB3" w:rsidP="009D7FB3">
            <w:pPr>
              <w:autoSpaceDE w:val="0"/>
              <w:autoSpaceDN w:val="0"/>
              <w:adjustRightInd w:val="0"/>
              <w:rPr>
                <w:rFonts w:ascii="Times New Roman" w:hAnsi="Times New Roman" w:cs="Times New Roman"/>
              </w:rPr>
            </w:pPr>
            <w:r w:rsidRPr="002F5D52">
              <w:rPr>
                <w:rFonts w:ascii="Times New Roman" w:hAnsi="Times New Roman" w:cs="Times New Roman"/>
              </w:rPr>
              <w:t>Casa Grande, Arizona 85122</w:t>
            </w:r>
          </w:p>
        </w:tc>
      </w:tr>
      <w:tr w:rsidR="009D7FB3" w:rsidRPr="002F5D52" w14:paraId="1D44C8D9" w14:textId="77777777" w:rsidTr="00C10E59">
        <w:tc>
          <w:tcPr>
            <w:tcW w:w="4680" w:type="dxa"/>
          </w:tcPr>
          <w:p w14:paraId="28963A88" w14:textId="77777777" w:rsidR="009D7FB3" w:rsidRPr="002F5D52" w:rsidRDefault="009D7FB3" w:rsidP="009D7FB3">
            <w:pPr>
              <w:autoSpaceDE w:val="0"/>
              <w:autoSpaceDN w:val="0"/>
              <w:adjustRightInd w:val="0"/>
              <w:rPr>
                <w:rFonts w:ascii="Times New Roman" w:hAnsi="Times New Roman" w:cs="Times New Roman"/>
                <w:b/>
                <w:bCs/>
              </w:rPr>
            </w:pPr>
            <w:r w:rsidRPr="002F5D52">
              <w:rPr>
                <w:rFonts w:ascii="Times New Roman" w:hAnsi="Times New Roman" w:cs="Times New Roman"/>
                <w:b/>
                <w:bCs/>
              </w:rPr>
              <w:lastRenderedPageBreak/>
              <w:t>Green Valley VA Clinic</w:t>
            </w:r>
          </w:p>
          <w:p w14:paraId="53F92180" w14:textId="77777777" w:rsidR="009D7FB3" w:rsidRPr="002F5D52" w:rsidRDefault="009D7FB3" w:rsidP="009D7FB3">
            <w:pPr>
              <w:autoSpaceDE w:val="0"/>
              <w:autoSpaceDN w:val="0"/>
              <w:adjustRightInd w:val="0"/>
              <w:rPr>
                <w:rFonts w:ascii="Times New Roman" w:hAnsi="Times New Roman" w:cs="Times New Roman"/>
              </w:rPr>
            </w:pPr>
            <w:r w:rsidRPr="002F5D52">
              <w:rPr>
                <w:rFonts w:ascii="Times New Roman" w:hAnsi="Times New Roman" w:cs="Times New Roman"/>
              </w:rPr>
              <w:t>380 W Vista Hermosa Drive, Suite 140</w:t>
            </w:r>
          </w:p>
          <w:p w14:paraId="46E7E171" w14:textId="14647174" w:rsidR="009D7FB3" w:rsidRPr="002F5D52" w:rsidRDefault="009D7FB3" w:rsidP="009D7FB3">
            <w:pPr>
              <w:autoSpaceDE w:val="0"/>
              <w:autoSpaceDN w:val="0"/>
              <w:adjustRightInd w:val="0"/>
              <w:rPr>
                <w:rFonts w:ascii="Times New Roman" w:hAnsi="Times New Roman" w:cs="Times New Roman"/>
              </w:rPr>
            </w:pPr>
            <w:r w:rsidRPr="002F5D52">
              <w:rPr>
                <w:rFonts w:ascii="Times New Roman" w:hAnsi="Times New Roman" w:cs="Times New Roman"/>
              </w:rPr>
              <w:t>Green Valley, Arizona 85612</w:t>
            </w:r>
          </w:p>
        </w:tc>
        <w:tc>
          <w:tcPr>
            <w:tcW w:w="4860" w:type="dxa"/>
          </w:tcPr>
          <w:p w14:paraId="3127DADD" w14:textId="77777777" w:rsidR="009D7FB3" w:rsidRPr="002F5D52" w:rsidRDefault="009D7FB3" w:rsidP="009D7FB3">
            <w:pPr>
              <w:rPr>
                <w:rFonts w:ascii="Times New Roman" w:hAnsi="Times New Roman" w:cs="Times New Roman"/>
                <w:b/>
                <w:bCs/>
              </w:rPr>
            </w:pPr>
            <w:r w:rsidRPr="002F5D52">
              <w:rPr>
                <w:rFonts w:ascii="Times New Roman" w:hAnsi="Times New Roman" w:cs="Times New Roman"/>
                <w:b/>
                <w:bCs/>
              </w:rPr>
              <w:t>Safford VA Clinic</w:t>
            </w:r>
          </w:p>
          <w:p w14:paraId="333D1C58" w14:textId="77777777" w:rsidR="009D7FB3" w:rsidRPr="002F5D52" w:rsidRDefault="009D7FB3" w:rsidP="009D7FB3">
            <w:pPr>
              <w:rPr>
                <w:rFonts w:ascii="Times New Roman" w:hAnsi="Times New Roman" w:cs="Times New Roman"/>
              </w:rPr>
            </w:pPr>
            <w:r w:rsidRPr="002F5D52">
              <w:rPr>
                <w:rFonts w:ascii="Times New Roman" w:hAnsi="Times New Roman" w:cs="Times New Roman"/>
              </w:rPr>
              <w:t>355 N. 8</w:t>
            </w:r>
            <w:r w:rsidRPr="002F5D52">
              <w:rPr>
                <w:rFonts w:ascii="Times New Roman" w:hAnsi="Times New Roman" w:cs="Times New Roman"/>
                <w:vertAlign w:val="superscript"/>
              </w:rPr>
              <w:t>th</w:t>
            </w:r>
            <w:r w:rsidRPr="002F5D52">
              <w:rPr>
                <w:rFonts w:ascii="Times New Roman" w:hAnsi="Times New Roman" w:cs="Times New Roman"/>
              </w:rPr>
              <w:t xml:space="preserve"> Avenue</w:t>
            </w:r>
          </w:p>
          <w:p w14:paraId="48C08896" w14:textId="0D40E499" w:rsidR="009D7FB3" w:rsidRPr="002F5D52" w:rsidRDefault="009D7FB3" w:rsidP="009D7FB3">
            <w:pPr>
              <w:rPr>
                <w:rFonts w:ascii="Times New Roman" w:hAnsi="Times New Roman" w:cs="Times New Roman"/>
              </w:rPr>
            </w:pPr>
            <w:r w:rsidRPr="002F5D52">
              <w:rPr>
                <w:rFonts w:ascii="Times New Roman" w:hAnsi="Times New Roman" w:cs="Times New Roman"/>
              </w:rPr>
              <w:t>Safford, Arizona 85546</w:t>
            </w:r>
          </w:p>
        </w:tc>
      </w:tr>
      <w:tr w:rsidR="009D7FB3" w:rsidRPr="002F5D52" w14:paraId="787EA31F" w14:textId="77777777" w:rsidTr="00C10E59">
        <w:tc>
          <w:tcPr>
            <w:tcW w:w="4680" w:type="dxa"/>
          </w:tcPr>
          <w:p w14:paraId="0D46F061" w14:textId="77777777" w:rsidR="009D7FB3" w:rsidRPr="002F5D52" w:rsidRDefault="009D7FB3" w:rsidP="009D7FB3">
            <w:pPr>
              <w:tabs>
                <w:tab w:val="left" w:pos="1290"/>
              </w:tabs>
              <w:spacing w:line="257" w:lineRule="auto"/>
              <w:rPr>
                <w:rFonts w:ascii="Times New Roman" w:eastAsia="Times New Roman" w:hAnsi="Times New Roman" w:cs="Times New Roman"/>
                <w:b/>
                <w:bCs/>
              </w:rPr>
            </w:pPr>
            <w:r w:rsidRPr="002F5D52">
              <w:rPr>
                <w:rFonts w:ascii="Times New Roman" w:eastAsia="Times New Roman" w:hAnsi="Times New Roman" w:cs="Times New Roman"/>
                <w:b/>
                <w:bCs/>
              </w:rPr>
              <w:t>Cochise County VA Clinic</w:t>
            </w:r>
          </w:p>
          <w:p w14:paraId="51FA1AE8" w14:textId="77777777" w:rsidR="009D7FB3" w:rsidRPr="002F5D52" w:rsidRDefault="009D7FB3" w:rsidP="009D7FB3">
            <w:pPr>
              <w:tabs>
                <w:tab w:val="left" w:pos="1290"/>
              </w:tabs>
              <w:spacing w:line="257" w:lineRule="auto"/>
              <w:rPr>
                <w:rFonts w:ascii="Times New Roman" w:eastAsia="Times New Roman" w:hAnsi="Times New Roman" w:cs="Times New Roman"/>
              </w:rPr>
            </w:pPr>
            <w:r w:rsidRPr="002F5D52">
              <w:rPr>
                <w:rFonts w:ascii="Times New Roman" w:eastAsia="Times New Roman" w:hAnsi="Times New Roman" w:cs="Times New Roman"/>
              </w:rPr>
              <w:t>157 N. Coronado Drive</w:t>
            </w:r>
          </w:p>
          <w:p w14:paraId="72D9E4F3" w14:textId="51517D1A" w:rsidR="009D7FB3" w:rsidRPr="002F5D52" w:rsidRDefault="009D7FB3" w:rsidP="009D7FB3">
            <w:pPr>
              <w:tabs>
                <w:tab w:val="left" w:pos="1290"/>
              </w:tabs>
              <w:spacing w:line="257" w:lineRule="auto"/>
              <w:rPr>
                <w:rFonts w:ascii="Times New Roman" w:eastAsia="Times New Roman" w:hAnsi="Times New Roman" w:cs="Times New Roman"/>
              </w:rPr>
            </w:pPr>
            <w:r w:rsidRPr="002F5D52">
              <w:rPr>
                <w:rFonts w:ascii="Times New Roman" w:eastAsia="Times New Roman" w:hAnsi="Times New Roman" w:cs="Times New Roman"/>
              </w:rPr>
              <w:t>Sierra Vista, Arizona 85635</w:t>
            </w:r>
          </w:p>
        </w:tc>
        <w:tc>
          <w:tcPr>
            <w:tcW w:w="4860" w:type="dxa"/>
          </w:tcPr>
          <w:p w14:paraId="411A7023" w14:textId="77777777" w:rsidR="009D7FB3" w:rsidRPr="002F5D52" w:rsidRDefault="009D7FB3" w:rsidP="009D7FB3">
            <w:pPr>
              <w:autoSpaceDE w:val="0"/>
              <w:autoSpaceDN w:val="0"/>
              <w:adjustRightInd w:val="0"/>
              <w:rPr>
                <w:rFonts w:ascii="Times New Roman" w:hAnsi="Times New Roman" w:cs="Times New Roman"/>
                <w:b/>
                <w:bCs/>
              </w:rPr>
            </w:pPr>
            <w:r w:rsidRPr="002F5D52">
              <w:rPr>
                <w:rFonts w:ascii="Times New Roman" w:hAnsi="Times New Roman" w:cs="Times New Roman"/>
                <w:b/>
                <w:bCs/>
              </w:rPr>
              <w:t>Sierra Vista VA Clinic</w:t>
            </w:r>
          </w:p>
          <w:p w14:paraId="043F60AD" w14:textId="6A318C18" w:rsidR="009D7FB3" w:rsidRPr="002F5D52" w:rsidRDefault="009D7FB3" w:rsidP="009D7FB3">
            <w:pPr>
              <w:autoSpaceDE w:val="0"/>
              <w:autoSpaceDN w:val="0"/>
              <w:adjustRightInd w:val="0"/>
              <w:rPr>
                <w:rFonts w:ascii="Times New Roman" w:hAnsi="Times New Roman" w:cs="Times New Roman"/>
              </w:rPr>
            </w:pPr>
            <w:r w:rsidRPr="002F5D52">
              <w:rPr>
                <w:rFonts w:ascii="Times New Roman" w:hAnsi="Times New Roman" w:cs="Times New Roman"/>
              </w:rPr>
              <w:t>101 N. Coronado Drive, Suite A</w:t>
            </w:r>
          </w:p>
          <w:p w14:paraId="2C31405B" w14:textId="3E213C39" w:rsidR="009D7FB3" w:rsidRPr="002F5D52" w:rsidRDefault="009D7FB3" w:rsidP="009D7FB3">
            <w:pPr>
              <w:autoSpaceDE w:val="0"/>
              <w:autoSpaceDN w:val="0"/>
              <w:adjustRightInd w:val="0"/>
              <w:rPr>
                <w:rFonts w:ascii="Times New Roman" w:hAnsi="Times New Roman" w:cs="Times New Roman"/>
              </w:rPr>
            </w:pPr>
            <w:r w:rsidRPr="002F5D52">
              <w:rPr>
                <w:rFonts w:ascii="Times New Roman" w:hAnsi="Times New Roman" w:cs="Times New Roman"/>
              </w:rPr>
              <w:t>Sierra Vista, Arizona 85635</w:t>
            </w:r>
          </w:p>
        </w:tc>
      </w:tr>
      <w:tr w:rsidR="009D7FB3" w:rsidRPr="002F5D52" w14:paraId="3F469615" w14:textId="77777777" w:rsidTr="00C10E59">
        <w:tc>
          <w:tcPr>
            <w:tcW w:w="4680" w:type="dxa"/>
          </w:tcPr>
          <w:p w14:paraId="0F03A428" w14:textId="77777777" w:rsidR="009D7FB3" w:rsidRPr="002F5D52" w:rsidRDefault="009D7FB3" w:rsidP="009D7FB3">
            <w:pPr>
              <w:rPr>
                <w:rFonts w:ascii="Times New Roman" w:hAnsi="Times New Roman" w:cs="Times New Roman"/>
                <w:b/>
                <w:bCs/>
              </w:rPr>
            </w:pPr>
            <w:r w:rsidRPr="002F5D52">
              <w:rPr>
                <w:rFonts w:ascii="Times New Roman" w:hAnsi="Times New Roman" w:cs="Times New Roman"/>
                <w:b/>
                <w:bCs/>
              </w:rPr>
              <w:t>Northwest Tucson VA Clinic</w:t>
            </w:r>
          </w:p>
          <w:p w14:paraId="16C89B76" w14:textId="77777777" w:rsidR="009D7FB3" w:rsidRPr="002F5D52" w:rsidRDefault="009D7FB3" w:rsidP="009D7FB3">
            <w:pPr>
              <w:rPr>
                <w:rFonts w:ascii="Times New Roman" w:hAnsi="Times New Roman" w:cs="Times New Roman"/>
              </w:rPr>
            </w:pPr>
            <w:r w:rsidRPr="002F5D52">
              <w:rPr>
                <w:rFonts w:ascii="Times New Roman" w:hAnsi="Times New Roman" w:cs="Times New Roman"/>
              </w:rPr>
              <w:t>3920 W. Linda Vista Blvd</w:t>
            </w:r>
          </w:p>
          <w:p w14:paraId="2D44C1B7" w14:textId="23D2425E" w:rsidR="009D7FB3" w:rsidRPr="002F5D52" w:rsidRDefault="009D7FB3" w:rsidP="009D7FB3">
            <w:pPr>
              <w:rPr>
                <w:rFonts w:ascii="Times New Roman" w:hAnsi="Times New Roman" w:cs="Times New Roman"/>
              </w:rPr>
            </w:pPr>
            <w:r w:rsidRPr="002F5D52">
              <w:rPr>
                <w:rFonts w:ascii="Times New Roman" w:hAnsi="Times New Roman" w:cs="Times New Roman"/>
              </w:rPr>
              <w:t>Tucson, Arizona 85742</w:t>
            </w:r>
          </w:p>
        </w:tc>
        <w:tc>
          <w:tcPr>
            <w:tcW w:w="4860" w:type="dxa"/>
          </w:tcPr>
          <w:p w14:paraId="4B522F1A" w14:textId="77777777" w:rsidR="009D7FB3" w:rsidRPr="002F5D52" w:rsidRDefault="009D7FB3" w:rsidP="009D7FB3">
            <w:pPr>
              <w:rPr>
                <w:rFonts w:ascii="Times New Roman" w:hAnsi="Times New Roman" w:cs="Times New Roman"/>
                <w:b/>
                <w:bCs/>
              </w:rPr>
            </w:pPr>
            <w:r w:rsidRPr="002F5D52">
              <w:rPr>
                <w:rFonts w:ascii="Times New Roman" w:hAnsi="Times New Roman" w:cs="Times New Roman"/>
                <w:b/>
                <w:bCs/>
              </w:rPr>
              <w:t>Southeast Tucson VA Clinic</w:t>
            </w:r>
          </w:p>
          <w:p w14:paraId="43D480D1" w14:textId="77777777" w:rsidR="009D7FB3" w:rsidRPr="002F5D52" w:rsidRDefault="009D7FB3" w:rsidP="009D7FB3">
            <w:pPr>
              <w:rPr>
                <w:rFonts w:ascii="Times New Roman" w:hAnsi="Times New Roman" w:cs="Times New Roman"/>
              </w:rPr>
            </w:pPr>
            <w:r w:rsidRPr="002F5D52">
              <w:rPr>
                <w:rFonts w:ascii="Times New Roman" w:hAnsi="Times New Roman" w:cs="Times New Roman"/>
              </w:rPr>
              <w:t>7395 S. Houghton Rd, Suite129</w:t>
            </w:r>
          </w:p>
          <w:p w14:paraId="41C86139" w14:textId="31528685" w:rsidR="009D7FB3" w:rsidRPr="002F5D52" w:rsidRDefault="009D7FB3" w:rsidP="009D7FB3">
            <w:pPr>
              <w:rPr>
                <w:rFonts w:ascii="Times New Roman" w:hAnsi="Times New Roman" w:cs="Times New Roman"/>
              </w:rPr>
            </w:pPr>
            <w:r w:rsidRPr="002F5D52">
              <w:rPr>
                <w:rFonts w:ascii="Times New Roman" w:hAnsi="Times New Roman" w:cs="Times New Roman"/>
              </w:rPr>
              <w:t>Tucson, Arizona 85747</w:t>
            </w:r>
          </w:p>
        </w:tc>
      </w:tr>
      <w:tr w:rsidR="009D7FB3" w:rsidRPr="002F5D52" w14:paraId="7E8BD44F" w14:textId="77777777" w:rsidTr="00C10E59">
        <w:trPr>
          <w:trHeight w:val="300"/>
        </w:trPr>
        <w:tc>
          <w:tcPr>
            <w:tcW w:w="4680" w:type="dxa"/>
          </w:tcPr>
          <w:p w14:paraId="06063A35" w14:textId="77777777" w:rsidR="009D7FB3" w:rsidRPr="002F5D52" w:rsidRDefault="009D7FB3" w:rsidP="009D7FB3">
            <w:pPr>
              <w:rPr>
                <w:rFonts w:ascii="Times New Roman" w:hAnsi="Times New Roman" w:cs="Times New Roman"/>
                <w:b/>
                <w:bCs/>
              </w:rPr>
            </w:pPr>
            <w:r w:rsidRPr="002F5D52">
              <w:rPr>
                <w:rFonts w:ascii="Times New Roman" w:hAnsi="Times New Roman" w:cs="Times New Roman"/>
                <w:b/>
                <w:bCs/>
              </w:rPr>
              <w:t>Yuma VA Clinic</w:t>
            </w:r>
          </w:p>
          <w:p w14:paraId="00B25A8F" w14:textId="77777777" w:rsidR="009D7FB3" w:rsidRPr="002F5D52" w:rsidRDefault="009D7FB3" w:rsidP="009D7FB3">
            <w:pPr>
              <w:rPr>
                <w:rFonts w:ascii="Times New Roman" w:hAnsi="Times New Roman" w:cs="Times New Roman"/>
              </w:rPr>
            </w:pPr>
            <w:r w:rsidRPr="002F5D52">
              <w:rPr>
                <w:rFonts w:ascii="Times New Roman" w:hAnsi="Times New Roman" w:cs="Times New Roman"/>
              </w:rPr>
              <w:t>3111 S, 4</w:t>
            </w:r>
            <w:r w:rsidRPr="002F5D52">
              <w:rPr>
                <w:rFonts w:ascii="Times New Roman" w:hAnsi="Times New Roman" w:cs="Times New Roman"/>
                <w:vertAlign w:val="superscript"/>
              </w:rPr>
              <w:t>th</w:t>
            </w:r>
            <w:r w:rsidRPr="002F5D52">
              <w:rPr>
                <w:rFonts w:ascii="Times New Roman" w:hAnsi="Times New Roman" w:cs="Times New Roman"/>
              </w:rPr>
              <w:t xml:space="preserve"> Ave</w:t>
            </w:r>
          </w:p>
          <w:p w14:paraId="11F87D52" w14:textId="59F146AA" w:rsidR="009D7FB3" w:rsidRPr="002F5D52" w:rsidRDefault="009D7FB3" w:rsidP="009D7FB3">
            <w:pPr>
              <w:rPr>
                <w:rFonts w:ascii="Times New Roman" w:hAnsi="Times New Roman" w:cs="Times New Roman"/>
              </w:rPr>
            </w:pPr>
            <w:r w:rsidRPr="002F5D52">
              <w:rPr>
                <w:rFonts w:ascii="Times New Roman" w:hAnsi="Times New Roman" w:cs="Times New Roman"/>
              </w:rPr>
              <w:t>Yuma, Arizona 85364</w:t>
            </w:r>
          </w:p>
        </w:tc>
        <w:tc>
          <w:tcPr>
            <w:tcW w:w="4860" w:type="dxa"/>
          </w:tcPr>
          <w:p w14:paraId="669274FE" w14:textId="77777777" w:rsidR="009D7FB3" w:rsidRPr="002F5D52" w:rsidRDefault="009D7FB3" w:rsidP="009D7FB3">
            <w:pPr>
              <w:rPr>
                <w:rFonts w:ascii="Times New Roman" w:hAnsi="Times New Roman" w:cs="Times New Roman"/>
                <w:b/>
                <w:bCs/>
              </w:rPr>
            </w:pPr>
            <w:r w:rsidRPr="002F5D52">
              <w:rPr>
                <w:rFonts w:ascii="Times New Roman" w:hAnsi="Times New Roman" w:cs="Times New Roman"/>
                <w:b/>
                <w:bCs/>
              </w:rPr>
              <w:t>Ft. Huachuca VA Clinic</w:t>
            </w:r>
          </w:p>
          <w:p w14:paraId="7B512EF2" w14:textId="04FC9909" w:rsidR="009D7FB3" w:rsidRPr="002F5D52" w:rsidRDefault="009D7FB3" w:rsidP="009D7FB3">
            <w:pPr>
              <w:rPr>
                <w:rFonts w:ascii="Times New Roman" w:hAnsi="Times New Roman" w:cs="Times New Roman"/>
              </w:rPr>
            </w:pPr>
            <w:r w:rsidRPr="002F5D52">
              <w:rPr>
                <w:rFonts w:ascii="Times New Roman" w:hAnsi="Times New Roman" w:cs="Times New Roman"/>
              </w:rPr>
              <w:t>2240Winrow Avenue</w:t>
            </w:r>
          </w:p>
          <w:p w14:paraId="04EC7687" w14:textId="6E8E6933" w:rsidR="009D7FB3" w:rsidRPr="002F5D52" w:rsidRDefault="009D7FB3" w:rsidP="009D7FB3">
            <w:pPr>
              <w:rPr>
                <w:rFonts w:ascii="Times New Roman" w:hAnsi="Times New Roman" w:cs="Times New Roman"/>
              </w:rPr>
            </w:pPr>
            <w:r w:rsidRPr="002F5D52">
              <w:rPr>
                <w:rFonts w:ascii="Times New Roman" w:hAnsi="Times New Roman" w:cs="Times New Roman"/>
              </w:rPr>
              <w:t>Fort Huachuca, Arizona 85613</w:t>
            </w:r>
          </w:p>
        </w:tc>
      </w:tr>
      <w:tr w:rsidR="00E81218" w:rsidRPr="002F5D52" w14:paraId="13683175" w14:textId="77777777" w:rsidTr="00C10E59">
        <w:trPr>
          <w:trHeight w:val="300"/>
        </w:trPr>
        <w:tc>
          <w:tcPr>
            <w:tcW w:w="4680" w:type="dxa"/>
          </w:tcPr>
          <w:p w14:paraId="3D47EB6A" w14:textId="77777777" w:rsidR="00E81218" w:rsidRPr="002F5D52" w:rsidRDefault="00E81218" w:rsidP="00E81218">
            <w:pPr>
              <w:shd w:val="clear" w:color="auto" w:fill="FFFFFF"/>
              <w:rPr>
                <w:rFonts w:ascii="Times New Roman" w:hAnsi="Times New Roman" w:cs="Times New Roman"/>
                <w:b/>
                <w:bCs/>
              </w:rPr>
            </w:pPr>
            <w:r w:rsidRPr="002F5D52">
              <w:rPr>
                <w:rFonts w:ascii="Times New Roman" w:hAnsi="Times New Roman" w:cs="Times New Roman"/>
                <w:b/>
                <w:bCs/>
              </w:rPr>
              <w:t>Tucson Medical Center</w:t>
            </w:r>
          </w:p>
          <w:p w14:paraId="0B1F223E" w14:textId="77777777" w:rsidR="00E81218" w:rsidRPr="002F5D52" w:rsidRDefault="00E81218" w:rsidP="00E81218">
            <w:pPr>
              <w:shd w:val="clear" w:color="auto" w:fill="FFFFFF"/>
              <w:rPr>
                <w:rFonts w:ascii="Times New Roman" w:hAnsi="Times New Roman" w:cs="Times New Roman"/>
              </w:rPr>
            </w:pPr>
            <w:r w:rsidRPr="002F5D52">
              <w:rPr>
                <w:rFonts w:ascii="Times New Roman" w:hAnsi="Times New Roman" w:cs="Times New Roman"/>
              </w:rPr>
              <w:t>5301 E Grant Rd</w:t>
            </w:r>
          </w:p>
          <w:p w14:paraId="3CFADB0C" w14:textId="781C02DE" w:rsidR="00E81218" w:rsidRPr="00E81218" w:rsidRDefault="00E81218" w:rsidP="00E81218">
            <w:pPr>
              <w:shd w:val="clear" w:color="auto" w:fill="FFFFFF"/>
              <w:rPr>
                <w:rFonts w:ascii="Times New Roman" w:hAnsi="Times New Roman" w:cs="Times New Roman"/>
              </w:rPr>
            </w:pPr>
            <w:r w:rsidRPr="002F5D52">
              <w:rPr>
                <w:rFonts w:ascii="Times New Roman" w:hAnsi="Times New Roman" w:cs="Times New Roman"/>
              </w:rPr>
              <w:t>Tucson, AZ 85712</w:t>
            </w:r>
          </w:p>
        </w:tc>
        <w:tc>
          <w:tcPr>
            <w:tcW w:w="4860" w:type="dxa"/>
          </w:tcPr>
          <w:p w14:paraId="6042E8EC" w14:textId="77777777" w:rsidR="00E81218" w:rsidRPr="002F5D52" w:rsidRDefault="00E81218" w:rsidP="00E81218">
            <w:pPr>
              <w:shd w:val="clear" w:color="auto" w:fill="FFFFFF"/>
              <w:rPr>
                <w:rFonts w:ascii="Times New Roman" w:hAnsi="Times New Roman" w:cs="Times New Roman"/>
                <w:b/>
                <w:bCs/>
              </w:rPr>
            </w:pPr>
            <w:r w:rsidRPr="002F5D52">
              <w:rPr>
                <w:rFonts w:ascii="Times New Roman" w:hAnsi="Times New Roman" w:cs="Times New Roman"/>
                <w:b/>
                <w:bCs/>
              </w:rPr>
              <w:t>Northwest Medical Center</w:t>
            </w:r>
          </w:p>
          <w:p w14:paraId="01EE9DEC" w14:textId="77777777" w:rsidR="00E81218" w:rsidRPr="002F5D52" w:rsidRDefault="00E81218" w:rsidP="00E81218">
            <w:pPr>
              <w:shd w:val="clear" w:color="auto" w:fill="FFFFFF"/>
              <w:rPr>
                <w:rFonts w:ascii="Times New Roman" w:hAnsi="Times New Roman" w:cs="Times New Roman"/>
              </w:rPr>
            </w:pPr>
            <w:r w:rsidRPr="002F5D52">
              <w:rPr>
                <w:rFonts w:ascii="Times New Roman" w:hAnsi="Times New Roman" w:cs="Times New Roman"/>
              </w:rPr>
              <w:t>6200 N La Cholla Blvd</w:t>
            </w:r>
          </w:p>
          <w:p w14:paraId="7EB225FC" w14:textId="7B20AAC7" w:rsidR="00E81218" w:rsidRPr="00E81218" w:rsidRDefault="00E81218" w:rsidP="00E81218">
            <w:pPr>
              <w:shd w:val="clear" w:color="auto" w:fill="FFFFFF"/>
              <w:rPr>
                <w:rFonts w:ascii="Times New Roman" w:hAnsi="Times New Roman" w:cs="Times New Roman"/>
              </w:rPr>
            </w:pPr>
            <w:r w:rsidRPr="002F5D52">
              <w:rPr>
                <w:rFonts w:ascii="Times New Roman" w:hAnsi="Times New Roman" w:cs="Times New Roman"/>
              </w:rPr>
              <w:t>Tucson, AZ 85741</w:t>
            </w:r>
          </w:p>
        </w:tc>
      </w:tr>
      <w:tr w:rsidR="00E81218" w:rsidRPr="002F5D52" w14:paraId="3B567B90" w14:textId="77777777" w:rsidTr="00C10E59">
        <w:trPr>
          <w:trHeight w:val="300"/>
        </w:trPr>
        <w:tc>
          <w:tcPr>
            <w:tcW w:w="4680" w:type="dxa"/>
          </w:tcPr>
          <w:p w14:paraId="20EC1FF9" w14:textId="77777777" w:rsidR="00E81218" w:rsidRPr="002F5D52" w:rsidRDefault="00E81218" w:rsidP="00E81218">
            <w:pPr>
              <w:shd w:val="clear" w:color="auto" w:fill="FFFFFF"/>
              <w:rPr>
                <w:rFonts w:ascii="Times New Roman" w:hAnsi="Times New Roman" w:cs="Times New Roman"/>
                <w:b/>
                <w:bCs/>
              </w:rPr>
            </w:pPr>
            <w:r w:rsidRPr="002F5D52">
              <w:rPr>
                <w:rFonts w:ascii="Times New Roman" w:hAnsi="Times New Roman" w:cs="Times New Roman"/>
                <w:b/>
                <w:bCs/>
              </w:rPr>
              <w:t>Northwest Medical Center</w:t>
            </w:r>
          </w:p>
          <w:p w14:paraId="1D935AB7" w14:textId="77777777" w:rsidR="00E81218" w:rsidRPr="002F5D52" w:rsidRDefault="00E81218" w:rsidP="00E81218">
            <w:pPr>
              <w:shd w:val="clear" w:color="auto" w:fill="FFFFFF"/>
              <w:rPr>
                <w:rFonts w:ascii="Times New Roman" w:hAnsi="Times New Roman" w:cs="Times New Roman"/>
              </w:rPr>
            </w:pPr>
            <w:r w:rsidRPr="002F5D52">
              <w:rPr>
                <w:rFonts w:ascii="Times New Roman" w:hAnsi="Times New Roman" w:cs="Times New Roman"/>
              </w:rPr>
              <w:t>2200 S Houghton Rd</w:t>
            </w:r>
          </w:p>
          <w:p w14:paraId="61FEF729" w14:textId="709F06A4" w:rsidR="00E81218" w:rsidRPr="00E81218" w:rsidRDefault="00E81218" w:rsidP="00E81218">
            <w:pPr>
              <w:shd w:val="clear" w:color="auto" w:fill="FFFFFF"/>
              <w:rPr>
                <w:rFonts w:ascii="Times New Roman" w:hAnsi="Times New Roman" w:cs="Times New Roman"/>
              </w:rPr>
            </w:pPr>
            <w:r w:rsidRPr="002F5D52">
              <w:rPr>
                <w:rFonts w:ascii="Times New Roman" w:hAnsi="Times New Roman" w:cs="Times New Roman"/>
              </w:rPr>
              <w:t>Tucson, AZ 85748</w:t>
            </w:r>
          </w:p>
        </w:tc>
        <w:tc>
          <w:tcPr>
            <w:tcW w:w="4860" w:type="dxa"/>
          </w:tcPr>
          <w:p w14:paraId="51E13343"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 xml:space="preserve">Adobe Gastroenterology, PC   </w:t>
            </w:r>
          </w:p>
          <w:p w14:paraId="47787C0A"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2585 N Wyatt Drive</w:t>
            </w:r>
          </w:p>
          <w:p w14:paraId="0D5CC74D" w14:textId="4960316A" w:rsidR="00E81218" w:rsidRPr="00E81218" w:rsidRDefault="00E81218" w:rsidP="009D7FB3">
            <w:pPr>
              <w:rPr>
                <w:rFonts w:ascii="Times New Roman" w:hAnsi="Times New Roman" w:cs="Times New Roman"/>
              </w:rPr>
            </w:pPr>
            <w:r w:rsidRPr="002F5D52">
              <w:rPr>
                <w:rFonts w:ascii="Times New Roman" w:hAnsi="Times New Roman" w:cs="Times New Roman"/>
              </w:rPr>
              <w:t>Tucson, AZ 85712</w:t>
            </w:r>
          </w:p>
        </w:tc>
      </w:tr>
      <w:tr w:rsidR="00E81218" w:rsidRPr="002F5D52" w14:paraId="1414BE73" w14:textId="77777777" w:rsidTr="00C10E59">
        <w:trPr>
          <w:trHeight w:val="300"/>
        </w:trPr>
        <w:tc>
          <w:tcPr>
            <w:tcW w:w="4680" w:type="dxa"/>
          </w:tcPr>
          <w:p w14:paraId="2B0CE628"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Arizona Community Physicians (ACP) LAB</w:t>
            </w:r>
          </w:p>
          <w:p w14:paraId="28E64F12"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6565 E Carondelet Drive, Suite 105</w:t>
            </w:r>
          </w:p>
          <w:p w14:paraId="716BC0AC" w14:textId="37B65136" w:rsidR="00E81218" w:rsidRPr="00E81218" w:rsidRDefault="00E81218" w:rsidP="009D7FB3">
            <w:pPr>
              <w:rPr>
                <w:rFonts w:ascii="Times New Roman" w:hAnsi="Times New Roman" w:cs="Times New Roman"/>
              </w:rPr>
            </w:pPr>
            <w:r w:rsidRPr="002F5D52">
              <w:rPr>
                <w:rFonts w:ascii="Times New Roman" w:hAnsi="Times New Roman" w:cs="Times New Roman"/>
              </w:rPr>
              <w:t>Tucson, AZ 85710</w:t>
            </w:r>
          </w:p>
        </w:tc>
        <w:tc>
          <w:tcPr>
            <w:tcW w:w="4860" w:type="dxa"/>
          </w:tcPr>
          <w:p w14:paraId="5F0F4F4B"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 xml:space="preserve">Arizona Diagnostic Pathology Associates PLLC   </w:t>
            </w:r>
          </w:p>
          <w:p w14:paraId="6961E030"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 xml:space="preserve">3801 N Campbell, Suite B   </w:t>
            </w:r>
          </w:p>
          <w:p w14:paraId="4DCB875C" w14:textId="6906AE18" w:rsidR="00E81218" w:rsidRPr="00E81218" w:rsidRDefault="00E81218" w:rsidP="009D7FB3">
            <w:pPr>
              <w:rPr>
                <w:rFonts w:ascii="Times New Roman" w:hAnsi="Times New Roman" w:cs="Times New Roman"/>
              </w:rPr>
            </w:pPr>
            <w:r w:rsidRPr="002F5D52">
              <w:rPr>
                <w:rFonts w:ascii="Times New Roman" w:hAnsi="Times New Roman" w:cs="Times New Roman"/>
              </w:rPr>
              <w:t>Tucson, AZ  85719</w:t>
            </w:r>
          </w:p>
        </w:tc>
      </w:tr>
      <w:tr w:rsidR="00E81218" w:rsidRPr="002F5D52" w14:paraId="35056A70" w14:textId="77777777" w:rsidTr="00C10E59">
        <w:trPr>
          <w:trHeight w:val="300"/>
        </w:trPr>
        <w:tc>
          <w:tcPr>
            <w:tcW w:w="4680" w:type="dxa"/>
          </w:tcPr>
          <w:p w14:paraId="1DF2A636"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 xml:space="preserve">Associated Dermatologists, PC   </w:t>
            </w:r>
          </w:p>
          <w:p w14:paraId="00DF3160"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 xml:space="preserve">6296 E Grant Rd #180   </w:t>
            </w:r>
          </w:p>
          <w:p w14:paraId="5C5D1435" w14:textId="29E798FF" w:rsidR="00E81218" w:rsidRPr="00E81218" w:rsidRDefault="00E81218" w:rsidP="009D7FB3">
            <w:pPr>
              <w:rPr>
                <w:rFonts w:ascii="Times New Roman" w:hAnsi="Times New Roman" w:cs="Times New Roman"/>
              </w:rPr>
            </w:pPr>
            <w:r w:rsidRPr="002F5D52">
              <w:rPr>
                <w:rFonts w:ascii="Times New Roman" w:hAnsi="Times New Roman" w:cs="Times New Roman"/>
              </w:rPr>
              <w:t>Tucson, AZ 85712</w:t>
            </w:r>
          </w:p>
        </w:tc>
        <w:tc>
          <w:tcPr>
            <w:tcW w:w="4860" w:type="dxa"/>
          </w:tcPr>
          <w:p w14:paraId="3AEB3EA3"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Associated in Oral &amp; Maxillofacial Surgery</w:t>
            </w:r>
          </w:p>
          <w:p w14:paraId="6DCEC329"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2370 N Wyatt Drive</w:t>
            </w:r>
          </w:p>
          <w:p w14:paraId="79DD2C9D" w14:textId="5B40DDDA" w:rsidR="00E81218" w:rsidRPr="00E81218" w:rsidRDefault="00E81218" w:rsidP="009D7FB3">
            <w:pPr>
              <w:rPr>
                <w:rFonts w:ascii="Times New Roman" w:hAnsi="Times New Roman" w:cs="Times New Roman"/>
              </w:rPr>
            </w:pPr>
            <w:r w:rsidRPr="002F5D52">
              <w:rPr>
                <w:rFonts w:ascii="Times New Roman" w:hAnsi="Times New Roman" w:cs="Times New Roman"/>
              </w:rPr>
              <w:t>Tucson, AZ 85712</w:t>
            </w:r>
          </w:p>
        </w:tc>
      </w:tr>
      <w:tr w:rsidR="00E81218" w:rsidRPr="002F5D52" w14:paraId="22B9332F" w14:textId="77777777" w:rsidTr="00C10E59">
        <w:trPr>
          <w:trHeight w:val="300"/>
        </w:trPr>
        <w:tc>
          <w:tcPr>
            <w:tcW w:w="4680" w:type="dxa"/>
          </w:tcPr>
          <w:p w14:paraId="3C6B6151"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Banner UMC Tucson</w:t>
            </w:r>
          </w:p>
          <w:p w14:paraId="7E812FFF"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1625 N Campbell Ave</w:t>
            </w:r>
          </w:p>
          <w:p w14:paraId="2BA2390B" w14:textId="202B67AC" w:rsidR="00E81218" w:rsidRPr="00E81218" w:rsidRDefault="00E81218" w:rsidP="00E81218">
            <w:pPr>
              <w:rPr>
                <w:rFonts w:ascii="Times New Roman" w:hAnsi="Times New Roman" w:cs="Times New Roman"/>
              </w:rPr>
            </w:pPr>
            <w:r w:rsidRPr="002F5D52">
              <w:rPr>
                <w:rFonts w:ascii="Times New Roman" w:hAnsi="Times New Roman" w:cs="Times New Roman"/>
              </w:rPr>
              <w:t>Tucson, AZ 85719</w:t>
            </w:r>
          </w:p>
        </w:tc>
        <w:tc>
          <w:tcPr>
            <w:tcW w:w="4860" w:type="dxa"/>
          </w:tcPr>
          <w:p w14:paraId="5FBC6FD5" w14:textId="77777777" w:rsidR="00E81218" w:rsidRPr="002F5D52" w:rsidRDefault="00E81218" w:rsidP="00E81218">
            <w:pPr>
              <w:rPr>
                <w:rFonts w:ascii="Times New Roman" w:eastAsia="Times New Roman" w:hAnsi="Times New Roman" w:cs="Times New Roman"/>
                <w:b/>
                <w:bCs/>
              </w:rPr>
            </w:pPr>
            <w:r w:rsidRPr="002F5D52">
              <w:rPr>
                <w:rFonts w:ascii="Times New Roman" w:eastAsia="Times New Roman" w:hAnsi="Times New Roman" w:cs="Times New Roman"/>
                <w:b/>
                <w:bCs/>
              </w:rPr>
              <w:t>Carondelet Medical Group</w:t>
            </w:r>
          </w:p>
          <w:p w14:paraId="5B1B2ACC" w14:textId="77777777" w:rsidR="00E81218" w:rsidRPr="002F5D52" w:rsidRDefault="00E81218" w:rsidP="00E81218">
            <w:pPr>
              <w:rPr>
                <w:rFonts w:ascii="Times New Roman" w:eastAsia="Times New Roman" w:hAnsi="Times New Roman" w:cs="Times New Roman"/>
              </w:rPr>
            </w:pPr>
            <w:r w:rsidRPr="002F5D52">
              <w:rPr>
                <w:rFonts w:ascii="Times New Roman" w:eastAsia="Times New Roman" w:hAnsi="Times New Roman" w:cs="Times New Roman"/>
              </w:rPr>
              <w:t>4892 N Stone Ave, Suite 120</w:t>
            </w:r>
          </w:p>
          <w:p w14:paraId="09732E05" w14:textId="1856E7D1" w:rsidR="00E81218" w:rsidRPr="00E81218" w:rsidRDefault="00E81218" w:rsidP="009D7FB3">
            <w:pPr>
              <w:rPr>
                <w:rFonts w:ascii="Times New Roman" w:eastAsia="Times New Roman" w:hAnsi="Times New Roman" w:cs="Times New Roman"/>
              </w:rPr>
            </w:pPr>
            <w:r w:rsidRPr="002F5D52">
              <w:rPr>
                <w:rFonts w:ascii="Times New Roman" w:eastAsia="Times New Roman" w:hAnsi="Times New Roman" w:cs="Times New Roman"/>
              </w:rPr>
              <w:t>Tucson, AZ 85704</w:t>
            </w:r>
          </w:p>
        </w:tc>
      </w:tr>
      <w:tr w:rsidR="00E81218" w:rsidRPr="002F5D52" w14:paraId="2DA4ED46" w14:textId="77777777" w:rsidTr="00C10E59">
        <w:trPr>
          <w:trHeight w:val="300"/>
        </w:trPr>
        <w:tc>
          <w:tcPr>
            <w:tcW w:w="4680" w:type="dxa"/>
          </w:tcPr>
          <w:p w14:paraId="69AA086E"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 xml:space="preserve">Casas Adobe Oral &amp; Maxillofacial Surgery </w:t>
            </w:r>
          </w:p>
          <w:p w14:paraId="3B1254E1"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3150 N Swan Rd</w:t>
            </w:r>
          </w:p>
          <w:p w14:paraId="2854261F" w14:textId="642A38A2" w:rsidR="00E81218" w:rsidRPr="00E81218" w:rsidRDefault="00E81218" w:rsidP="00E81218">
            <w:pPr>
              <w:rPr>
                <w:rFonts w:ascii="Times New Roman" w:hAnsi="Times New Roman" w:cs="Times New Roman"/>
              </w:rPr>
            </w:pPr>
            <w:r w:rsidRPr="002F5D52">
              <w:rPr>
                <w:rFonts w:ascii="Times New Roman" w:hAnsi="Times New Roman" w:cs="Times New Roman"/>
              </w:rPr>
              <w:t>Tucson, AZ 85712</w:t>
            </w:r>
          </w:p>
        </w:tc>
        <w:tc>
          <w:tcPr>
            <w:tcW w:w="4860" w:type="dxa"/>
          </w:tcPr>
          <w:p w14:paraId="78AA804A"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 xml:space="preserve">Casas Adobe Oral &amp; Maxillofacial Surgery </w:t>
            </w:r>
          </w:p>
          <w:p w14:paraId="40089091"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 xml:space="preserve">8280 S Houghton Rd, Suite 120   </w:t>
            </w:r>
          </w:p>
          <w:p w14:paraId="3F474EC0" w14:textId="10C4AD0F" w:rsidR="00E81218" w:rsidRPr="00E81218" w:rsidRDefault="00E81218" w:rsidP="009D7FB3">
            <w:pPr>
              <w:rPr>
                <w:rFonts w:ascii="Times New Roman" w:hAnsi="Times New Roman" w:cs="Times New Roman"/>
              </w:rPr>
            </w:pPr>
            <w:r w:rsidRPr="002F5D52">
              <w:rPr>
                <w:rFonts w:ascii="Times New Roman" w:hAnsi="Times New Roman" w:cs="Times New Roman"/>
              </w:rPr>
              <w:t>Tucson, AZ 85747</w:t>
            </w:r>
          </w:p>
        </w:tc>
      </w:tr>
      <w:tr w:rsidR="00E81218" w:rsidRPr="002F5D52" w14:paraId="39D39A39" w14:textId="77777777" w:rsidTr="00C10E59">
        <w:trPr>
          <w:trHeight w:val="300"/>
        </w:trPr>
        <w:tc>
          <w:tcPr>
            <w:tcW w:w="4680" w:type="dxa"/>
          </w:tcPr>
          <w:p w14:paraId="5D95D70F"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Catalina Dermatology</w:t>
            </w:r>
          </w:p>
          <w:p w14:paraId="58683BA1"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 xml:space="preserve">7355 E Tanque Verde Rd   </w:t>
            </w:r>
          </w:p>
          <w:p w14:paraId="501DFBB5" w14:textId="62DE1379" w:rsidR="00E81218" w:rsidRPr="00E81218" w:rsidRDefault="00E81218" w:rsidP="00E81218">
            <w:pPr>
              <w:rPr>
                <w:rFonts w:ascii="Times New Roman" w:hAnsi="Times New Roman" w:cs="Times New Roman"/>
              </w:rPr>
            </w:pPr>
            <w:r w:rsidRPr="002F5D52">
              <w:rPr>
                <w:rFonts w:ascii="Times New Roman" w:hAnsi="Times New Roman" w:cs="Times New Roman"/>
              </w:rPr>
              <w:t>Tucson, AZ 85715</w:t>
            </w:r>
          </w:p>
        </w:tc>
        <w:tc>
          <w:tcPr>
            <w:tcW w:w="4860" w:type="dxa"/>
          </w:tcPr>
          <w:p w14:paraId="7E1BC72F"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Cord Blood Registry</w:t>
            </w:r>
          </w:p>
          <w:p w14:paraId="0AB55F1F" w14:textId="0B754CC4" w:rsidR="00E81218" w:rsidRPr="002F5D52" w:rsidRDefault="00E81218" w:rsidP="00E81218">
            <w:pPr>
              <w:rPr>
                <w:rFonts w:ascii="Times New Roman" w:hAnsi="Times New Roman" w:cs="Times New Roman"/>
              </w:rPr>
            </w:pPr>
            <w:r w:rsidRPr="002F5D52">
              <w:rPr>
                <w:rFonts w:ascii="Times New Roman" w:hAnsi="Times New Roman" w:cs="Times New Roman"/>
              </w:rPr>
              <w:t>6550 S Bay Colony Drive #100</w:t>
            </w:r>
          </w:p>
          <w:p w14:paraId="294E3F00" w14:textId="702A1371" w:rsidR="00E81218" w:rsidRPr="00E81218" w:rsidRDefault="00E81218" w:rsidP="009D7FB3">
            <w:pPr>
              <w:rPr>
                <w:rFonts w:ascii="Times New Roman" w:hAnsi="Times New Roman" w:cs="Times New Roman"/>
              </w:rPr>
            </w:pPr>
            <w:r w:rsidRPr="002F5D52">
              <w:rPr>
                <w:rFonts w:ascii="Times New Roman" w:hAnsi="Times New Roman" w:cs="Times New Roman"/>
              </w:rPr>
              <w:t>Tucson, AZ 85756</w:t>
            </w:r>
          </w:p>
        </w:tc>
      </w:tr>
      <w:tr w:rsidR="00E81218" w:rsidRPr="002F5D52" w14:paraId="03BA1051" w14:textId="77777777" w:rsidTr="00C10E59">
        <w:trPr>
          <w:trHeight w:val="300"/>
        </w:trPr>
        <w:tc>
          <w:tcPr>
            <w:tcW w:w="4680" w:type="dxa"/>
          </w:tcPr>
          <w:p w14:paraId="0D2639DA"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Davis Monthan Air Force Base</w:t>
            </w:r>
          </w:p>
          <w:p w14:paraId="0E861134"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355</w:t>
            </w:r>
            <w:r w:rsidRPr="002F5D52">
              <w:rPr>
                <w:rFonts w:ascii="Times New Roman" w:hAnsi="Times New Roman" w:cs="Times New Roman"/>
                <w:vertAlign w:val="superscript"/>
              </w:rPr>
              <w:t>TH</w:t>
            </w:r>
            <w:r w:rsidRPr="002F5D52">
              <w:rPr>
                <w:rFonts w:ascii="Times New Roman" w:hAnsi="Times New Roman" w:cs="Times New Roman"/>
              </w:rPr>
              <w:t xml:space="preserve"> Healthcare Operations Squadron </w:t>
            </w:r>
          </w:p>
          <w:p w14:paraId="17F807E0" w14:textId="18E84DF0" w:rsidR="00E81218" w:rsidRPr="00E81218" w:rsidRDefault="00E81218" w:rsidP="00E81218">
            <w:pPr>
              <w:rPr>
                <w:rFonts w:ascii="Times New Roman" w:hAnsi="Times New Roman" w:cs="Times New Roman"/>
              </w:rPr>
            </w:pPr>
            <w:r w:rsidRPr="002F5D52">
              <w:rPr>
                <w:rFonts w:ascii="Times New Roman" w:hAnsi="Times New Roman" w:cs="Times New Roman"/>
              </w:rPr>
              <w:t>Davis-Monthan AFB, AZ 85707</w:t>
            </w:r>
          </w:p>
        </w:tc>
        <w:tc>
          <w:tcPr>
            <w:tcW w:w="4860" w:type="dxa"/>
          </w:tcPr>
          <w:p w14:paraId="6D41CAB5"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 xml:space="preserve">El Rio Health Center Laboratory Santa Cruz Neighborhood </w:t>
            </w:r>
          </w:p>
          <w:p w14:paraId="100A6543"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450 W Paseo Redondo #2</w:t>
            </w:r>
          </w:p>
          <w:p w14:paraId="2152E223" w14:textId="73691A6F" w:rsidR="00E81218" w:rsidRPr="00E81218" w:rsidRDefault="00E81218" w:rsidP="009D7FB3">
            <w:pPr>
              <w:rPr>
                <w:rFonts w:ascii="Times New Roman" w:hAnsi="Times New Roman" w:cs="Times New Roman"/>
              </w:rPr>
            </w:pPr>
            <w:r w:rsidRPr="002F5D52">
              <w:rPr>
                <w:rFonts w:ascii="Times New Roman" w:hAnsi="Times New Roman" w:cs="Times New Roman"/>
              </w:rPr>
              <w:t>Tucson, AZ 85701</w:t>
            </w:r>
          </w:p>
        </w:tc>
      </w:tr>
      <w:tr w:rsidR="00E81218" w:rsidRPr="002F5D52" w14:paraId="1F26E54E" w14:textId="77777777" w:rsidTr="00C10E59">
        <w:trPr>
          <w:trHeight w:val="300"/>
        </w:trPr>
        <w:tc>
          <w:tcPr>
            <w:tcW w:w="4680" w:type="dxa"/>
          </w:tcPr>
          <w:p w14:paraId="1640ED75"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Northwest Emergency Center at Vail</w:t>
            </w:r>
          </w:p>
          <w:p w14:paraId="53E26517" w14:textId="77777777" w:rsidR="00E81218" w:rsidRPr="002F5D52" w:rsidRDefault="00E81218" w:rsidP="00E81218">
            <w:pPr>
              <w:rPr>
                <w:rFonts w:ascii="Times New Roman" w:eastAsia="Times New Roman" w:hAnsi="Times New Roman" w:cs="Times New Roman"/>
              </w:rPr>
            </w:pPr>
            <w:r w:rsidRPr="002F5D52">
              <w:rPr>
                <w:rFonts w:ascii="Times New Roman" w:eastAsia="Times New Roman" w:hAnsi="Times New Roman" w:cs="Times New Roman"/>
              </w:rPr>
              <w:t>10146 E Old Vail Rd</w:t>
            </w:r>
          </w:p>
          <w:p w14:paraId="6A47C7D8" w14:textId="0F669346" w:rsidR="00E81218" w:rsidRPr="00E81218" w:rsidRDefault="00E81218" w:rsidP="00E81218">
            <w:pPr>
              <w:rPr>
                <w:rFonts w:ascii="Times New Roman" w:eastAsia="Times New Roman" w:hAnsi="Times New Roman" w:cs="Times New Roman"/>
              </w:rPr>
            </w:pPr>
            <w:r w:rsidRPr="002F5D52">
              <w:rPr>
                <w:rFonts w:ascii="Times New Roman" w:eastAsia="Times New Roman" w:hAnsi="Times New Roman" w:cs="Times New Roman"/>
              </w:rPr>
              <w:t>Tucson, AZ 85747</w:t>
            </w:r>
          </w:p>
        </w:tc>
        <w:tc>
          <w:tcPr>
            <w:tcW w:w="4860" w:type="dxa"/>
          </w:tcPr>
          <w:p w14:paraId="0EE99CCB"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 xml:space="preserve">Northwest </w:t>
            </w:r>
            <w:proofErr w:type="spellStart"/>
            <w:r w:rsidRPr="002F5D52">
              <w:rPr>
                <w:rFonts w:ascii="Times New Roman" w:hAnsi="Times New Roman" w:cs="Times New Roman"/>
                <w:b/>
                <w:bCs/>
              </w:rPr>
              <w:t>Neurospecialist</w:t>
            </w:r>
            <w:proofErr w:type="spellEnd"/>
            <w:r w:rsidRPr="002F5D52">
              <w:rPr>
                <w:rFonts w:ascii="Times New Roman" w:hAnsi="Times New Roman" w:cs="Times New Roman"/>
                <w:b/>
                <w:bCs/>
              </w:rPr>
              <w:t xml:space="preserve"> </w:t>
            </w:r>
          </w:p>
          <w:p w14:paraId="3330D929"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5860 La Cholla Blvd</w:t>
            </w:r>
          </w:p>
          <w:p w14:paraId="5ECAA4F3" w14:textId="0595B818" w:rsidR="00E81218" w:rsidRPr="00E81218" w:rsidRDefault="00E81218" w:rsidP="009D7FB3">
            <w:pPr>
              <w:rPr>
                <w:rFonts w:ascii="Times New Roman" w:hAnsi="Times New Roman" w:cs="Times New Roman"/>
              </w:rPr>
            </w:pPr>
            <w:r w:rsidRPr="002F5D52">
              <w:rPr>
                <w:rFonts w:ascii="Times New Roman" w:hAnsi="Times New Roman" w:cs="Times New Roman"/>
              </w:rPr>
              <w:t>Tucson, AZ 85741</w:t>
            </w:r>
          </w:p>
        </w:tc>
      </w:tr>
      <w:tr w:rsidR="00E81218" w:rsidRPr="002F5D52" w14:paraId="71B6F1E4" w14:textId="77777777" w:rsidTr="00C10E59">
        <w:trPr>
          <w:trHeight w:val="300"/>
        </w:trPr>
        <w:tc>
          <w:tcPr>
            <w:tcW w:w="4680" w:type="dxa"/>
          </w:tcPr>
          <w:p w14:paraId="7E193055"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 xml:space="preserve">Oro Valley Hospital </w:t>
            </w:r>
          </w:p>
          <w:p w14:paraId="276035DA"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1551 E Tangerine Rd</w:t>
            </w:r>
          </w:p>
          <w:p w14:paraId="4C409727" w14:textId="5666BBEC" w:rsidR="00E81218" w:rsidRPr="00E81218" w:rsidRDefault="00E81218" w:rsidP="009D7FB3">
            <w:pPr>
              <w:rPr>
                <w:rFonts w:ascii="Times New Roman" w:hAnsi="Times New Roman" w:cs="Times New Roman"/>
              </w:rPr>
            </w:pPr>
            <w:r w:rsidRPr="002F5D52">
              <w:rPr>
                <w:rFonts w:ascii="Times New Roman" w:hAnsi="Times New Roman" w:cs="Times New Roman"/>
              </w:rPr>
              <w:t>Tucson, AZ 85755</w:t>
            </w:r>
          </w:p>
        </w:tc>
        <w:tc>
          <w:tcPr>
            <w:tcW w:w="4860" w:type="dxa"/>
          </w:tcPr>
          <w:p w14:paraId="1AD24D44"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 xml:space="preserve">PBC Laboratory  </w:t>
            </w:r>
          </w:p>
          <w:p w14:paraId="10EAF72F"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4582 N 1</w:t>
            </w:r>
            <w:r w:rsidRPr="002F5D52">
              <w:rPr>
                <w:rFonts w:ascii="Times New Roman" w:hAnsi="Times New Roman" w:cs="Times New Roman"/>
                <w:vertAlign w:val="superscript"/>
              </w:rPr>
              <w:t>st</w:t>
            </w:r>
            <w:r w:rsidRPr="002F5D52">
              <w:rPr>
                <w:rFonts w:ascii="Times New Roman" w:hAnsi="Times New Roman" w:cs="Times New Roman"/>
              </w:rPr>
              <w:t xml:space="preserve"> Avenue   </w:t>
            </w:r>
          </w:p>
          <w:p w14:paraId="64F3A2BC" w14:textId="23D41D4F" w:rsidR="00E81218" w:rsidRPr="00E81218" w:rsidRDefault="00E81218" w:rsidP="009D7FB3">
            <w:pPr>
              <w:rPr>
                <w:rFonts w:ascii="Times New Roman" w:hAnsi="Times New Roman" w:cs="Times New Roman"/>
              </w:rPr>
            </w:pPr>
            <w:r w:rsidRPr="002F5D52">
              <w:rPr>
                <w:rFonts w:ascii="Times New Roman" w:hAnsi="Times New Roman" w:cs="Times New Roman"/>
              </w:rPr>
              <w:t>Tucson, AZ  85718</w:t>
            </w:r>
          </w:p>
        </w:tc>
      </w:tr>
      <w:tr w:rsidR="00E81218" w:rsidRPr="002F5D52" w14:paraId="6D06AAA4" w14:textId="77777777" w:rsidTr="00C10E59">
        <w:trPr>
          <w:trHeight w:val="300"/>
        </w:trPr>
        <w:tc>
          <w:tcPr>
            <w:tcW w:w="4680" w:type="dxa"/>
          </w:tcPr>
          <w:p w14:paraId="0A2CDF2C" w14:textId="77777777" w:rsidR="00E81218" w:rsidRPr="002F5D52" w:rsidRDefault="00E81218" w:rsidP="00E81218">
            <w:pPr>
              <w:rPr>
                <w:rFonts w:ascii="Times New Roman" w:hAnsi="Times New Roman" w:cs="Times New Roman"/>
                <w:b/>
                <w:bCs/>
              </w:rPr>
            </w:pPr>
            <w:proofErr w:type="spellStart"/>
            <w:r w:rsidRPr="002F5D52">
              <w:rPr>
                <w:rFonts w:ascii="Times New Roman" w:hAnsi="Times New Roman" w:cs="Times New Roman"/>
                <w:b/>
                <w:bCs/>
              </w:rPr>
              <w:t>Sagis</w:t>
            </w:r>
            <w:proofErr w:type="spellEnd"/>
            <w:r w:rsidRPr="002F5D52">
              <w:rPr>
                <w:rFonts w:ascii="Times New Roman" w:hAnsi="Times New Roman" w:cs="Times New Roman"/>
                <w:b/>
                <w:bCs/>
              </w:rPr>
              <w:t xml:space="preserve"> Dermatopathology </w:t>
            </w:r>
          </w:p>
          <w:p w14:paraId="767A47CA"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4582 N 1</w:t>
            </w:r>
            <w:r w:rsidRPr="002F5D52">
              <w:rPr>
                <w:rFonts w:ascii="Times New Roman" w:hAnsi="Times New Roman" w:cs="Times New Roman"/>
                <w:vertAlign w:val="superscript"/>
              </w:rPr>
              <w:t>st</w:t>
            </w:r>
            <w:r w:rsidRPr="002F5D52">
              <w:rPr>
                <w:rFonts w:ascii="Times New Roman" w:hAnsi="Times New Roman" w:cs="Times New Roman"/>
              </w:rPr>
              <w:t xml:space="preserve"> Ave</w:t>
            </w:r>
          </w:p>
          <w:p w14:paraId="4AEB9655" w14:textId="79CC3212" w:rsidR="00E81218" w:rsidRPr="00E81218" w:rsidRDefault="00E81218" w:rsidP="009D7FB3">
            <w:pPr>
              <w:rPr>
                <w:rFonts w:ascii="Times New Roman" w:hAnsi="Times New Roman" w:cs="Times New Roman"/>
              </w:rPr>
            </w:pPr>
            <w:r w:rsidRPr="002F5D52">
              <w:rPr>
                <w:rFonts w:ascii="Times New Roman" w:hAnsi="Times New Roman" w:cs="Times New Roman"/>
              </w:rPr>
              <w:t>Tucson, AZ 85718</w:t>
            </w:r>
          </w:p>
        </w:tc>
        <w:tc>
          <w:tcPr>
            <w:tcW w:w="4860" w:type="dxa"/>
          </w:tcPr>
          <w:p w14:paraId="496CFBA1"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Specialists in Dermatology PLLC</w:t>
            </w:r>
          </w:p>
          <w:p w14:paraId="74FE2BA6"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2732 N Alvernon Way</w:t>
            </w:r>
          </w:p>
          <w:p w14:paraId="4AF32607" w14:textId="530BD25A" w:rsidR="00E81218" w:rsidRPr="00E81218" w:rsidRDefault="00E81218" w:rsidP="009D7FB3">
            <w:pPr>
              <w:rPr>
                <w:rFonts w:ascii="Times New Roman" w:hAnsi="Times New Roman" w:cs="Times New Roman"/>
              </w:rPr>
            </w:pPr>
            <w:r w:rsidRPr="002F5D52">
              <w:rPr>
                <w:rFonts w:ascii="Times New Roman" w:hAnsi="Times New Roman" w:cs="Times New Roman"/>
              </w:rPr>
              <w:t>Tucson, AZ 85712</w:t>
            </w:r>
          </w:p>
        </w:tc>
      </w:tr>
      <w:tr w:rsidR="00E81218" w:rsidRPr="002F5D52" w14:paraId="2DA7CDCF" w14:textId="77777777" w:rsidTr="00C10E59">
        <w:trPr>
          <w:trHeight w:val="300"/>
        </w:trPr>
        <w:tc>
          <w:tcPr>
            <w:tcW w:w="4680" w:type="dxa"/>
          </w:tcPr>
          <w:p w14:paraId="2DC83902"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Sonora Quest Laboratories/ Laboratory Sciences of Arizona</w:t>
            </w:r>
          </w:p>
          <w:p w14:paraId="753FC35C"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630 N Alvernon Way</w:t>
            </w:r>
          </w:p>
          <w:p w14:paraId="048A9A9F" w14:textId="4A6251D8" w:rsidR="00E81218" w:rsidRPr="00E81218" w:rsidRDefault="00E81218" w:rsidP="00E81218">
            <w:pPr>
              <w:rPr>
                <w:rFonts w:ascii="Times New Roman" w:hAnsi="Times New Roman" w:cs="Times New Roman"/>
              </w:rPr>
            </w:pPr>
            <w:r w:rsidRPr="002F5D52">
              <w:rPr>
                <w:rFonts w:ascii="Times New Roman" w:hAnsi="Times New Roman" w:cs="Times New Roman"/>
              </w:rPr>
              <w:t>Tucson, AZ 85711</w:t>
            </w:r>
          </w:p>
        </w:tc>
        <w:tc>
          <w:tcPr>
            <w:tcW w:w="4860" w:type="dxa"/>
          </w:tcPr>
          <w:p w14:paraId="6FA18258"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St. Joseph’s Hospital</w:t>
            </w:r>
          </w:p>
          <w:p w14:paraId="2212557E"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350 N Wilmot Rd</w:t>
            </w:r>
          </w:p>
          <w:p w14:paraId="545A7783" w14:textId="2C6EBEBF" w:rsidR="00E81218" w:rsidRPr="00E81218" w:rsidRDefault="00E81218" w:rsidP="009D7FB3">
            <w:pPr>
              <w:rPr>
                <w:rFonts w:ascii="Times New Roman" w:hAnsi="Times New Roman" w:cs="Times New Roman"/>
              </w:rPr>
            </w:pPr>
            <w:r w:rsidRPr="002F5D52">
              <w:rPr>
                <w:rFonts w:ascii="Times New Roman" w:hAnsi="Times New Roman" w:cs="Times New Roman"/>
              </w:rPr>
              <w:t>Tucson, AZ 85711</w:t>
            </w:r>
          </w:p>
        </w:tc>
      </w:tr>
      <w:tr w:rsidR="00E81218" w:rsidRPr="002F5D52" w14:paraId="58035820" w14:textId="77777777" w:rsidTr="00C10E59">
        <w:trPr>
          <w:trHeight w:val="300"/>
        </w:trPr>
        <w:tc>
          <w:tcPr>
            <w:tcW w:w="4680" w:type="dxa"/>
          </w:tcPr>
          <w:p w14:paraId="27665309"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lastRenderedPageBreak/>
              <w:t>St. Mary’s Hospital</w:t>
            </w:r>
          </w:p>
          <w:p w14:paraId="1B8C3D44"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 xml:space="preserve">1601 St. Mary’s Rd  </w:t>
            </w:r>
          </w:p>
          <w:p w14:paraId="16B5B8BD" w14:textId="39CF5130" w:rsidR="00E81218" w:rsidRPr="00E81218" w:rsidRDefault="00E81218" w:rsidP="00E81218">
            <w:pPr>
              <w:rPr>
                <w:rFonts w:ascii="Times New Roman" w:hAnsi="Times New Roman" w:cs="Times New Roman"/>
              </w:rPr>
            </w:pPr>
            <w:r w:rsidRPr="002F5D52">
              <w:rPr>
                <w:rFonts w:ascii="Times New Roman" w:hAnsi="Times New Roman" w:cs="Times New Roman"/>
              </w:rPr>
              <w:t>Tucson, AZ 85745</w:t>
            </w:r>
          </w:p>
        </w:tc>
        <w:tc>
          <w:tcPr>
            <w:tcW w:w="4860" w:type="dxa"/>
          </w:tcPr>
          <w:p w14:paraId="327C72FF"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 xml:space="preserve">Tucson Dental Implants &amp; Periodontics </w:t>
            </w:r>
          </w:p>
          <w:p w14:paraId="6B547621"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2330 N Rosemont Blvd</w:t>
            </w:r>
          </w:p>
          <w:p w14:paraId="547CEFAB" w14:textId="68083EBF" w:rsidR="00E81218" w:rsidRPr="00E81218" w:rsidRDefault="00E81218" w:rsidP="009D7FB3">
            <w:pPr>
              <w:rPr>
                <w:rFonts w:ascii="Times New Roman" w:hAnsi="Times New Roman" w:cs="Times New Roman"/>
              </w:rPr>
            </w:pPr>
            <w:r w:rsidRPr="002F5D52">
              <w:rPr>
                <w:rFonts w:ascii="Times New Roman" w:hAnsi="Times New Roman" w:cs="Times New Roman"/>
              </w:rPr>
              <w:t>Tucson, AZ 85712</w:t>
            </w:r>
          </w:p>
        </w:tc>
      </w:tr>
      <w:tr w:rsidR="00E81218" w:rsidRPr="002F5D52" w14:paraId="01E3CCA5" w14:textId="77777777" w:rsidTr="00C10E59">
        <w:trPr>
          <w:trHeight w:val="300"/>
        </w:trPr>
        <w:tc>
          <w:tcPr>
            <w:tcW w:w="4680" w:type="dxa"/>
          </w:tcPr>
          <w:p w14:paraId="529735F2" w14:textId="77777777" w:rsidR="00E81218" w:rsidRPr="002F5D52" w:rsidRDefault="00E81218" w:rsidP="00E81218">
            <w:pPr>
              <w:rPr>
                <w:rFonts w:ascii="Times New Roman" w:eastAsia="Times New Roman" w:hAnsi="Times New Roman" w:cs="Times New Roman"/>
                <w:b/>
                <w:bCs/>
              </w:rPr>
            </w:pPr>
            <w:r w:rsidRPr="002F5D52">
              <w:rPr>
                <w:rFonts w:ascii="Times New Roman" w:eastAsia="Times New Roman" w:hAnsi="Times New Roman" w:cs="Times New Roman"/>
                <w:b/>
                <w:bCs/>
              </w:rPr>
              <w:t>Tucson ER and Hospital</w:t>
            </w:r>
          </w:p>
          <w:p w14:paraId="0DFD5D08" w14:textId="77777777" w:rsidR="00E81218" w:rsidRPr="002F5D52" w:rsidRDefault="00E81218" w:rsidP="00E81218">
            <w:pPr>
              <w:rPr>
                <w:rFonts w:ascii="Times New Roman" w:eastAsia="Times New Roman" w:hAnsi="Times New Roman" w:cs="Times New Roman"/>
              </w:rPr>
            </w:pPr>
            <w:r w:rsidRPr="002F5D52">
              <w:rPr>
                <w:rFonts w:ascii="Times New Roman" w:eastAsia="Times New Roman" w:hAnsi="Times New Roman" w:cs="Times New Roman"/>
              </w:rPr>
              <w:t>4575 E Broadway Blvd</w:t>
            </w:r>
          </w:p>
          <w:p w14:paraId="33D6D757" w14:textId="1ECA14E3" w:rsidR="00E81218" w:rsidRPr="00E81218" w:rsidRDefault="00E81218" w:rsidP="00E81218">
            <w:pPr>
              <w:rPr>
                <w:rFonts w:ascii="Times New Roman" w:eastAsia="Times New Roman" w:hAnsi="Times New Roman" w:cs="Times New Roman"/>
              </w:rPr>
            </w:pPr>
            <w:r w:rsidRPr="002F5D52">
              <w:rPr>
                <w:rFonts w:ascii="Times New Roman" w:eastAsia="Times New Roman" w:hAnsi="Times New Roman" w:cs="Times New Roman"/>
              </w:rPr>
              <w:t>Tucson, AZ 85711</w:t>
            </w:r>
          </w:p>
        </w:tc>
        <w:tc>
          <w:tcPr>
            <w:tcW w:w="4860" w:type="dxa"/>
          </w:tcPr>
          <w:p w14:paraId="3A0A8618" w14:textId="77777777" w:rsidR="00E81218" w:rsidRPr="002F5D52" w:rsidRDefault="00E81218" w:rsidP="00E81218">
            <w:pPr>
              <w:rPr>
                <w:rFonts w:ascii="Times New Roman" w:hAnsi="Times New Roman" w:cs="Times New Roman"/>
                <w:b/>
                <w:bCs/>
              </w:rPr>
            </w:pPr>
            <w:r w:rsidRPr="002F5D52">
              <w:rPr>
                <w:rFonts w:ascii="Times New Roman" w:hAnsi="Times New Roman" w:cs="Times New Roman"/>
                <w:b/>
                <w:bCs/>
              </w:rPr>
              <w:t>Tucson Pathology Associates</w:t>
            </w:r>
          </w:p>
          <w:p w14:paraId="40C70762" w14:textId="77777777" w:rsidR="00E81218" w:rsidRPr="002F5D52" w:rsidRDefault="00E81218" w:rsidP="00E81218">
            <w:pPr>
              <w:rPr>
                <w:rFonts w:ascii="Times New Roman" w:hAnsi="Times New Roman" w:cs="Times New Roman"/>
              </w:rPr>
            </w:pPr>
            <w:r w:rsidRPr="002F5D52">
              <w:rPr>
                <w:rFonts w:ascii="Times New Roman" w:hAnsi="Times New Roman" w:cs="Times New Roman"/>
              </w:rPr>
              <w:t xml:space="preserve">7350 E Speedway </w:t>
            </w:r>
            <w:proofErr w:type="gramStart"/>
            <w:r w:rsidRPr="002F5D52">
              <w:rPr>
                <w:rFonts w:ascii="Times New Roman" w:hAnsi="Times New Roman" w:cs="Times New Roman"/>
              </w:rPr>
              <w:t>Blvd, #</w:t>
            </w:r>
            <w:proofErr w:type="gramEnd"/>
            <w:r w:rsidRPr="002F5D52">
              <w:rPr>
                <w:rFonts w:ascii="Times New Roman" w:hAnsi="Times New Roman" w:cs="Times New Roman"/>
              </w:rPr>
              <w:t xml:space="preserve">101   </w:t>
            </w:r>
          </w:p>
          <w:p w14:paraId="540FEC29" w14:textId="10DD2CA8" w:rsidR="00E81218" w:rsidRPr="00E81218" w:rsidRDefault="00E81218" w:rsidP="009D7FB3">
            <w:pPr>
              <w:rPr>
                <w:rFonts w:ascii="Times New Roman" w:hAnsi="Times New Roman" w:cs="Times New Roman"/>
              </w:rPr>
            </w:pPr>
            <w:r w:rsidRPr="002F5D52">
              <w:rPr>
                <w:rFonts w:ascii="Times New Roman" w:hAnsi="Times New Roman" w:cs="Times New Roman"/>
              </w:rPr>
              <w:t>Tucson, AZ 85710</w:t>
            </w:r>
          </w:p>
        </w:tc>
      </w:tr>
      <w:tr w:rsidR="004A640A" w:rsidRPr="002F5D52" w14:paraId="28E84EC1" w14:textId="77777777" w:rsidTr="00C10E59">
        <w:trPr>
          <w:trHeight w:val="300"/>
        </w:trPr>
        <w:tc>
          <w:tcPr>
            <w:tcW w:w="4680" w:type="dxa"/>
          </w:tcPr>
          <w:p w14:paraId="7322071F" w14:textId="77777777" w:rsidR="004A640A" w:rsidRPr="00DA223F" w:rsidRDefault="004A640A" w:rsidP="004A640A">
            <w:pPr>
              <w:rPr>
                <w:rFonts w:ascii="Times New Roman" w:hAnsi="Times New Roman" w:cs="Times New Roman"/>
              </w:rPr>
            </w:pPr>
            <w:r w:rsidRPr="00DA223F">
              <w:rPr>
                <w:rFonts w:ascii="Times New Roman" w:hAnsi="Times New Roman" w:cs="Times New Roman"/>
                <w:b/>
                <w:bCs/>
              </w:rPr>
              <w:t>Encompass Health Rehabilitation of Tucson</w:t>
            </w:r>
          </w:p>
          <w:p w14:paraId="7B781543" w14:textId="77777777" w:rsidR="004A640A" w:rsidRPr="00DA223F" w:rsidRDefault="004A640A" w:rsidP="004A640A">
            <w:pPr>
              <w:rPr>
                <w:rFonts w:ascii="Times New Roman" w:hAnsi="Times New Roman" w:cs="Times New Roman"/>
              </w:rPr>
            </w:pPr>
            <w:r w:rsidRPr="00DA223F">
              <w:rPr>
                <w:rFonts w:ascii="Times New Roman" w:hAnsi="Times New Roman" w:cs="Times New Roman"/>
              </w:rPr>
              <w:t>2650 North Wyatt Drive</w:t>
            </w:r>
          </w:p>
          <w:p w14:paraId="5B171789" w14:textId="3AF73A80" w:rsidR="004A640A" w:rsidRPr="004A640A" w:rsidRDefault="004A640A" w:rsidP="00E81218">
            <w:pPr>
              <w:rPr>
                <w:rFonts w:ascii="Times New Roman" w:hAnsi="Times New Roman" w:cs="Times New Roman"/>
              </w:rPr>
            </w:pPr>
            <w:r w:rsidRPr="00DA223F">
              <w:rPr>
                <w:rFonts w:ascii="Times New Roman" w:hAnsi="Times New Roman" w:cs="Times New Roman"/>
              </w:rPr>
              <w:t>Tucson, Arizona 85712</w:t>
            </w:r>
          </w:p>
        </w:tc>
        <w:tc>
          <w:tcPr>
            <w:tcW w:w="4860" w:type="dxa"/>
          </w:tcPr>
          <w:p w14:paraId="2274B679" w14:textId="77777777" w:rsidR="004A640A" w:rsidRPr="00DA223F" w:rsidRDefault="004A640A" w:rsidP="004A640A">
            <w:pPr>
              <w:rPr>
                <w:rFonts w:ascii="Times New Roman" w:hAnsi="Times New Roman" w:cs="Times New Roman"/>
              </w:rPr>
            </w:pPr>
            <w:r w:rsidRPr="00DA223F">
              <w:rPr>
                <w:rFonts w:ascii="Times New Roman" w:hAnsi="Times New Roman" w:cs="Times New Roman"/>
                <w:b/>
                <w:bCs/>
              </w:rPr>
              <w:t>Encompass Health Rehabilitation</w:t>
            </w:r>
            <w:r w:rsidRPr="00DA223F">
              <w:rPr>
                <w:rFonts w:ascii="Times New Roman" w:hAnsi="Times New Roman" w:cs="Times New Roman"/>
              </w:rPr>
              <w:t xml:space="preserve"> Hospital of Northwest Tucson</w:t>
            </w:r>
          </w:p>
          <w:p w14:paraId="7288FD19" w14:textId="77777777" w:rsidR="004A640A" w:rsidRPr="00DA223F" w:rsidRDefault="004A640A" w:rsidP="004A640A">
            <w:pPr>
              <w:rPr>
                <w:rFonts w:ascii="Times New Roman" w:hAnsi="Times New Roman" w:cs="Times New Roman"/>
              </w:rPr>
            </w:pPr>
            <w:r w:rsidRPr="00DA223F">
              <w:rPr>
                <w:rFonts w:ascii="Times New Roman" w:hAnsi="Times New Roman" w:cs="Times New Roman"/>
              </w:rPr>
              <w:t>1921 West Hospital Drive</w:t>
            </w:r>
          </w:p>
          <w:p w14:paraId="1FEED82F" w14:textId="085DD021" w:rsidR="004A640A" w:rsidRPr="004A640A" w:rsidRDefault="004A640A" w:rsidP="00E81218">
            <w:pPr>
              <w:rPr>
                <w:rFonts w:ascii="Times New Roman" w:hAnsi="Times New Roman" w:cs="Times New Roman"/>
              </w:rPr>
            </w:pPr>
            <w:r w:rsidRPr="00DA223F">
              <w:rPr>
                <w:rFonts w:ascii="Times New Roman" w:hAnsi="Times New Roman" w:cs="Times New Roman"/>
              </w:rPr>
              <w:t>Tucson, Arizona 85704</w:t>
            </w:r>
          </w:p>
        </w:tc>
      </w:tr>
    </w:tbl>
    <w:p w14:paraId="485C7DD9" w14:textId="50A107B1" w:rsidR="003E609C" w:rsidRPr="002F5D52" w:rsidRDefault="00A825F6" w:rsidP="0081682A">
      <w:pPr>
        <w:pStyle w:val="Heading2"/>
        <w:numPr>
          <w:ilvl w:val="0"/>
          <w:numId w:val="23"/>
        </w:numPr>
        <w:rPr>
          <w:rFonts w:ascii="Times New Roman" w:hAnsi="Times New Roman" w:cs="Times New Roman"/>
          <w:sz w:val="22"/>
          <w:szCs w:val="22"/>
        </w:rPr>
      </w:pPr>
      <w:bookmarkStart w:id="0" w:name="_Hlk196834031"/>
      <w:r w:rsidRPr="002F5D52">
        <w:rPr>
          <w:rFonts w:ascii="Times New Roman" w:hAnsi="Times New Roman" w:cs="Times New Roman"/>
          <w:sz w:val="22"/>
          <w:szCs w:val="22"/>
        </w:rPr>
        <w:t>DELIVERY LOCATIONS &amp; SCHEDULE</w:t>
      </w:r>
    </w:p>
    <w:bookmarkEnd w:id="0"/>
    <w:p w14:paraId="54404D09" w14:textId="721B2D21" w:rsidR="009D7E5E" w:rsidRPr="002F5D52" w:rsidRDefault="000D6DAC" w:rsidP="000D6DAC">
      <w:pPr>
        <w:rPr>
          <w:rFonts w:ascii="Times New Roman" w:hAnsi="Times New Roman" w:cs="Times New Roman"/>
        </w:rPr>
      </w:pPr>
      <w:r w:rsidRPr="002F5D52">
        <w:rPr>
          <w:rFonts w:ascii="Times New Roman" w:hAnsi="Times New Roman" w:cs="Times New Roman"/>
        </w:rPr>
        <w:t>Pickup of empty totes</w:t>
      </w:r>
      <w:r w:rsidR="007E20DC" w:rsidRPr="002F5D52">
        <w:rPr>
          <w:rFonts w:ascii="Times New Roman" w:hAnsi="Times New Roman" w:cs="Times New Roman"/>
        </w:rPr>
        <w:t>/</w:t>
      </w:r>
      <w:r w:rsidR="00500988" w:rsidRPr="002F5D52">
        <w:rPr>
          <w:rFonts w:ascii="Times New Roman" w:hAnsi="Times New Roman" w:cs="Times New Roman"/>
        </w:rPr>
        <w:t>coolers, and</w:t>
      </w:r>
      <w:r w:rsidRPr="002F5D52">
        <w:rPr>
          <w:rFonts w:ascii="Times New Roman" w:hAnsi="Times New Roman" w:cs="Times New Roman"/>
        </w:rPr>
        <w:t xml:space="preserve"> laboratory</w:t>
      </w:r>
      <w:r w:rsidR="0076540E" w:rsidRPr="002F5D52">
        <w:rPr>
          <w:rFonts w:ascii="Times New Roman" w:hAnsi="Times New Roman" w:cs="Times New Roman"/>
        </w:rPr>
        <w:t>/</w:t>
      </w:r>
      <w:r w:rsidRPr="002F5D52">
        <w:rPr>
          <w:rFonts w:ascii="Times New Roman" w:hAnsi="Times New Roman" w:cs="Times New Roman"/>
        </w:rPr>
        <w:t>pharmacy supplies</w:t>
      </w:r>
      <w:r w:rsidR="00053962" w:rsidRPr="002F5D52">
        <w:rPr>
          <w:rFonts w:ascii="Times New Roman" w:hAnsi="Times New Roman" w:cs="Times New Roman"/>
        </w:rPr>
        <w:t xml:space="preserve"> originates at main VA facility.</w:t>
      </w:r>
    </w:p>
    <w:p w14:paraId="0690E487" w14:textId="66C2A4FC" w:rsidR="00906ABB" w:rsidRPr="00252B97" w:rsidRDefault="00906ABB" w:rsidP="0073066D">
      <w:pPr>
        <w:jc w:val="center"/>
        <w:rPr>
          <w:rFonts w:ascii="Times New Roman" w:hAnsi="Times New Roman" w:cs="Times New Roman"/>
          <w:b/>
          <w:bCs/>
          <w:sz w:val="32"/>
          <w:szCs w:val="32"/>
        </w:rPr>
      </w:pPr>
      <w:r w:rsidRPr="00252B97">
        <w:rPr>
          <w:rFonts w:ascii="Times New Roman" w:hAnsi="Times New Roman" w:cs="Times New Roman"/>
          <w:b/>
          <w:bCs/>
          <w:sz w:val="32"/>
          <w:szCs w:val="32"/>
        </w:rPr>
        <w:t>Northern Arizona VA Health Care System, Prescott, Arizona</w:t>
      </w:r>
    </w:p>
    <w:tbl>
      <w:tblPr>
        <w:tblStyle w:val="TableGrid"/>
        <w:tblW w:w="9540" w:type="dxa"/>
        <w:tblInd w:w="-275" w:type="dxa"/>
        <w:tblLayout w:type="fixed"/>
        <w:tblLook w:val="04A0" w:firstRow="1" w:lastRow="0" w:firstColumn="1" w:lastColumn="0" w:noHBand="0" w:noVBand="1"/>
      </w:tblPr>
      <w:tblGrid>
        <w:gridCol w:w="3690"/>
        <w:gridCol w:w="3420"/>
        <w:gridCol w:w="1260"/>
        <w:gridCol w:w="1170"/>
      </w:tblGrid>
      <w:tr w:rsidR="00BC7226" w:rsidRPr="002F5D52" w14:paraId="5D647FC8" w14:textId="77777777" w:rsidTr="00D54C4B">
        <w:trPr>
          <w:trHeight w:val="300"/>
        </w:trPr>
        <w:tc>
          <w:tcPr>
            <w:tcW w:w="3690" w:type="dxa"/>
          </w:tcPr>
          <w:p w14:paraId="0364BC92" w14:textId="14E9926D" w:rsidR="0026354D" w:rsidRPr="002F5D52" w:rsidRDefault="0026354D" w:rsidP="00C03858">
            <w:pPr>
              <w:rPr>
                <w:rFonts w:ascii="Times New Roman" w:hAnsi="Times New Roman" w:cs="Times New Roman"/>
                <w:b/>
              </w:rPr>
            </w:pPr>
            <w:bookmarkStart w:id="1" w:name="_Hlk195010611"/>
            <w:bookmarkStart w:id="2" w:name="_Hlk516047300"/>
            <w:r w:rsidRPr="002F5D52">
              <w:rPr>
                <w:rFonts w:ascii="Times New Roman" w:hAnsi="Times New Roman" w:cs="Times New Roman"/>
                <w:b/>
              </w:rPr>
              <w:t>From:</w:t>
            </w:r>
          </w:p>
        </w:tc>
        <w:tc>
          <w:tcPr>
            <w:tcW w:w="3420" w:type="dxa"/>
          </w:tcPr>
          <w:p w14:paraId="4AA2DB32" w14:textId="77777777" w:rsidR="0026354D" w:rsidRPr="002F5D52" w:rsidRDefault="0026354D" w:rsidP="00C03858">
            <w:pPr>
              <w:rPr>
                <w:rFonts w:ascii="Times New Roman" w:hAnsi="Times New Roman" w:cs="Times New Roman"/>
                <w:b/>
              </w:rPr>
            </w:pPr>
            <w:r w:rsidRPr="002F5D52">
              <w:rPr>
                <w:rFonts w:ascii="Times New Roman" w:hAnsi="Times New Roman" w:cs="Times New Roman"/>
                <w:b/>
              </w:rPr>
              <w:t>To:</w:t>
            </w:r>
          </w:p>
        </w:tc>
        <w:tc>
          <w:tcPr>
            <w:tcW w:w="1260" w:type="dxa"/>
          </w:tcPr>
          <w:p w14:paraId="64BFE2CE" w14:textId="77777777" w:rsidR="0026354D" w:rsidRPr="002F5D52" w:rsidRDefault="0026354D" w:rsidP="00C03858">
            <w:pPr>
              <w:rPr>
                <w:rFonts w:ascii="Times New Roman" w:hAnsi="Times New Roman" w:cs="Times New Roman"/>
                <w:b/>
              </w:rPr>
            </w:pPr>
            <w:r w:rsidRPr="002F5D52">
              <w:rPr>
                <w:rFonts w:ascii="Times New Roman" w:hAnsi="Times New Roman" w:cs="Times New Roman"/>
                <w:b/>
              </w:rPr>
              <w:t>Est. Frequency</w:t>
            </w:r>
          </w:p>
        </w:tc>
        <w:tc>
          <w:tcPr>
            <w:tcW w:w="1170" w:type="dxa"/>
          </w:tcPr>
          <w:p w14:paraId="306CEA47" w14:textId="77777777" w:rsidR="0026354D" w:rsidRPr="002F5D52" w:rsidRDefault="0026354D" w:rsidP="00C03858">
            <w:pPr>
              <w:rPr>
                <w:rFonts w:ascii="Times New Roman" w:hAnsi="Times New Roman" w:cs="Times New Roman"/>
                <w:b/>
              </w:rPr>
            </w:pPr>
            <w:r w:rsidRPr="002F5D52">
              <w:rPr>
                <w:rFonts w:ascii="Times New Roman" w:hAnsi="Times New Roman" w:cs="Times New Roman"/>
                <w:b/>
              </w:rPr>
              <w:t>Dept.</w:t>
            </w:r>
          </w:p>
        </w:tc>
      </w:tr>
      <w:tr w:rsidR="00D56C12" w:rsidRPr="002F5D52" w14:paraId="6D7C5B31" w14:textId="77777777" w:rsidTr="00141E3C">
        <w:trPr>
          <w:trHeight w:val="300"/>
        </w:trPr>
        <w:tc>
          <w:tcPr>
            <w:tcW w:w="9540" w:type="dxa"/>
            <w:gridSpan w:val="4"/>
            <w:vAlign w:val="center"/>
          </w:tcPr>
          <w:p w14:paraId="37770EB7" w14:textId="45028DEE" w:rsidR="00D56C12" w:rsidRPr="002F5D52" w:rsidRDefault="00D56C12" w:rsidP="00D56C12">
            <w:pPr>
              <w:jc w:val="center"/>
              <w:rPr>
                <w:rFonts w:ascii="Times New Roman" w:hAnsi="Times New Roman" w:cs="Times New Roman"/>
                <w:b/>
              </w:rPr>
            </w:pPr>
            <w:r w:rsidRPr="002F5D52">
              <w:rPr>
                <w:rFonts w:ascii="Times New Roman" w:hAnsi="Times New Roman" w:cs="Times New Roman"/>
                <w:b/>
              </w:rPr>
              <w:t>RUN 1</w:t>
            </w:r>
          </w:p>
        </w:tc>
      </w:tr>
      <w:bookmarkEnd w:id="1"/>
      <w:bookmarkEnd w:id="2"/>
      <w:tr w:rsidR="00A924FA" w:rsidRPr="002F5D52" w14:paraId="5036BB39" w14:textId="77777777" w:rsidTr="00D54C4B">
        <w:trPr>
          <w:trHeight w:val="1700"/>
        </w:trPr>
        <w:tc>
          <w:tcPr>
            <w:tcW w:w="3690" w:type="dxa"/>
          </w:tcPr>
          <w:p w14:paraId="7CF97019" w14:textId="77777777" w:rsidR="00331568" w:rsidRPr="002F5D52" w:rsidRDefault="00A924FA" w:rsidP="00A924FA">
            <w:pPr>
              <w:rPr>
                <w:rFonts w:ascii="Times New Roman" w:hAnsi="Times New Roman" w:cs="Times New Roman"/>
              </w:rPr>
            </w:pPr>
            <w:r w:rsidRPr="002F5D52">
              <w:rPr>
                <w:rFonts w:ascii="Times New Roman" w:hAnsi="Times New Roman" w:cs="Times New Roman"/>
                <w:b/>
                <w:bCs/>
              </w:rPr>
              <w:t>NAVAHCS</w:t>
            </w:r>
            <w:r w:rsidRPr="002F5D52">
              <w:rPr>
                <w:rFonts w:ascii="Times New Roman" w:hAnsi="Times New Roman" w:cs="Times New Roman"/>
              </w:rPr>
              <w:br/>
              <w:t>Clinical Laboratory</w:t>
            </w:r>
            <w:r w:rsidRPr="002F5D52">
              <w:rPr>
                <w:rFonts w:ascii="Times New Roman" w:hAnsi="Times New Roman" w:cs="Times New Roman"/>
              </w:rPr>
              <w:br/>
              <w:t>B164, Room 115</w:t>
            </w:r>
            <w:r w:rsidRPr="002F5D52">
              <w:rPr>
                <w:rFonts w:ascii="Times New Roman" w:hAnsi="Times New Roman" w:cs="Times New Roman"/>
              </w:rPr>
              <w:br/>
              <w:t>500 N. Highway 89</w:t>
            </w:r>
            <w:r w:rsidRPr="002F5D52">
              <w:rPr>
                <w:rFonts w:ascii="Times New Roman" w:hAnsi="Times New Roman" w:cs="Times New Roman"/>
              </w:rPr>
              <w:br/>
              <w:t>Prescott, AZ 86313</w:t>
            </w:r>
          </w:p>
          <w:p w14:paraId="0EEF56EC" w14:textId="084E62C6" w:rsidR="00A924FA" w:rsidRPr="002F5D52" w:rsidRDefault="00331568" w:rsidP="00A924FA">
            <w:pPr>
              <w:rPr>
                <w:rFonts w:ascii="Times New Roman" w:hAnsi="Times New Roman" w:cs="Times New Roman"/>
              </w:rPr>
            </w:pPr>
            <w:r w:rsidRPr="002F5D52">
              <w:rPr>
                <w:rFonts w:ascii="Times New Roman" w:hAnsi="Times New Roman" w:cs="Times New Roman"/>
              </w:rPr>
              <w:t>Days/Week: Monday – Friday excluding Federal Holidays</w:t>
            </w:r>
            <w:r w:rsidR="00A924FA" w:rsidRPr="002F5D52">
              <w:rPr>
                <w:rFonts w:ascii="Times New Roman" w:hAnsi="Times New Roman" w:cs="Times New Roman"/>
              </w:rPr>
              <w:br/>
              <w:t>Pick-up: No later than 1:30pm</w:t>
            </w:r>
          </w:p>
        </w:tc>
        <w:tc>
          <w:tcPr>
            <w:tcW w:w="3420" w:type="dxa"/>
          </w:tcPr>
          <w:p w14:paraId="5BD69D1B" w14:textId="42300ACA" w:rsidR="00A924FA" w:rsidRPr="002F5D52" w:rsidRDefault="00A924FA" w:rsidP="00A924FA">
            <w:pPr>
              <w:autoSpaceDE w:val="0"/>
              <w:autoSpaceDN w:val="0"/>
              <w:adjustRightInd w:val="0"/>
              <w:rPr>
                <w:rFonts w:ascii="Times New Roman" w:hAnsi="Times New Roman" w:cs="Times New Roman"/>
              </w:rPr>
            </w:pPr>
            <w:r w:rsidRPr="002F5D52">
              <w:rPr>
                <w:rFonts w:ascii="Times New Roman" w:hAnsi="Times New Roman" w:cs="Times New Roman"/>
                <w:b/>
                <w:bCs/>
              </w:rPr>
              <w:t>Anthem Clinic</w:t>
            </w:r>
            <w:r w:rsidRPr="002F5D52">
              <w:rPr>
                <w:rFonts w:ascii="Times New Roman" w:hAnsi="Times New Roman" w:cs="Times New Roman"/>
              </w:rPr>
              <w:br/>
              <w:t>41810 N Venture Drive, Building B</w:t>
            </w:r>
            <w:r w:rsidRPr="002F5D52">
              <w:rPr>
                <w:rFonts w:ascii="Times New Roman" w:hAnsi="Times New Roman" w:cs="Times New Roman"/>
              </w:rPr>
              <w:br/>
              <w:t>Anthem, AZ 85086</w:t>
            </w:r>
            <w:r w:rsidRPr="002F5D52">
              <w:rPr>
                <w:rFonts w:ascii="Times New Roman" w:hAnsi="Times New Roman" w:cs="Times New Roman"/>
              </w:rPr>
              <w:br/>
              <w:t>Drop-off: Between 3:00pm-3:30pm</w:t>
            </w:r>
          </w:p>
        </w:tc>
        <w:tc>
          <w:tcPr>
            <w:tcW w:w="1260" w:type="dxa"/>
            <w:vMerge w:val="restart"/>
            <w:vAlign w:val="center"/>
          </w:tcPr>
          <w:p w14:paraId="5355EA87" w14:textId="5CE2264C" w:rsidR="00A924FA" w:rsidRPr="002F5D52" w:rsidRDefault="00A924FA" w:rsidP="00A924FA">
            <w:pPr>
              <w:jc w:val="center"/>
              <w:rPr>
                <w:rFonts w:ascii="Times New Roman" w:hAnsi="Times New Roman" w:cs="Times New Roman"/>
              </w:rPr>
            </w:pPr>
            <w:r w:rsidRPr="002F5D52">
              <w:rPr>
                <w:rFonts w:ascii="Times New Roman" w:hAnsi="Times New Roman" w:cs="Times New Roman"/>
              </w:rPr>
              <w:t>250 runs/year</w:t>
            </w:r>
          </w:p>
        </w:tc>
        <w:tc>
          <w:tcPr>
            <w:tcW w:w="1170" w:type="dxa"/>
            <w:vMerge w:val="restart"/>
            <w:vAlign w:val="center"/>
          </w:tcPr>
          <w:p w14:paraId="22130F17" w14:textId="44B85346" w:rsidR="00A924FA" w:rsidRPr="002F5D52" w:rsidRDefault="00A924FA" w:rsidP="00A924FA">
            <w:pPr>
              <w:jc w:val="center"/>
              <w:rPr>
                <w:rFonts w:ascii="Times New Roman" w:hAnsi="Times New Roman" w:cs="Times New Roman"/>
              </w:rPr>
            </w:pPr>
            <w:r w:rsidRPr="002F5D52">
              <w:rPr>
                <w:rFonts w:ascii="Times New Roman" w:hAnsi="Times New Roman" w:cs="Times New Roman"/>
              </w:rPr>
              <w:t>Lab &amp; Pharmacy</w:t>
            </w:r>
          </w:p>
        </w:tc>
      </w:tr>
      <w:tr w:rsidR="00A924FA" w:rsidRPr="002F5D52" w14:paraId="49197A00" w14:textId="77777777" w:rsidTr="00D54C4B">
        <w:trPr>
          <w:trHeight w:val="1700"/>
        </w:trPr>
        <w:tc>
          <w:tcPr>
            <w:tcW w:w="3690" w:type="dxa"/>
          </w:tcPr>
          <w:p w14:paraId="1D3387D8" w14:textId="77777777" w:rsidR="00A924FA" w:rsidRPr="002F5D52" w:rsidRDefault="00A924FA" w:rsidP="006329B2">
            <w:pPr>
              <w:rPr>
                <w:rFonts w:ascii="Times New Roman" w:hAnsi="Times New Roman" w:cs="Times New Roman"/>
                <w:b/>
                <w:bCs/>
              </w:rPr>
            </w:pPr>
            <w:r w:rsidRPr="002F5D52">
              <w:rPr>
                <w:rFonts w:ascii="Times New Roman" w:hAnsi="Times New Roman" w:cs="Times New Roman"/>
                <w:b/>
                <w:bCs/>
              </w:rPr>
              <w:t>Anthem Clinic</w:t>
            </w:r>
          </w:p>
          <w:p w14:paraId="5CEF1A65" w14:textId="77777777" w:rsidR="00A924FA" w:rsidRPr="002F5D52" w:rsidRDefault="00A924FA" w:rsidP="006329B2">
            <w:pPr>
              <w:rPr>
                <w:rFonts w:ascii="Times New Roman" w:hAnsi="Times New Roman" w:cs="Times New Roman"/>
              </w:rPr>
            </w:pPr>
            <w:r w:rsidRPr="002F5D52">
              <w:rPr>
                <w:rFonts w:ascii="Times New Roman" w:hAnsi="Times New Roman" w:cs="Times New Roman"/>
              </w:rPr>
              <w:t>41810 N Venture Drive, Building B</w:t>
            </w:r>
          </w:p>
          <w:p w14:paraId="5BD485FB" w14:textId="77777777" w:rsidR="00A924FA" w:rsidRPr="002F5D52" w:rsidRDefault="00A924FA" w:rsidP="006329B2">
            <w:pPr>
              <w:rPr>
                <w:rFonts w:ascii="Times New Roman" w:hAnsi="Times New Roman" w:cs="Times New Roman"/>
              </w:rPr>
            </w:pPr>
            <w:r w:rsidRPr="002F5D52">
              <w:rPr>
                <w:rFonts w:ascii="Times New Roman" w:hAnsi="Times New Roman" w:cs="Times New Roman"/>
              </w:rPr>
              <w:t>Anthem, AZ 85086</w:t>
            </w:r>
          </w:p>
          <w:p w14:paraId="38C9356F" w14:textId="77777777" w:rsidR="00A924FA" w:rsidRPr="002F5D52" w:rsidRDefault="00A924FA" w:rsidP="006329B2">
            <w:pPr>
              <w:rPr>
                <w:rFonts w:ascii="Times New Roman" w:hAnsi="Times New Roman" w:cs="Times New Roman"/>
              </w:rPr>
            </w:pPr>
            <w:r w:rsidRPr="002F5D52">
              <w:rPr>
                <w:rFonts w:ascii="Times New Roman" w:hAnsi="Times New Roman" w:cs="Times New Roman"/>
              </w:rPr>
              <w:t>Days/Week: Monday – Friday excluding Federal Holidays</w:t>
            </w:r>
          </w:p>
          <w:p w14:paraId="7C4E1FF3" w14:textId="16E04008" w:rsidR="00A924FA" w:rsidRPr="002F5D52" w:rsidRDefault="00A924FA" w:rsidP="003A3561">
            <w:pPr>
              <w:rPr>
                <w:rFonts w:ascii="Times New Roman" w:hAnsi="Times New Roman" w:cs="Times New Roman"/>
                <w:b/>
                <w:bCs/>
              </w:rPr>
            </w:pPr>
            <w:r w:rsidRPr="002F5D52">
              <w:rPr>
                <w:rFonts w:ascii="Times New Roman" w:hAnsi="Times New Roman" w:cs="Times New Roman"/>
              </w:rPr>
              <w:t xml:space="preserve"> Pick-up: Between 3:00pm-3:30pm</w:t>
            </w:r>
          </w:p>
        </w:tc>
        <w:tc>
          <w:tcPr>
            <w:tcW w:w="3420" w:type="dxa"/>
          </w:tcPr>
          <w:p w14:paraId="131C6EED" w14:textId="77777777" w:rsidR="00A924FA" w:rsidRPr="002F5D52" w:rsidRDefault="00A924FA" w:rsidP="006329B2">
            <w:pPr>
              <w:rPr>
                <w:rFonts w:ascii="Times New Roman" w:hAnsi="Times New Roman" w:cs="Times New Roman"/>
                <w:b/>
                <w:bCs/>
              </w:rPr>
            </w:pPr>
            <w:r w:rsidRPr="002F5D52">
              <w:rPr>
                <w:rFonts w:ascii="Times New Roman" w:hAnsi="Times New Roman" w:cs="Times New Roman"/>
                <w:b/>
                <w:bCs/>
              </w:rPr>
              <w:t>NAVAHCS</w:t>
            </w:r>
          </w:p>
          <w:p w14:paraId="44D8404F" w14:textId="77777777" w:rsidR="00A924FA" w:rsidRPr="002F5D52" w:rsidRDefault="00A924FA" w:rsidP="006329B2">
            <w:pPr>
              <w:rPr>
                <w:rFonts w:ascii="Times New Roman" w:hAnsi="Times New Roman" w:cs="Times New Roman"/>
              </w:rPr>
            </w:pPr>
            <w:r w:rsidRPr="002F5D52">
              <w:rPr>
                <w:rFonts w:ascii="Times New Roman" w:hAnsi="Times New Roman" w:cs="Times New Roman"/>
              </w:rPr>
              <w:t>Clinical Laboratory</w:t>
            </w:r>
          </w:p>
          <w:p w14:paraId="3727DD3F" w14:textId="77777777" w:rsidR="00A924FA" w:rsidRPr="002F5D52" w:rsidRDefault="00A924FA" w:rsidP="006329B2">
            <w:pPr>
              <w:rPr>
                <w:rFonts w:ascii="Times New Roman" w:hAnsi="Times New Roman" w:cs="Times New Roman"/>
              </w:rPr>
            </w:pPr>
            <w:r w:rsidRPr="002F5D52">
              <w:rPr>
                <w:rFonts w:ascii="Times New Roman" w:hAnsi="Times New Roman" w:cs="Times New Roman"/>
              </w:rPr>
              <w:t>B164, Room 115</w:t>
            </w:r>
          </w:p>
          <w:p w14:paraId="0F5F8112" w14:textId="77777777" w:rsidR="00A924FA" w:rsidRPr="002F5D52" w:rsidRDefault="00A924FA" w:rsidP="006329B2">
            <w:pPr>
              <w:rPr>
                <w:rFonts w:ascii="Times New Roman" w:hAnsi="Times New Roman" w:cs="Times New Roman"/>
              </w:rPr>
            </w:pPr>
            <w:r w:rsidRPr="002F5D52">
              <w:rPr>
                <w:rFonts w:ascii="Times New Roman" w:hAnsi="Times New Roman" w:cs="Times New Roman"/>
              </w:rPr>
              <w:t>500 N. Highway 89</w:t>
            </w:r>
          </w:p>
          <w:p w14:paraId="5DE75871" w14:textId="77777777" w:rsidR="00A924FA" w:rsidRPr="002F5D52" w:rsidRDefault="00A924FA" w:rsidP="006329B2">
            <w:pPr>
              <w:rPr>
                <w:rFonts w:ascii="Times New Roman" w:hAnsi="Times New Roman" w:cs="Times New Roman"/>
              </w:rPr>
            </w:pPr>
            <w:r w:rsidRPr="002F5D52">
              <w:rPr>
                <w:rFonts w:ascii="Times New Roman" w:hAnsi="Times New Roman" w:cs="Times New Roman"/>
              </w:rPr>
              <w:t>Prescott, AZ 86313</w:t>
            </w:r>
          </w:p>
          <w:p w14:paraId="5C2CAAEE" w14:textId="739A44AB" w:rsidR="00A924FA" w:rsidRPr="002F5D52" w:rsidRDefault="00A924FA" w:rsidP="006329B2">
            <w:pPr>
              <w:rPr>
                <w:rFonts w:ascii="Times New Roman" w:hAnsi="Times New Roman" w:cs="Times New Roman"/>
                <w:b/>
                <w:bCs/>
              </w:rPr>
            </w:pPr>
            <w:r w:rsidRPr="002F5D52">
              <w:rPr>
                <w:rFonts w:ascii="Times New Roman" w:hAnsi="Times New Roman" w:cs="Times New Roman"/>
              </w:rPr>
              <w:t>Drop-off: No later than 5:30pm</w:t>
            </w:r>
          </w:p>
        </w:tc>
        <w:tc>
          <w:tcPr>
            <w:tcW w:w="1260" w:type="dxa"/>
            <w:vMerge/>
            <w:vAlign w:val="center"/>
          </w:tcPr>
          <w:p w14:paraId="38A65DD4" w14:textId="77777777" w:rsidR="00A924FA" w:rsidRPr="002F5D52" w:rsidRDefault="00A924FA" w:rsidP="006329B2">
            <w:pPr>
              <w:jc w:val="center"/>
              <w:rPr>
                <w:rFonts w:ascii="Times New Roman" w:hAnsi="Times New Roman" w:cs="Times New Roman"/>
              </w:rPr>
            </w:pPr>
          </w:p>
        </w:tc>
        <w:tc>
          <w:tcPr>
            <w:tcW w:w="1170" w:type="dxa"/>
            <w:vMerge/>
            <w:vAlign w:val="center"/>
          </w:tcPr>
          <w:p w14:paraId="616A6109" w14:textId="77777777" w:rsidR="00A924FA" w:rsidRPr="002F5D52" w:rsidRDefault="00A924FA" w:rsidP="006329B2">
            <w:pPr>
              <w:jc w:val="center"/>
              <w:rPr>
                <w:rFonts w:ascii="Times New Roman" w:hAnsi="Times New Roman" w:cs="Times New Roman"/>
              </w:rPr>
            </w:pPr>
          </w:p>
        </w:tc>
      </w:tr>
    </w:tbl>
    <w:p w14:paraId="0C302084" w14:textId="77777777" w:rsidR="00C10E59" w:rsidRPr="002F5D52" w:rsidRDefault="00C10E59">
      <w:pPr>
        <w:rPr>
          <w:rFonts w:ascii="Times New Roman" w:hAnsi="Times New Roman" w:cs="Times New Roman"/>
        </w:rPr>
      </w:pPr>
    </w:p>
    <w:tbl>
      <w:tblPr>
        <w:tblStyle w:val="TableGrid"/>
        <w:tblW w:w="9540" w:type="dxa"/>
        <w:tblInd w:w="-275" w:type="dxa"/>
        <w:tblLayout w:type="fixed"/>
        <w:tblLook w:val="04A0" w:firstRow="1" w:lastRow="0" w:firstColumn="1" w:lastColumn="0" w:noHBand="0" w:noVBand="1"/>
      </w:tblPr>
      <w:tblGrid>
        <w:gridCol w:w="3690"/>
        <w:gridCol w:w="3420"/>
        <w:gridCol w:w="1260"/>
        <w:gridCol w:w="1170"/>
      </w:tblGrid>
      <w:tr w:rsidR="006329B2" w:rsidRPr="002F5D52" w14:paraId="3E17558E" w14:textId="77777777" w:rsidTr="00141E3C">
        <w:trPr>
          <w:trHeight w:val="300"/>
        </w:trPr>
        <w:tc>
          <w:tcPr>
            <w:tcW w:w="9540" w:type="dxa"/>
            <w:gridSpan w:val="4"/>
            <w:vAlign w:val="center"/>
          </w:tcPr>
          <w:p w14:paraId="564F5FB4" w14:textId="04543928" w:rsidR="006329B2" w:rsidRPr="002F5D52" w:rsidRDefault="006329B2" w:rsidP="006329B2">
            <w:pPr>
              <w:jc w:val="center"/>
              <w:rPr>
                <w:rFonts w:ascii="Times New Roman" w:hAnsi="Times New Roman" w:cs="Times New Roman"/>
                <w:b/>
              </w:rPr>
            </w:pPr>
            <w:r w:rsidRPr="002F5D52">
              <w:rPr>
                <w:rFonts w:ascii="Times New Roman" w:hAnsi="Times New Roman" w:cs="Times New Roman"/>
                <w:b/>
              </w:rPr>
              <w:t>RUN 2</w:t>
            </w:r>
          </w:p>
        </w:tc>
      </w:tr>
      <w:tr w:rsidR="003A3561" w:rsidRPr="002F5D52" w14:paraId="6AFCB7C8" w14:textId="77777777" w:rsidTr="00D54C4B">
        <w:trPr>
          <w:trHeight w:val="300"/>
        </w:trPr>
        <w:tc>
          <w:tcPr>
            <w:tcW w:w="3690" w:type="dxa"/>
          </w:tcPr>
          <w:p w14:paraId="629FE95A" w14:textId="77777777" w:rsidR="00331568" w:rsidRPr="002F5D52" w:rsidRDefault="003A3561" w:rsidP="003A3561">
            <w:pPr>
              <w:rPr>
                <w:rFonts w:ascii="Times New Roman" w:hAnsi="Times New Roman" w:cs="Times New Roman"/>
              </w:rPr>
            </w:pPr>
            <w:r w:rsidRPr="002F5D52">
              <w:rPr>
                <w:rFonts w:ascii="Times New Roman" w:hAnsi="Times New Roman" w:cs="Times New Roman"/>
                <w:b/>
                <w:bCs/>
              </w:rPr>
              <w:t>NAVAHCS</w:t>
            </w:r>
            <w:r w:rsidRPr="002F5D52">
              <w:rPr>
                <w:rFonts w:ascii="Times New Roman" w:hAnsi="Times New Roman" w:cs="Times New Roman"/>
              </w:rPr>
              <w:br/>
              <w:t>Clinical Laboratory</w:t>
            </w:r>
            <w:r w:rsidRPr="002F5D52">
              <w:rPr>
                <w:rFonts w:ascii="Times New Roman" w:hAnsi="Times New Roman" w:cs="Times New Roman"/>
              </w:rPr>
              <w:br/>
              <w:t>B164, Room 115</w:t>
            </w:r>
            <w:r w:rsidRPr="002F5D52">
              <w:rPr>
                <w:rFonts w:ascii="Times New Roman" w:hAnsi="Times New Roman" w:cs="Times New Roman"/>
              </w:rPr>
              <w:br/>
              <w:t>500 N. Highway 89</w:t>
            </w:r>
            <w:r w:rsidRPr="002F5D52">
              <w:rPr>
                <w:rFonts w:ascii="Times New Roman" w:hAnsi="Times New Roman" w:cs="Times New Roman"/>
              </w:rPr>
              <w:br/>
              <w:t>Prescott, AZ 86313</w:t>
            </w:r>
          </w:p>
          <w:p w14:paraId="2BC80221" w14:textId="77777777" w:rsidR="00331568" w:rsidRPr="002F5D52" w:rsidRDefault="00331568" w:rsidP="00331568">
            <w:pPr>
              <w:rPr>
                <w:rFonts w:ascii="Times New Roman" w:hAnsi="Times New Roman" w:cs="Times New Roman"/>
              </w:rPr>
            </w:pPr>
            <w:r w:rsidRPr="002F5D52">
              <w:rPr>
                <w:rFonts w:ascii="Times New Roman" w:hAnsi="Times New Roman" w:cs="Times New Roman"/>
              </w:rPr>
              <w:t>Days/Week: Monday-Friday excluding Federal Holidays</w:t>
            </w:r>
          </w:p>
          <w:p w14:paraId="40BF314F" w14:textId="1AF896D2" w:rsidR="003A3561" w:rsidRPr="002F5D52" w:rsidRDefault="003A3561" w:rsidP="003A3561">
            <w:pPr>
              <w:rPr>
                <w:rFonts w:ascii="Times New Roman" w:hAnsi="Times New Roman" w:cs="Times New Roman"/>
              </w:rPr>
            </w:pPr>
            <w:r w:rsidRPr="002F5D52">
              <w:rPr>
                <w:rFonts w:ascii="Times New Roman" w:hAnsi="Times New Roman" w:cs="Times New Roman"/>
              </w:rPr>
              <w:t>Pick-up: No later than 1:00 pm</w:t>
            </w:r>
          </w:p>
        </w:tc>
        <w:tc>
          <w:tcPr>
            <w:tcW w:w="3420" w:type="dxa"/>
          </w:tcPr>
          <w:p w14:paraId="0F73C5EF" w14:textId="4DBEBF1E" w:rsidR="003A3561" w:rsidRPr="002F5D52" w:rsidRDefault="003A3561" w:rsidP="003A3561">
            <w:pPr>
              <w:rPr>
                <w:rFonts w:ascii="Times New Roman" w:hAnsi="Times New Roman" w:cs="Times New Roman"/>
              </w:rPr>
            </w:pPr>
            <w:r w:rsidRPr="002F5D52">
              <w:rPr>
                <w:rFonts w:ascii="Times New Roman" w:hAnsi="Times New Roman" w:cs="Times New Roman"/>
                <w:b/>
                <w:bCs/>
              </w:rPr>
              <w:t>Cottonwood Clinic</w:t>
            </w:r>
            <w:r w:rsidRPr="002F5D52">
              <w:rPr>
                <w:rFonts w:ascii="Times New Roman" w:hAnsi="Times New Roman" w:cs="Times New Roman"/>
              </w:rPr>
              <w:br/>
              <w:t>501 Willard Street</w:t>
            </w:r>
            <w:r w:rsidRPr="002F5D52">
              <w:rPr>
                <w:rFonts w:ascii="Times New Roman" w:hAnsi="Times New Roman" w:cs="Times New Roman"/>
              </w:rPr>
              <w:br/>
              <w:t>Cottonwood, AZ 86326</w:t>
            </w:r>
            <w:r w:rsidRPr="002F5D52">
              <w:rPr>
                <w:rFonts w:ascii="Times New Roman" w:hAnsi="Times New Roman" w:cs="Times New Roman"/>
              </w:rPr>
              <w:br/>
              <w:t>Drop-off: Between 4:15pm-4:45pm</w:t>
            </w:r>
          </w:p>
        </w:tc>
        <w:tc>
          <w:tcPr>
            <w:tcW w:w="1260" w:type="dxa"/>
            <w:vMerge w:val="restart"/>
            <w:vAlign w:val="center"/>
          </w:tcPr>
          <w:p w14:paraId="677D10E1" w14:textId="6AE42A8B" w:rsidR="003A3561" w:rsidRPr="002F5D52" w:rsidRDefault="003A3561" w:rsidP="003A3561">
            <w:pPr>
              <w:jc w:val="center"/>
              <w:rPr>
                <w:rFonts w:ascii="Times New Roman" w:hAnsi="Times New Roman" w:cs="Times New Roman"/>
              </w:rPr>
            </w:pPr>
            <w:r w:rsidRPr="002F5D52">
              <w:rPr>
                <w:rFonts w:ascii="Times New Roman" w:hAnsi="Times New Roman" w:cs="Times New Roman"/>
              </w:rPr>
              <w:t>250 runs/year</w:t>
            </w:r>
          </w:p>
        </w:tc>
        <w:tc>
          <w:tcPr>
            <w:tcW w:w="1170" w:type="dxa"/>
            <w:vMerge w:val="restart"/>
            <w:vAlign w:val="center"/>
          </w:tcPr>
          <w:p w14:paraId="43FD6446" w14:textId="0CB32B6C" w:rsidR="003A3561" w:rsidRPr="002F5D52" w:rsidRDefault="003A3561" w:rsidP="003A3561">
            <w:pPr>
              <w:jc w:val="center"/>
              <w:rPr>
                <w:rFonts w:ascii="Times New Roman" w:hAnsi="Times New Roman" w:cs="Times New Roman"/>
              </w:rPr>
            </w:pPr>
            <w:r w:rsidRPr="002F5D52">
              <w:rPr>
                <w:rFonts w:ascii="Times New Roman" w:hAnsi="Times New Roman" w:cs="Times New Roman"/>
              </w:rPr>
              <w:t>Lab &amp; Pharmacy</w:t>
            </w:r>
          </w:p>
        </w:tc>
      </w:tr>
      <w:tr w:rsidR="003A3561" w:rsidRPr="002F5D52" w14:paraId="66315C86" w14:textId="77777777" w:rsidTr="00D54C4B">
        <w:trPr>
          <w:trHeight w:val="300"/>
        </w:trPr>
        <w:tc>
          <w:tcPr>
            <w:tcW w:w="3690" w:type="dxa"/>
          </w:tcPr>
          <w:p w14:paraId="6C0C817C" w14:textId="77777777" w:rsidR="003A3561" w:rsidRPr="002F5D52" w:rsidRDefault="003A3561" w:rsidP="00A924FA">
            <w:pPr>
              <w:rPr>
                <w:rFonts w:ascii="Times New Roman" w:hAnsi="Times New Roman" w:cs="Times New Roman"/>
                <w:b/>
                <w:bCs/>
              </w:rPr>
            </w:pPr>
            <w:r w:rsidRPr="002F5D52">
              <w:rPr>
                <w:rFonts w:ascii="Times New Roman" w:hAnsi="Times New Roman" w:cs="Times New Roman"/>
                <w:b/>
                <w:bCs/>
              </w:rPr>
              <w:t>Cottonwood Clinic</w:t>
            </w:r>
          </w:p>
          <w:p w14:paraId="36D052B5" w14:textId="77777777" w:rsidR="003A3561" w:rsidRPr="002F5D52" w:rsidRDefault="003A3561" w:rsidP="00A924FA">
            <w:pPr>
              <w:rPr>
                <w:rFonts w:ascii="Times New Roman" w:hAnsi="Times New Roman" w:cs="Times New Roman"/>
              </w:rPr>
            </w:pPr>
            <w:r w:rsidRPr="002F5D52">
              <w:rPr>
                <w:rFonts w:ascii="Times New Roman" w:hAnsi="Times New Roman" w:cs="Times New Roman"/>
              </w:rPr>
              <w:t>501 Willard Street</w:t>
            </w:r>
          </w:p>
          <w:p w14:paraId="7101A984" w14:textId="77777777" w:rsidR="003A3561" w:rsidRPr="002F5D52" w:rsidRDefault="003A3561" w:rsidP="00A924FA">
            <w:pPr>
              <w:rPr>
                <w:rFonts w:ascii="Times New Roman" w:hAnsi="Times New Roman" w:cs="Times New Roman"/>
              </w:rPr>
            </w:pPr>
            <w:r w:rsidRPr="002F5D52">
              <w:rPr>
                <w:rFonts w:ascii="Times New Roman" w:hAnsi="Times New Roman" w:cs="Times New Roman"/>
              </w:rPr>
              <w:t>Cottonwood, AZ 86326</w:t>
            </w:r>
          </w:p>
          <w:p w14:paraId="5C4E656A" w14:textId="77777777" w:rsidR="003A3561" w:rsidRPr="002F5D52" w:rsidRDefault="003A3561" w:rsidP="00A924FA">
            <w:pPr>
              <w:rPr>
                <w:rFonts w:ascii="Times New Roman" w:hAnsi="Times New Roman" w:cs="Times New Roman"/>
              </w:rPr>
            </w:pPr>
            <w:r w:rsidRPr="002F5D52">
              <w:rPr>
                <w:rFonts w:ascii="Times New Roman" w:hAnsi="Times New Roman" w:cs="Times New Roman"/>
              </w:rPr>
              <w:t>Days/Week: Monday-Friday excluding Federal Holidays</w:t>
            </w:r>
          </w:p>
          <w:p w14:paraId="50A4A3CD" w14:textId="715F3529" w:rsidR="003A3561" w:rsidRPr="002F5D52" w:rsidRDefault="003A3561" w:rsidP="00A924FA">
            <w:pPr>
              <w:rPr>
                <w:rFonts w:ascii="Times New Roman" w:hAnsi="Times New Roman" w:cs="Times New Roman"/>
                <w:b/>
                <w:bCs/>
              </w:rPr>
            </w:pPr>
            <w:r w:rsidRPr="002F5D52">
              <w:rPr>
                <w:rFonts w:ascii="Times New Roman" w:hAnsi="Times New Roman" w:cs="Times New Roman"/>
              </w:rPr>
              <w:lastRenderedPageBreak/>
              <w:t>Pick-up: Between 4:15pm-4:45pm</w:t>
            </w:r>
          </w:p>
        </w:tc>
        <w:tc>
          <w:tcPr>
            <w:tcW w:w="3420" w:type="dxa"/>
          </w:tcPr>
          <w:p w14:paraId="6C8755AF" w14:textId="77777777" w:rsidR="003A3561" w:rsidRPr="002F5D52" w:rsidRDefault="003A3561" w:rsidP="00A924FA">
            <w:pPr>
              <w:rPr>
                <w:rFonts w:ascii="Times New Roman" w:hAnsi="Times New Roman" w:cs="Times New Roman"/>
                <w:b/>
                <w:bCs/>
              </w:rPr>
            </w:pPr>
            <w:r w:rsidRPr="002F5D52">
              <w:rPr>
                <w:rFonts w:ascii="Times New Roman" w:hAnsi="Times New Roman" w:cs="Times New Roman"/>
                <w:b/>
                <w:bCs/>
              </w:rPr>
              <w:lastRenderedPageBreak/>
              <w:t>NAVAHCS</w:t>
            </w:r>
          </w:p>
          <w:p w14:paraId="1EEF1B14" w14:textId="77777777" w:rsidR="003A3561" w:rsidRPr="002F5D52" w:rsidRDefault="003A3561" w:rsidP="00A924FA">
            <w:pPr>
              <w:rPr>
                <w:rFonts w:ascii="Times New Roman" w:hAnsi="Times New Roman" w:cs="Times New Roman"/>
              </w:rPr>
            </w:pPr>
            <w:r w:rsidRPr="002F5D52">
              <w:rPr>
                <w:rFonts w:ascii="Times New Roman" w:hAnsi="Times New Roman" w:cs="Times New Roman"/>
              </w:rPr>
              <w:t>Clinical Laboratory</w:t>
            </w:r>
          </w:p>
          <w:p w14:paraId="55EE9585" w14:textId="77777777" w:rsidR="003A3561" w:rsidRPr="002F5D52" w:rsidRDefault="003A3561" w:rsidP="00A924FA">
            <w:pPr>
              <w:rPr>
                <w:rFonts w:ascii="Times New Roman" w:hAnsi="Times New Roman" w:cs="Times New Roman"/>
              </w:rPr>
            </w:pPr>
            <w:r w:rsidRPr="002F5D52">
              <w:rPr>
                <w:rFonts w:ascii="Times New Roman" w:hAnsi="Times New Roman" w:cs="Times New Roman"/>
              </w:rPr>
              <w:t>B164, Room 115</w:t>
            </w:r>
          </w:p>
          <w:p w14:paraId="3CEB058E" w14:textId="77777777" w:rsidR="003A3561" w:rsidRPr="002F5D52" w:rsidRDefault="003A3561" w:rsidP="00A924FA">
            <w:pPr>
              <w:rPr>
                <w:rFonts w:ascii="Times New Roman" w:hAnsi="Times New Roman" w:cs="Times New Roman"/>
              </w:rPr>
            </w:pPr>
            <w:r w:rsidRPr="002F5D52">
              <w:rPr>
                <w:rFonts w:ascii="Times New Roman" w:hAnsi="Times New Roman" w:cs="Times New Roman"/>
              </w:rPr>
              <w:t>500 N. Highway 89</w:t>
            </w:r>
          </w:p>
          <w:p w14:paraId="1F40E431" w14:textId="77777777" w:rsidR="003A3561" w:rsidRPr="002F5D52" w:rsidRDefault="003A3561" w:rsidP="00A924FA">
            <w:pPr>
              <w:rPr>
                <w:rFonts w:ascii="Times New Roman" w:hAnsi="Times New Roman" w:cs="Times New Roman"/>
              </w:rPr>
            </w:pPr>
            <w:r w:rsidRPr="002F5D52">
              <w:rPr>
                <w:rFonts w:ascii="Times New Roman" w:hAnsi="Times New Roman" w:cs="Times New Roman"/>
              </w:rPr>
              <w:t>Prescott, AZ 86313</w:t>
            </w:r>
          </w:p>
          <w:p w14:paraId="572CDBE5" w14:textId="290A9935" w:rsidR="003A3561" w:rsidRPr="002F5D52" w:rsidRDefault="003A3561" w:rsidP="00A924FA">
            <w:pPr>
              <w:rPr>
                <w:rFonts w:ascii="Times New Roman" w:hAnsi="Times New Roman" w:cs="Times New Roman"/>
                <w:b/>
                <w:bCs/>
              </w:rPr>
            </w:pPr>
            <w:r w:rsidRPr="002F5D52">
              <w:rPr>
                <w:rFonts w:ascii="Times New Roman" w:hAnsi="Times New Roman" w:cs="Times New Roman"/>
              </w:rPr>
              <w:lastRenderedPageBreak/>
              <w:t>Drop-off: No later than 7:00 pm</w:t>
            </w:r>
          </w:p>
        </w:tc>
        <w:tc>
          <w:tcPr>
            <w:tcW w:w="1260" w:type="dxa"/>
            <w:vMerge/>
            <w:vAlign w:val="center"/>
          </w:tcPr>
          <w:p w14:paraId="6EFCB3A9" w14:textId="77777777" w:rsidR="003A3561" w:rsidRPr="002F5D52" w:rsidRDefault="003A3561" w:rsidP="00A924FA">
            <w:pPr>
              <w:jc w:val="center"/>
              <w:rPr>
                <w:rFonts w:ascii="Times New Roman" w:hAnsi="Times New Roman" w:cs="Times New Roman"/>
              </w:rPr>
            </w:pPr>
          </w:p>
        </w:tc>
        <w:tc>
          <w:tcPr>
            <w:tcW w:w="1170" w:type="dxa"/>
            <w:vMerge/>
            <w:vAlign w:val="center"/>
          </w:tcPr>
          <w:p w14:paraId="6F854191" w14:textId="77777777" w:rsidR="003A3561" w:rsidRPr="002F5D52" w:rsidRDefault="003A3561" w:rsidP="00A924FA">
            <w:pPr>
              <w:jc w:val="center"/>
              <w:rPr>
                <w:rFonts w:ascii="Times New Roman" w:hAnsi="Times New Roman" w:cs="Times New Roman"/>
              </w:rPr>
            </w:pPr>
          </w:p>
        </w:tc>
      </w:tr>
    </w:tbl>
    <w:p w14:paraId="2D5C30DC" w14:textId="77777777" w:rsidR="00C10E59" w:rsidRPr="002F5D52" w:rsidRDefault="00C10E59">
      <w:pPr>
        <w:rPr>
          <w:rFonts w:ascii="Times New Roman" w:hAnsi="Times New Roman" w:cs="Times New Roman"/>
        </w:rPr>
      </w:pPr>
    </w:p>
    <w:tbl>
      <w:tblPr>
        <w:tblStyle w:val="TableGrid"/>
        <w:tblW w:w="9540" w:type="dxa"/>
        <w:tblInd w:w="-275" w:type="dxa"/>
        <w:tblLayout w:type="fixed"/>
        <w:tblLook w:val="04A0" w:firstRow="1" w:lastRow="0" w:firstColumn="1" w:lastColumn="0" w:noHBand="0" w:noVBand="1"/>
      </w:tblPr>
      <w:tblGrid>
        <w:gridCol w:w="3690"/>
        <w:gridCol w:w="3420"/>
        <w:gridCol w:w="1260"/>
        <w:gridCol w:w="1170"/>
      </w:tblGrid>
      <w:tr w:rsidR="00A924FA" w:rsidRPr="002F5D52" w14:paraId="6D5C172E" w14:textId="77777777" w:rsidTr="00141E3C">
        <w:trPr>
          <w:trHeight w:val="300"/>
        </w:trPr>
        <w:tc>
          <w:tcPr>
            <w:tcW w:w="9540" w:type="dxa"/>
            <w:gridSpan w:val="4"/>
            <w:vAlign w:val="center"/>
          </w:tcPr>
          <w:p w14:paraId="203A0846" w14:textId="35A8BC74" w:rsidR="00A924FA" w:rsidRPr="002F5D52" w:rsidRDefault="00A924FA" w:rsidP="00A924FA">
            <w:pPr>
              <w:jc w:val="center"/>
              <w:rPr>
                <w:rFonts w:ascii="Times New Roman" w:hAnsi="Times New Roman" w:cs="Times New Roman"/>
                <w:b/>
              </w:rPr>
            </w:pPr>
            <w:r w:rsidRPr="002F5D52">
              <w:rPr>
                <w:rFonts w:ascii="Times New Roman" w:hAnsi="Times New Roman" w:cs="Times New Roman"/>
                <w:b/>
              </w:rPr>
              <w:t>RUN 3</w:t>
            </w:r>
          </w:p>
        </w:tc>
      </w:tr>
      <w:tr w:rsidR="00BA55D3" w:rsidRPr="002F5D52" w14:paraId="6BBBF57B" w14:textId="77777777" w:rsidTr="00C94297">
        <w:trPr>
          <w:trHeight w:val="300"/>
        </w:trPr>
        <w:tc>
          <w:tcPr>
            <w:tcW w:w="3690" w:type="dxa"/>
            <w:tcBorders>
              <w:bottom w:val="single" w:sz="4" w:space="0" w:color="auto"/>
            </w:tcBorders>
          </w:tcPr>
          <w:p w14:paraId="3C841B99" w14:textId="77777777" w:rsidR="00331568" w:rsidRPr="002F5D52" w:rsidRDefault="00BA55D3" w:rsidP="00BA55D3">
            <w:pPr>
              <w:rPr>
                <w:rFonts w:ascii="Times New Roman" w:hAnsi="Times New Roman" w:cs="Times New Roman"/>
              </w:rPr>
            </w:pPr>
            <w:r w:rsidRPr="002F5D52">
              <w:rPr>
                <w:rFonts w:ascii="Times New Roman" w:hAnsi="Times New Roman" w:cs="Times New Roman"/>
                <w:b/>
                <w:bCs/>
              </w:rPr>
              <w:t>NAVAHCS</w:t>
            </w:r>
            <w:r w:rsidRPr="002F5D52">
              <w:rPr>
                <w:rFonts w:ascii="Times New Roman" w:hAnsi="Times New Roman" w:cs="Times New Roman"/>
              </w:rPr>
              <w:br/>
              <w:t>Clinical Laboratory</w:t>
            </w:r>
            <w:r w:rsidRPr="002F5D52">
              <w:rPr>
                <w:rFonts w:ascii="Times New Roman" w:hAnsi="Times New Roman" w:cs="Times New Roman"/>
              </w:rPr>
              <w:br/>
              <w:t>B164, Room 115</w:t>
            </w:r>
            <w:r w:rsidRPr="002F5D52">
              <w:rPr>
                <w:rFonts w:ascii="Times New Roman" w:hAnsi="Times New Roman" w:cs="Times New Roman"/>
              </w:rPr>
              <w:br/>
              <w:t>500 N. Highway 89</w:t>
            </w:r>
            <w:r w:rsidRPr="002F5D52">
              <w:rPr>
                <w:rFonts w:ascii="Times New Roman" w:hAnsi="Times New Roman" w:cs="Times New Roman"/>
              </w:rPr>
              <w:br/>
              <w:t>Prescott, AZ 86313</w:t>
            </w:r>
          </w:p>
          <w:p w14:paraId="33238603" w14:textId="77777777" w:rsidR="00331568" w:rsidRPr="002F5D52" w:rsidRDefault="00331568" w:rsidP="00331568">
            <w:pPr>
              <w:rPr>
                <w:rFonts w:ascii="Times New Roman" w:hAnsi="Times New Roman" w:cs="Times New Roman"/>
              </w:rPr>
            </w:pPr>
            <w:r w:rsidRPr="002F5D52">
              <w:rPr>
                <w:rFonts w:ascii="Times New Roman" w:hAnsi="Times New Roman" w:cs="Times New Roman"/>
              </w:rPr>
              <w:t>Monday &amp; Wednesday &amp; Friday excluding Federal Holidays</w:t>
            </w:r>
          </w:p>
          <w:p w14:paraId="1291BDB5" w14:textId="432ACD9E" w:rsidR="00BA55D3" w:rsidRPr="002F5D52" w:rsidRDefault="00BA55D3" w:rsidP="00BA55D3">
            <w:pPr>
              <w:rPr>
                <w:rFonts w:ascii="Times New Roman" w:hAnsi="Times New Roman" w:cs="Times New Roman"/>
              </w:rPr>
            </w:pPr>
            <w:r w:rsidRPr="002F5D52">
              <w:rPr>
                <w:rFonts w:ascii="Times New Roman" w:hAnsi="Times New Roman" w:cs="Times New Roman"/>
              </w:rPr>
              <w:t>Pick-up: No later than 1:00 pm</w:t>
            </w:r>
          </w:p>
        </w:tc>
        <w:tc>
          <w:tcPr>
            <w:tcW w:w="3420" w:type="dxa"/>
            <w:tcBorders>
              <w:bottom w:val="single" w:sz="4" w:space="0" w:color="auto"/>
            </w:tcBorders>
          </w:tcPr>
          <w:p w14:paraId="6580C82A" w14:textId="29D512CD" w:rsidR="00BA55D3" w:rsidRPr="002F5D52" w:rsidRDefault="00BA55D3" w:rsidP="00BA55D3">
            <w:pPr>
              <w:rPr>
                <w:rFonts w:ascii="Times New Roman" w:hAnsi="Times New Roman" w:cs="Times New Roman"/>
              </w:rPr>
            </w:pPr>
            <w:r w:rsidRPr="002F5D52">
              <w:rPr>
                <w:rFonts w:ascii="Times New Roman" w:hAnsi="Times New Roman" w:cs="Times New Roman"/>
                <w:b/>
                <w:bCs/>
              </w:rPr>
              <w:t>Flagstaff Clinic</w:t>
            </w:r>
            <w:r w:rsidRPr="002F5D52">
              <w:rPr>
                <w:rFonts w:ascii="Times New Roman" w:hAnsi="Times New Roman" w:cs="Times New Roman"/>
              </w:rPr>
              <w:br/>
              <w:t>1300 W. University</w:t>
            </w:r>
            <w:r w:rsidRPr="002F5D52">
              <w:rPr>
                <w:rFonts w:ascii="Times New Roman" w:hAnsi="Times New Roman" w:cs="Times New Roman"/>
              </w:rPr>
              <w:br/>
              <w:t xml:space="preserve">Flagstaff, AZ 86001 </w:t>
            </w:r>
            <w:r w:rsidRPr="002F5D52">
              <w:rPr>
                <w:rFonts w:ascii="Times New Roman" w:hAnsi="Times New Roman" w:cs="Times New Roman"/>
              </w:rPr>
              <w:br/>
              <w:t>Drop-off: Between 3:00pm-3:30pm</w:t>
            </w:r>
          </w:p>
        </w:tc>
        <w:tc>
          <w:tcPr>
            <w:tcW w:w="1260" w:type="dxa"/>
            <w:vMerge w:val="restart"/>
            <w:vAlign w:val="center"/>
          </w:tcPr>
          <w:p w14:paraId="188BE3BA" w14:textId="4E40F6C7" w:rsidR="00BA55D3" w:rsidRPr="002F5D52" w:rsidRDefault="00BA55D3" w:rsidP="00BA55D3">
            <w:pPr>
              <w:jc w:val="center"/>
              <w:rPr>
                <w:rFonts w:ascii="Times New Roman" w:hAnsi="Times New Roman" w:cs="Times New Roman"/>
              </w:rPr>
            </w:pPr>
            <w:r w:rsidRPr="002F5D52">
              <w:rPr>
                <w:rFonts w:ascii="Times New Roman" w:hAnsi="Times New Roman" w:cs="Times New Roman"/>
              </w:rPr>
              <w:t>250 runs/year</w:t>
            </w:r>
          </w:p>
        </w:tc>
        <w:tc>
          <w:tcPr>
            <w:tcW w:w="1170" w:type="dxa"/>
            <w:vMerge w:val="restart"/>
            <w:vAlign w:val="center"/>
          </w:tcPr>
          <w:p w14:paraId="49AC22B2" w14:textId="1467003B" w:rsidR="00BA55D3" w:rsidRPr="002F5D52" w:rsidRDefault="00BA55D3" w:rsidP="00BA55D3">
            <w:pPr>
              <w:jc w:val="center"/>
              <w:rPr>
                <w:rFonts w:ascii="Times New Roman" w:hAnsi="Times New Roman" w:cs="Times New Roman"/>
              </w:rPr>
            </w:pPr>
            <w:r w:rsidRPr="002F5D52">
              <w:rPr>
                <w:rFonts w:ascii="Times New Roman" w:hAnsi="Times New Roman" w:cs="Times New Roman"/>
              </w:rPr>
              <w:t>Lab &amp; Pharmacy</w:t>
            </w:r>
          </w:p>
        </w:tc>
      </w:tr>
      <w:tr w:rsidR="00BA55D3" w:rsidRPr="002F5D52" w14:paraId="61AF9C95" w14:textId="77777777" w:rsidTr="00D54C4B">
        <w:trPr>
          <w:trHeight w:val="300"/>
        </w:trPr>
        <w:tc>
          <w:tcPr>
            <w:tcW w:w="3690" w:type="dxa"/>
            <w:tcBorders>
              <w:bottom w:val="single" w:sz="4" w:space="0" w:color="auto"/>
            </w:tcBorders>
          </w:tcPr>
          <w:p w14:paraId="1FE2ECE5" w14:textId="77777777" w:rsidR="00BA55D3" w:rsidRPr="002F5D52" w:rsidRDefault="00BA55D3" w:rsidP="00BA55D3">
            <w:pPr>
              <w:rPr>
                <w:rFonts w:ascii="Times New Roman" w:hAnsi="Times New Roman" w:cs="Times New Roman"/>
                <w:b/>
                <w:bCs/>
              </w:rPr>
            </w:pPr>
            <w:r w:rsidRPr="002F5D52">
              <w:rPr>
                <w:rFonts w:ascii="Times New Roman" w:hAnsi="Times New Roman" w:cs="Times New Roman"/>
                <w:b/>
                <w:bCs/>
              </w:rPr>
              <w:t>Flagstaff Clinic</w:t>
            </w:r>
          </w:p>
          <w:p w14:paraId="5FA6CE3A" w14:textId="77777777" w:rsidR="00BA55D3" w:rsidRPr="002F5D52" w:rsidRDefault="00BA55D3" w:rsidP="00BA55D3">
            <w:pPr>
              <w:rPr>
                <w:rFonts w:ascii="Times New Roman" w:hAnsi="Times New Roman" w:cs="Times New Roman"/>
              </w:rPr>
            </w:pPr>
            <w:r w:rsidRPr="002F5D52">
              <w:rPr>
                <w:rFonts w:ascii="Times New Roman" w:hAnsi="Times New Roman" w:cs="Times New Roman"/>
              </w:rPr>
              <w:t>1300 W. University</w:t>
            </w:r>
          </w:p>
          <w:p w14:paraId="1D427A63" w14:textId="77777777" w:rsidR="00BA55D3" w:rsidRPr="002F5D52" w:rsidRDefault="00BA55D3" w:rsidP="00BA55D3">
            <w:pPr>
              <w:tabs>
                <w:tab w:val="right" w:pos="3474"/>
              </w:tabs>
              <w:rPr>
                <w:rFonts w:ascii="Times New Roman" w:hAnsi="Times New Roman" w:cs="Times New Roman"/>
              </w:rPr>
            </w:pPr>
            <w:r w:rsidRPr="002F5D52">
              <w:rPr>
                <w:rFonts w:ascii="Times New Roman" w:hAnsi="Times New Roman" w:cs="Times New Roman"/>
              </w:rPr>
              <w:t>Flagstaff, AZ 86001</w:t>
            </w:r>
            <w:r w:rsidRPr="002F5D52">
              <w:rPr>
                <w:rFonts w:ascii="Times New Roman" w:hAnsi="Times New Roman" w:cs="Times New Roman"/>
              </w:rPr>
              <w:tab/>
            </w:r>
          </w:p>
          <w:p w14:paraId="20DA4BA5" w14:textId="77777777" w:rsidR="00BA55D3" w:rsidRPr="002F5D52" w:rsidRDefault="00BA55D3" w:rsidP="00BA55D3">
            <w:pPr>
              <w:rPr>
                <w:rFonts w:ascii="Times New Roman" w:hAnsi="Times New Roman" w:cs="Times New Roman"/>
              </w:rPr>
            </w:pPr>
            <w:r w:rsidRPr="002F5D52">
              <w:rPr>
                <w:rFonts w:ascii="Times New Roman" w:hAnsi="Times New Roman" w:cs="Times New Roman"/>
              </w:rPr>
              <w:t>Days/Week: Monday – Friday excluding Federal Holidays</w:t>
            </w:r>
          </w:p>
          <w:p w14:paraId="3129D998" w14:textId="6FC13560" w:rsidR="00BA55D3" w:rsidRPr="002F5D52" w:rsidRDefault="00BA55D3" w:rsidP="00BA55D3">
            <w:pPr>
              <w:rPr>
                <w:rFonts w:ascii="Times New Roman" w:hAnsi="Times New Roman" w:cs="Times New Roman"/>
                <w:b/>
                <w:bCs/>
              </w:rPr>
            </w:pPr>
            <w:r w:rsidRPr="002F5D52">
              <w:rPr>
                <w:rFonts w:ascii="Times New Roman" w:hAnsi="Times New Roman" w:cs="Times New Roman"/>
              </w:rPr>
              <w:t>Pick-up: Between 3:00pm-3:30pm</w:t>
            </w:r>
          </w:p>
        </w:tc>
        <w:tc>
          <w:tcPr>
            <w:tcW w:w="3420" w:type="dxa"/>
            <w:tcBorders>
              <w:bottom w:val="single" w:sz="4" w:space="0" w:color="auto"/>
            </w:tcBorders>
          </w:tcPr>
          <w:p w14:paraId="6229A4FA" w14:textId="77777777" w:rsidR="00BA55D3" w:rsidRPr="002F5D52" w:rsidRDefault="00BA55D3" w:rsidP="00BA55D3">
            <w:pPr>
              <w:rPr>
                <w:rFonts w:ascii="Times New Roman" w:hAnsi="Times New Roman" w:cs="Times New Roman"/>
                <w:b/>
                <w:bCs/>
              </w:rPr>
            </w:pPr>
            <w:r w:rsidRPr="002F5D52">
              <w:rPr>
                <w:rFonts w:ascii="Times New Roman" w:hAnsi="Times New Roman" w:cs="Times New Roman"/>
                <w:b/>
                <w:bCs/>
              </w:rPr>
              <w:t>NAVAHCS</w:t>
            </w:r>
          </w:p>
          <w:p w14:paraId="72AAE375" w14:textId="77777777" w:rsidR="00BA55D3" w:rsidRPr="002F5D52" w:rsidRDefault="00BA55D3" w:rsidP="00BA55D3">
            <w:pPr>
              <w:rPr>
                <w:rFonts w:ascii="Times New Roman" w:hAnsi="Times New Roman" w:cs="Times New Roman"/>
              </w:rPr>
            </w:pPr>
            <w:r w:rsidRPr="002F5D52">
              <w:rPr>
                <w:rFonts w:ascii="Times New Roman" w:hAnsi="Times New Roman" w:cs="Times New Roman"/>
              </w:rPr>
              <w:t>Clinical Laboratory</w:t>
            </w:r>
          </w:p>
          <w:p w14:paraId="20E4FB23" w14:textId="77777777" w:rsidR="00BA55D3" w:rsidRPr="002F5D52" w:rsidRDefault="00BA55D3" w:rsidP="00BA55D3">
            <w:pPr>
              <w:rPr>
                <w:rFonts w:ascii="Times New Roman" w:hAnsi="Times New Roman" w:cs="Times New Roman"/>
              </w:rPr>
            </w:pPr>
            <w:r w:rsidRPr="002F5D52">
              <w:rPr>
                <w:rFonts w:ascii="Times New Roman" w:hAnsi="Times New Roman" w:cs="Times New Roman"/>
              </w:rPr>
              <w:t>B164, Room 115</w:t>
            </w:r>
          </w:p>
          <w:p w14:paraId="0B833C78" w14:textId="77777777" w:rsidR="00BA55D3" w:rsidRPr="002F5D52" w:rsidRDefault="00BA55D3" w:rsidP="00BA55D3">
            <w:pPr>
              <w:rPr>
                <w:rFonts w:ascii="Times New Roman" w:hAnsi="Times New Roman" w:cs="Times New Roman"/>
              </w:rPr>
            </w:pPr>
            <w:r w:rsidRPr="002F5D52">
              <w:rPr>
                <w:rFonts w:ascii="Times New Roman" w:hAnsi="Times New Roman" w:cs="Times New Roman"/>
              </w:rPr>
              <w:t>500 N. Highway 89</w:t>
            </w:r>
          </w:p>
          <w:p w14:paraId="44B37766" w14:textId="77777777" w:rsidR="00BA55D3" w:rsidRPr="002F5D52" w:rsidRDefault="00BA55D3" w:rsidP="00BA55D3">
            <w:pPr>
              <w:rPr>
                <w:rFonts w:ascii="Times New Roman" w:hAnsi="Times New Roman" w:cs="Times New Roman"/>
              </w:rPr>
            </w:pPr>
            <w:r w:rsidRPr="002F5D52">
              <w:rPr>
                <w:rFonts w:ascii="Times New Roman" w:hAnsi="Times New Roman" w:cs="Times New Roman"/>
              </w:rPr>
              <w:t>Prescott, AZ 86313</w:t>
            </w:r>
          </w:p>
          <w:p w14:paraId="2D8D6846" w14:textId="0C0F5905" w:rsidR="00BA55D3" w:rsidRPr="002F5D52" w:rsidRDefault="00BA55D3" w:rsidP="00BA55D3">
            <w:pPr>
              <w:rPr>
                <w:rFonts w:ascii="Times New Roman" w:hAnsi="Times New Roman" w:cs="Times New Roman"/>
                <w:b/>
                <w:bCs/>
              </w:rPr>
            </w:pPr>
            <w:r w:rsidRPr="002F5D52">
              <w:rPr>
                <w:rFonts w:ascii="Times New Roman" w:hAnsi="Times New Roman" w:cs="Times New Roman"/>
              </w:rPr>
              <w:t>Drop-off: No later than 7:00 pm</w:t>
            </w:r>
          </w:p>
        </w:tc>
        <w:tc>
          <w:tcPr>
            <w:tcW w:w="1260" w:type="dxa"/>
            <w:vMerge/>
            <w:tcBorders>
              <w:bottom w:val="single" w:sz="4" w:space="0" w:color="auto"/>
            </w:tcBorders>
            <w:vAlign w:val="center"/>
          </w:tcPr>
          <w:p w14:paraId="24E606EB" w14:textId="77777777" w:rsidR="00BA55D3" w:rsidRPr="002F5D52" w:rsidRDefault="00BA55D3" w:rsidP="00BA55D3">
            <w:pPr>
              <w:jc w:val="center"/>
              <w:rPr>
                <w:rFonts w:ascii="Times New Roman" w:hAnsi="Times New Roman" w:cs="Times New Roman"/>
              </w:rPr>
            </w:pPr>
          </w:p>
        </w:tc>
        <w:tc>
          <w:tcPr>
            <w:tcW w:w="1170" w:type="dxa"/>
            <w:vMerge/>
            <w:tcBorders>
              <w:bottom w:val="single" w:sz="4" w:space="0" w:color="auto"/>
            </w:tcBorders>
            <w:vAlign w:val="center"/>
          </w:tcPr>
          <w:p w14:paraId="27A435C5" w14:textId="77777777" w:rsidR="00BA55D3" w:rsidRPr="002F5D52" w:rsidRDefault="00BA55D3" w:rsidP="00BA55D3">
            <w:pPr>
              <w:jc w:val="center"/>
              <w:rPr>
                <w:rFonts w:ascii="Times New Roman" w:hAnsi="Times New Roman" w:cs="Times New Roman"/>
              </w:rPr>
            </w:pPr>
          </w:p>
        </w:tc>
      </w:tr>
    </w:tbl>
    <w:p w14:paraId="44CB37A5" w14:textId="77777777" w:rsidR="00C10E59" w:rsidRPr="002F5D52" w:rsidRDefault="00C10E59">
      <w:pPr>
        <w:rPr>
          <w:rFonts w:ascii="Times New Roman" w:hAnsi="Times New Roman" w:cs="Times New Roman"/>
        </w:rPr>
      </w:pPr>
    </w:p>
    <w:tbl>
      <w:tblPr>
        <w:tblStyle w:val="TableGrid"/>
        <w:tblW w:w="9540" w:type="dxa"/>
        <w:tblInd w:w="-275" w:type="dxa"/>
        <w:tblLayout w:type="fixed"/>
        <w:tblLook w:val="04A0" w:firstRow="1" w:lastRow="0" w:firstColumn="1" w:lastColumn="0" w:noHBand="0" w:noVBand="1"/>
      </w:tblPr>
      <w:tblGrid>
        <w:gridCol w:w="3690"/>
        <w:gridCol w:w="3420"/>
        <w:gridCol w:w="1260"/>
        <w:gridCol w:w="1170"/>
      </w:tblGrid>
      <w:tr w:rsidR="00BA55D3" w:rsidRPr="002F5D52" w14:paraId="1D5D17F9" w14:textId="77777777" w:rsidTr="00141E3C">
        <w:trPr>
          <w:trHeight w:val="300"/>
        </w:trPr>
        <w:tc>
          <w:tcPr>
            <w:tcW w:w="9540" w:type="dxa"/>
            <w:gridSpan w:val="4"/>
            <w:vAlign w:val="center"/>
          </w:tcPr>
          <w:p w14:paraId="07CEA358" w14:textId="26231A7A" w:rsidR="00BA55D3" w:rsidRPr="002F5D52" w:rsidRDefault="00BA55D3" w:rsidP="00BA55D3">
            <w:pPr>
              <w:jc w:val="center"/>
              <w:rPr>
                <w:rFonts w:ascii="Times New Roman" w:hAnsi="Times New Roman" w:cs="Times New Roman"/>
                <w:b/>
              </w:rPr>
            </w:pPr>
            <w:r w:rsidRPr="002F5D52">
              <w:rPr>
                <w:rFonts w:ascii="Times New Roman" w:hAnsi="Times New Roman" w:cs="Times New Roman"/>
                <w:b/>
              </w:rPr>
              <w:t xml:space="preserve">RUN </w:t>
            </w:r>
            <w:r w:rsidR="006F36C0">
              <w:rPr>
                <w:rFonts w:ascii="Times New Roman" w:hAnsi="Times New Roman" w:cs="Times New Roman"/>
                <w:b/>
              </w:rPr>
              <w:t>4</w:t>
            </w:r>
          </w:p>
        </w:tc>
      </w:tr>
      <w:tr w:rsidR="003F1107" w:rsidRPr="002F5D52" w14:paraId="0A58311F" w14:textId="77777777" w:rsidTr="00D54C4B">
        <w:trPr>
          <w:trHeight w:val="300"/>
        </w:trPr>
        <w:tc>
          <w:tcPr>
            <w:tcW w:w="3690" w:type="dxa"/>
          </w:tcPr>
          <w:p w14:paraId="71A12223" w14:textId="77777777" w:rsidR="00331568" w:rsidRPr="002F5D52" w:rsidRDefault="003F1107" w:rsidP="003F1107">
            <w:pPr>
              <w:rPr>
                <w:rFonts w:ascii="Times New Roman" w:hAnsi="Times New Roman" w:cs="Times New Roman"/>
              </w:rPr>
            </w:pPr>
            <w:r w:rsidRPr="002F5D52">
              <w:rPr>
                <w:rFonts w:ascii="Times New Roman" w:hAnsi="Times New Roman" w:cs="Times New Roman"/>
                <w:b/>
                <w:bCs/>
              </w:rPr>
              <w:t>NAVAHCS</w:t>
            </w:r>
            <w:r w:rsidRPr="002F5D52">
              <w:rPr>
                <w:rFonts w:ascii="Times New Roman" w:hAnsi="Times New Roman" w:cs="Times New Roman"/>
              </w:rPr>
              <w:br/>
              <w:t>Clinical Laboratory</w:t>
            </w:r>
            <w:r w:rsidRPr="002F5D52">
              <w:rPr>
                <w:rFonts w:ascii="Times New Roman" w:hAnsi="Times New Roman" w:cs="Times New Roman"/>
              </w:rPr>
              <w:br/>
              <w:t>B164, Room 115</w:t>
            </w:r>
            <w:r w:rsidRPr="002F5D52">
              <w:rPr>
                <w:rFonts w:ascii="Times New Roman" w:hAnsi="Times New Roman" w:cs="Times New Roman"/>
              </w:rPr>
              <w:br/>
              <w:t>500 N. Highway 89</w:t>
            </w:r>
            <w:r w:rsidRPr="002F5D52">
              <w:rPr>
                <w:rFonts w:ascii="Times New Roman" w:hAnsi="Times New Roman" w:cs="Times New Roman"/>
              </w:rPr>
              <w:br/>
              <w:t>Prescott, AZ 86313</w:t>
            </w:r>
          </w:p>
          <w:p w14:paraId="4DA78D27" w14:textId="77777777" w:rsidR="00331568" w:rsidRPr="002F5D52" w:rsidRDefault="00331568" w:rsidP="00331568">
            <w:pPr>
              <w:rPr>
                <w:rFonts w:ascii="Times New Roman" w:hAnsi="Times New Roman" w:cs="Times New Roman"/>
              </w:rPr>
            </w:pPr>
            <w:r w:rsidRPr="002F5D52">
              <w:rPr>
                <w:rFonts w:ascii="Times New Roman" w:hAnsi="Times New Roman" w:cs="Times New Roman"/>
              </w:rPr>
              <w:t>Days/Week: Monday-Friday excluding Federal Holidays</w:t>
            </w:r>
          </w:p>
          <w:p w14:paraId="5F9412B4" w14:textId="177CEB4C" w:rsidR="003F1107" w:rsidRPr="002F5D52" w:rsidRDefault="003F1107" w:rsidP="003F1107">
            <w:pPr>
              <w:rPr>
                <w:rFonts w:ascii="Times New Roman" w:hAnsi="Times New Roman" w:cs="Times New Roman"/>
              </w:rPr>
            </w:pPr>
            <w:r w:rsidRPr="002F5D52">
              <w:rPr>
                <w:rFonts w:ascii="Times New Roman" w:hAnsi="Times New Roman" w:cs="Times New Roman"/>
              </w:rPr>
              <w:t>Pick-up: No later than 9:00am</w:t>
            </w:r>
          </w:p>
        </w:tc>
        <w:tc>
          <w:tcPr>
            <w:tcW w:w="3420" w:type="dxa"/>
          </w:tcPr>
          <w:p w14:paraId="1105810D" w14:textId="05833F08" w:rsidR="003F1107" w:rsidRPr="002F5D52" w:rsidRDefault="003F1107" w:rsidP="003F1107">
            <w:pPr>
              <w:rPr>
                <w:rFonts w:ascii="Times New Roman" w:hAnsi="Times New Roman" w:cs="Times New Roman"/>
              </w:rPr>
            </w:pPr>
            <w:r w:rsidRPr="002F5D52">
              <w:rPr>
                <w:rFonts w:ascii="Times New Roman" w:hAnsi="Times New Roman" w:cs="Times New Roman"/>
                <w:b/>
                <w:bCs/>
              </w:rPr>
              <w:t>Kingman Clinic</w:t>
            </w:r>
            <w:r w:rsidRPr="002F5D52">
              <w:rPr>
                <w:rFonts w:ascii="Times New Roman" w:hAnsi="Times New Roman" w:cs="Times New Roman"/>
              </w:rPr>
              <w:br/>
              <w:t>2668 Hualapai Mountain Rd.</w:t>
            </w:r>
            <w:r w:rsidRPr="002F5D52">
              <w:rPr>
                <w:rFonts w:ascii="Times New Roman" w:hAnsi="Times New Roman" w:cs="Times New Roman"/>
              </w:rPr>
              <w:br/>
              <w:t>Kingman, AZ 86401</w:t>
            </w:r>
            <w:r w:rsidRPr="002F5D52">
              <w:rPr>
                <w:rFonts w:ascii="Times New Roman" w:hAnsi="Times New Roman" w:cs="Times New Roman"/>
              </w:rPr>
              <w:br/>
              <w:t>Drop-off: Between 3:45pm-4:15pm</w:t>
            </w:r>
          </w:p>
        </w:tc>
        <w:tc>
          <w:tcPr>
            <w:tcW w:w="1260" w:type="dxa"/>
            <w:vMerge w:val="restart"/>
            <w:vAlign w:val="center"/>
          </w:tcPr>
          <w:p w14:paraId="1B347D95" w14:textId="77777777" w:rsidR="003F1107" w:rsidRPr="002F5D52" w:rsidRDefault="003F1107" w:rsidP="003F1107">
            <w:pPr>
              <w:jc w:val="center"/>
              <w:rPr>
                <w:rFonts w:ascii="Times New Roman" w:hAnsi="Times New Roman" w:cs="Times New Roman"/>
                <w:color w:val="FF0000"/>
              </w:rPr>
            </w:pPr>
            <w:r w:rsidRPr="002F5D52">
              <w:rPr>
                <w:rFonts w:ascii="Times New Roman" w:hAnsi="Times New Roman" w:cs="Times New Roman"/>
              </w:rPr>
              <w:t>250 runs/year</w:t>
            </w:r>
          </w:p>
        </w:tc>
        <w:tc>
          <w:tcPr>
            <w:tcW w:w="1170" w:type="dxa"/>
            <w:vMerge w:val="restart"/>
            <w:vAlign w:val="center"/>
          </w:tcPr>
          <w:p w14:paraId="47C276E6" w14:textId="78EA2B8F" w:rsidR="003F1107" w:rsidRPr="002F5D52" w:rsidRDefault="003F1107" w:rsidP="003F1107">
            <w:pPr>
              <w:jc w:val="center"/>
              <w:rPr>
                <w:rFonts w:ascii="Times New Roman" w:hAnsi="Times New Roman" w:cs="Times New Roman"/>
              </w:rPr>
            </w:pPr>
            <w:r w:rsidRPr="002F5D52">
              <w:rPr>
                <w:rFonts w:ascii="Times New Roman" w:hAnsi="Times New Roman" w:cs="Times New Roman"/>
              </w:rPr>
              <w:t>Lab &amp; Pharmacy</w:t>
            </w:r>
          </w:p>
        </w:tc>
      </w:tr>
      <w:tr w:rsidR="003F1107" w:rsidRPr="002F5D52" w14:paraId="7B559AFD" w14:textId="77777777" w:rsidTr="00D54C4B">
        <w:trPr>
          <w:trHeight w:val="300"/>
        </w:trPr>
        <w:tc>
          <w:tcPr>
            <w:tcW w:w="3690" w:type="dxa"/>
          </w:tcPr>
          <w:p w14:paraId="37369F1C" w14:textId="77777777" w:rsidR="003F1107" w:rsidRPr="002F5D52" w:rsidRDefault="003F1107" w:rsidP="003F1107">
            <w:pPr>
              <w:rPr>
                <w:rFonts w:ascii="Times New Roman" w:hAnsi="Times New Roman" w:cs="Times New Roman"/>
                <w:b/>
                <w:bCs/>
              </w:rPr>
            </w:pPr>
            <w:r w:rsidRPr="002F5D52">
              <w:rPr>
                <w:rFonts w:ascii="Times New Roman" w:hAnsi="Times New Roman" w:cs="Times New Roman"/>
                <w:b/>
                <w:bCs/>
              </w:rPr>
              <w:t>Kingman Clinic</w:t>
            </w:r>
          </w:p>
          <w:p w14:paraId="4582B5D6"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2668 Hualapai Mountain Rd.</w:t>
            </w:r>
          </w:p>
          <w:p w14:paraId="423051F7" w14:textId="05888144" w:rsidR="003F1107" w:rsidRPr="002F5D52" w:rsidRDefault="003F1107" w:rsidP="003F1107">
            <w:pPr>
              <w:rPr>
                <w:rFonts w:ascii="Times New Roman" w:hAnsi="Times New Roman" w:cs="Times New Roman"/>
              </w:rPr>
            </w:pPr>
            <w:r w:rsidRPr="002F5D52">
              <w:rPr>
                <w:rFonts w:ascii="Times New Roman" w:hAnsi="Times New Roman" w:cs="Times New Roman"/>
              </w:rPr>
              <w:t>Kingman, AZ 86401</w:t>
            </w:r>
          </w:p>
          <w:p w14:paraId="782ED929" w14:textId="45C06706" w:rsidR="003F1107" w:rsidRPr="002F5D52" w:rsidRDefault="003F1107" w:rsidP="003F1107">
            <w:pPr>
              <w:rPr>
                <w:rFonts w:ascii="Times New Roman" w:hAnsi="Times New Roman" w:cs="Times New Roman"/>
              </w:rPr>
            </w:pPr>
            <w:r w:rsidRPr="002F5D52">
              <w:rPr>
                <w:rFonts w:ascii="Times New Roman" w:hAnsi="Times New Roman" w:cs="Times New Roman"/>
              </w:rPr>
              <w:t>Days/Week: Monday- Friday excluding Federal Holidays</w:t>
            </w:r>
          </w:p>
          <w:p w14:paraId="53720092" w14:textId="48B3D6C7" w:rsidR="003F1107" w:rsidRPr="002F5D52" w:rsidRDefault="003F1107" w:rsidP="003F1107">
            <w:pPr>
              <w:rPr>
                <w:rFonts w:ascii="Times New Roman" w:hAnsi="Times New Roman" w:cs="Times New Roman"/>
              </w:rPr>
            </w:pPr>
            <w:r w:rsidRPr="002F5D52">
              <w:rPr>
                <w:rFonts w:ascii="Times New Roman" w:hAnsi="Times New Roman" w:cs="Times New Roman"/>
              </w:rPr>
              <w:t>Pick-up: Between 3:45pm-4:15pm</w:t>
            </w:r>
          </w:p>
        </w:tc>
        <w:tc>
          <w:tcPr>
            <w:tcW w:w="3420" w:type="dxa"/>
          </w:tcPr>
          <w:p w14:paraId="231E7BCB" w14:textId="77777777" w:rsidR="003F1107" w:rsidRPr="002F5D52" w:rsidRDefault="003F1107" w:rsidP="003F1107">
            <w:pPr>
              <w:rPr>
                <w:rFonts w:ascii="Times New Roman" w:hAnsi="Times New Roman" w:cs="Times New Roman"/>
                <w:b/>
                <w:bCs/>
              </w:rPr>
            </w:pPr>
            <w:r w:rsidRPr="002F5D52">
              <w:rPr>
                <w:rFonts w:ascii="Times New Roman" w:hAnsi="Times New Roman" w:cs="Times New Roman"/>
                <w:b/>
                <w:bCs/>
              </w:rPr>
              <w:t>NAVAHCS</w:t>
            </w:r>
          </w:p>
          <w:p w14:paraId="637FDF3B"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Clinical Laboratory</w:t>
            </w:r>
          </w:p>
          <w:p w14:paraId="3BA3B506"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B164, Room 115</w:t>
            </w:r>
          </w:p>
          <w:p w14:paraId="126471D0"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500 N. Highway 89</w:t>
            </w:r>
          </w:p>
          <w:p w14:paraId="63E392FE" w14:textId="46E46F62" w:rsidR="003F1107" w:rsidRPr="002F5D52" w:rsidRDefault="003F1107" w:rsidP="003F1107">
            <w:pPr>
              <w:rPr>
                <w:rFonts w:ascii="Times New Roman" w:hAnsi="Times New Roman" w:cs="Times New Roman"/>
              </w:rPr>
            </w:pPr>
            <w:r w:rsidRPr="002F5D52">
              <w:rPr>
                <w:rFonts w:ascii="Times New Roman" w:hAnsi="Times New Roman" w:cs="Times New Roman"/>
              </w:rPr>
              <w:t>Prescott, AZ 86313</w:t>
            </w:r>
          </w:p>
          <w:p w14:paraId="578CC3A5" w14:textId="2C8B0F8A" w:rsidR="003F1107" w:rsidRPr="002F5D52" w:rsidRDefault="003F1107" w:rsidP="003F1107">
            <w:pPr>
              <w:rPr>
                <w:rFonts w:ascii="Times New Roman" w:hAnsi="Times New Roman" w:cs="Times New Roman"/>
                <w:b/>
                <w:bCs/>
              </w:rPr>
            </w:pPr>
            <w:r w:rsidRPr="002F5D52">
              <w:rPr>
                <w:rFonts w:ascii="Times New Roman" w:hAnsi="Times New Roman" w:cs="Times New Roman"/>
              </w:rPr>
              <w:t>Drop-off: No later than 8:00pm</w:t>
            </w:r>
          </w:p>
        </w:tc>
        <w:tc>
          <w:tcPr>
            <w:tcW w:w="1260" w:type="dxa"/>
            <w:vMerge/>
            <w:vAlign w:val="center"/>
          </w:tcPr>
          <w:p w14:paraId="4E3A77BE" w14:textId="77777777" w:rsidR="003F1107" w:rsidRPr="002F5D52" w:rsidRDefault="003F1107" w:rsidP="003F1107">
            <w:pPr>
              <w:jc w:val="center"/>
              <w:rPr>
                <w:rFonts w:ascii="Times New Roman" w:hAnsi="Times New Roman" w:cs="Times New Roman"/>
              </w:rPr>
            </w:pPr>
          </w:p>
        </w:tc>
        <w:tc>
          <w:tcPr>
            <w:tcW w:w="1170" w:type="dxa"/>
            <w:vMerge/>
            <w:vAlign w:val="center"/>
          </w:tcPr>
          <w:p w14:paraId="341095F5" w14:textId="77777777" w:rsidR="003F1107" w:rsidRPr="002F5D52" w:rsidRDefault="003F1107" w:rsidP="003F1107">
            <w:pPr>
              <w:jc w:val="center"/>
              <w:rPr>
                <w:rFonts w:ascii="Times New Roman" w:hAnsi="Times New Roman" w:cs="Times New Roman"/>
              </w:rPr>
            </w:pPr>
          </w:p>
        </w:tc>
      </w:tr>
    </w:tbl>
    <w:p w14:paraId="21534EBE" w14:textId="77777777" w:rsidR="00C10E59" w:rsidRPr="002F5D52" w:rsidRDefault="00C10E59">
      <w:pPr>
        <w:rPr>
          <w:rFonts w:ascii="Times New Roman" w:hAnsi="Times New Roman" w:cs="Times New Roman"/>
        </w:rPr>
      </w:pPr>
    </w:p>
    <w:tbl>
      <w:tblPr>
        <w:tblStyle w:val="TableGrid"/>
        <w:tblW w:w="9540" w:type="dxa"/>
        <w:tblInd w:w="-275" w:type="dxa"/>
        <w:tblLayout w:type="fixed"/>
        <w:tblLook w:val="04A0" w:firstRow="1" w:lastRow="0" w:firstColumn="1" w:lastColumn="0" w:noHBand="0" w:noVBand="1"/>
      </w:tblPr>
      <w:tblGrid>
        <w:gridCol w:w="3690"/>
        <w:gridCol w:w="3420"/>
        <w:gridCol w:w="1260"/>
        <w:gridCol w:w="1170"/>
      </w:tblGrid>
      <w:tr w:rsidR="003F1107" w:rsidRPr="002F5D52" w14:paraId="5E6ED3FD" w14:textId="77777777" w:rsidTr="00141E3C">
        <w:trPr>
          <w:trHeight w:val="300"/>
        </w:trPr>
        <w:tc>
          <w:tcPr>
            <w:tcW w:w="9540" w:type="dxa"/>
            <w:gridSpan w:val="4"/>
            <w:vAlign w:val="center"/>
          </w:tcPr>
          <w:p w14:paraId="176D7D5B" w14:textId="541352E1" w:rsidR="003F1107" w:rsidRPr="002F5D52" w:rsidRDefault="003F1107" w:rsidP="003F1107">
            <w:pPr>
              <w:jc w:val="center"/>
              <w:rPr>
                <w:rFonts w:ascii="Times New Roman" w:hAnsi="Times New Roman" w:cs="Times New Roman"/>
                <w:b/>
              </w:rPr>
            </w:pPr>
            <w:r w:rsidRPr="002F5D52">
              <w:rPr>
                <w:rFonts w:ascii="Times New Roman" w:hAnsi="Times New Roman" w:cs="Times New Roman"/>
                <w:b/>
              </w:rPr>
              <w:t xml:space="preserve">RUN </w:t>
            </w:r>
            <w:r w:rsidR="006F36C0">
              <w:rPr>
                <w:rFonts w:ascii="Times New Roman" w:hAnsi="Times New Roman" w:cs="Times New Roman"/>
                <w:b/>
              </w:rPr>
              <w:t>5</w:t>
            </w:r>
          </w:p>
        </w:tc>
      </w:tr>
      <w:tr w:rsidR="003F1107" w:rsidRPr="002F5D52" w14:paraId="7429359B" w14:textId="77777777" w:rsidTr="003F1107">
        <w:trPr>
          <w:trHeight w:val="300"/>
        </w:trPr>
        <w:tc>
          <w:tcPr>
            <w:tcW w:w="3690" w:type="dxa"/>
          </w:tcPr>
          <w:p w14:paraId="005E9BB2" w14:textId="77777777" w:rsidR="00331568" w:rsidRPr="002F5D52" w:rsidRDefault="003F1107" w:rsidP="003F1107">
            <w:pPr>
              <w:rPr>
                <w:rFonts w:ascii="Times New Roman" w:hAnsi="Times New Roman" w:cs="Times New Roman"/>
              </w:rPr>
            </w:pPr>
            <w:r w:rsidRPr="002F5D52">
              <w:rPr>
                <w:rFonts w:ascii="Times New Roman" w:hAnsi="Times New Roman" w:cs="Times New Roman"/>
                <w:b/>
                <w:bCs/>
              </w:rPr>
              <w:t>NAVAHCS</w:t>
            </w:r>
            <w:r w:rsidRPr="002F5D52">
              <w:rPr>
                <w:rFonts w:ascii="Times New Roman" w:hAnsi="Times New Roman" w:cs="Times New Roman"/>
              </w:rPr>
              <w:br/>
              <w:t>Clinical Laboratory</w:t>
            </w:r>
            <w:r w:rsidRPr="002F5D52">
              <w:rPr>
                <w:rFonts w:ascii="Times New Roman" w:hAnsi="Times New Roman" w:cs="Times New Roman"/>
              </w:rPr>
              <w:br/>
              <w:t>B164, Room 115</w:t>
            </w:r>
            <w:r w:rsidRPr="002F5D52">
              <w:rPr>
                <w:rFonts w:ascii="Times New Roman" w:hAnsi="Times New Roman" w:cs="Times New Roman"/>
              </w:rPr>
              <w:br/>
              <w:t>500 N. Highway 89</w:t>
            </w:r>
            <w:r w:rsidRPr="002F5D52">
              <w:rPr>
                <w:rFonts w:ascii="Times New Roman" w:hAnsi="Times New Roman" w:cs="Times New Roman"/>
              </w:rPr>
              <w:br/>
              <w:t>Prescott, AZ 86313</w:t>
            </w:r>
          </w:p>
          <w:p w14:paraId="4887B4D6" w14:textId="77777777" w:rsidR="00331568" w:rsidRPr="002F5D52" w:rsidRDefault="00331568" w:rsidP="00331568">
            <w:pPr>
              <w:rPr>
                <w:rFonts w:ascii="Times New Roman" w:hAnsi="Times New Roman" w:cs="Times New Roman"/>
              </w:rPr>
            </w:pPr>
            <w:r w:rsidRPr="002F5D52">
              <w:rPr>
                <w:rFonts w:ascii="Times New Roman" w:hAnsi="Times New Roman" w:cs="Times New Roman"/>
              </w:rPr>
              <w:t>Days/Week: Monday-Friday excluding Federal Holidays</w:t>
            </w:r>
          </w:p>
          <w:p w14:paraId="14363A74" w14:textId="116E2238" w:rsidR="003F1107" w:rsidRPr="002F5D52" w:rsidRDefault="003F1107" w:rsidP="003F1107">
            <w:pPr>
              <w:rPr>
                <w:rFonts w:ascii="Times New Roman" w:hAnsi="Times New Roman" w:cs="Times New Roman"/>
              </w:rPr>
            </w:pPr>
            <w:r w:rsidRPr="002F5D52">
              <w:rPr>
                <w:rFonts w:ascii="Times New Roman" w:hAnsi="Times New Roman" w:cs="Times New Roman"/>
              </w:rPr>
              <w:t>Pick-up: No later than 9:00 am</w:t>
            </w:r>
          </w:p>
        </w:tc>
        <w:tc>
          <w:tcPr>
            <w:tcW w:w="3420" w:type="dxa"/>
          </w:tcPr>
          <w:p w14:paraId="39F6E243" w14:textId="28534B82" w:rsidR="003F1107" w:rsidRPr="002F5D52" w:rsidRDefault="003F1107" w:rsidP="003F1107">
            <w:pPr>
              <w:rPr>
                <w:rFonts w:ascii="Times New Roman" w:hAnsi="Times New Roman" w:cs="Times New Roman"/>
              </w:rPr>
            </w:pPr>
            <w:r w:rsidRPr="002F5D52">
              <w:rPr>
                <w:rFonts w:ascii="Times New Roman" w:hAnsi="Times New Roman" w:cs="Times New Roman"/>
                <w:b/>
                <w:bCs/>
              </w:rPr>
              <w:t>Lake Havasu Clinic</w:t>
            </w:r>
            <w:r w:rsidRPr="002F5D52">
              <w:rPr>
                <w:rFonts w:ascii="Times New Roman" w:hAnsi="Times New Roman" w:cs="Times New Roman"/>
              </w:rPr>
              <w:br/>
              <w:t>145 Park Ave</w:t>
            </w:r>
            <w:r w:rsidRPr="002F5D52">
              <w:rPr>
                <w:rFonts w:ascii="Times New Roman" w:hAnsi="Times New Roman" w:cs="Times New Roman"/>
              </w:rPr>
              <w:br/>
              <w:t>Lake Havasu AZ, 86403</w:t>
            </w:r>
            <w:r w:rsidRPr="002F5D52">
              <w:rPr>
                <w:rFonts w:ascii="Times New Roman" w:hAnsi="Times New Roman" w:cs="Times New Roman"/>
              </w:rPr>
              <w:br/>
              <w:t>Drop-off: Between 2:30pm-3:00pm</w:t>
            </w:r>
          </w:p>
        </w:tc>
        <w:tc>
          <w:tcPr>
            <w:tcW w:w="1260" w:type="dxa"/>
            <w:vMerge w:val="restart"/>
            <w:vAlign w:val="center"/>
          </w:tcPr>
          <w:p w14:paraId="4F52F2CA" w14:textId="77777777" w:rsidR="003F1107" w:rsidRPr="002F5D52" w:rsidRDefault="003F1107" w:rsidP="003F1107">
            <w:pPr>
              <w:jc w:val="center"/>
              <w:rPr>
                <w:rFonts w:ascii="Times New Roman" w:hAnsi="Times New Roman" w:cs="Times New Roman"/>
                <w:color w:val="FF0000"/>
              </w:rPr>
            </w:pPr>
            <w:r w:rsidRPr="002F5D52">
              <w:rPr>
                <w:rFonts w:ascii="Times New Roman" w:hAnsi="Times New Roman" w:cs="Times New Roman"/>
              </w:rPr>
              <w:t>250 runs/year</w:t>
            </w:r>
          </w:p>
        </w:tc>
        <w:tc>
          <w:tcPr>
            <w:tcW w:w="1170" w:type="dxa"/>
            <w:vMerge w:val="restart"/>
            <w:vAlign w:val="center"/>
          </w:tcPr>
          <w:p w14:paraId="3C39100A" w14:textId="7AE8C2F0" w:rsidR="003F1107" w:rsidRPr="002F5D52" w:rsidRDefault="003F1107" w:rsidP="003F1107">
            <w:pPr>
              <w:jc w:val="center"/>
              <w:rPr>
                <w:rFonts w:ascii="Times New Roman" w:hAnsi="Times New Roman" w:cs="Times New Roman"/>
              </w:rPr>
            </w:pPr>
            <w:r w:rsidRPr="002F5D52">
              <w:rPr>
                <w:rFonts w:ascii="Times New Roman" w:hAnsi="Times New Roman" w:cs="Times New Roman"/>
              </w:rPr>
              <w:t>Lab &amp; Pharmacy</w:t>
            </w:r>
          </w:p>
        </w:tc>
      </w:tr>
      <w:tr w:rsidR="003F1107" w:rsidRPr="002F5D52" w14:paraId="6F2B18CC" w14:textId="77777777" w:rsidTr="00D54C4B">
        <w:trPr>
          <w:trHeight w:val="300"/>
        </w:trPr>
        <w:tc>
          <w:tcPr>
            <w:tcW w:w="3690" w:type="dxa"/>
          </w:tcPr>
          <w:p w14:paraId="555C92E5" w14:textId="77777777" w:rsidR="003F1107" w:rsidRPr="002F5D52" w:rsidRDefault="003F1107" w:rsidP="003F1107">
            <w:pPr>
              <w:rPr>
                <w:rFonts w:ascii="Times New Roman" w:hAnsi="Times New Roman" w:cs="Times New Roman"/>
                <w:b/>
                <w:bCs/>
              </w:rPr>
            </w:pPr>
            <w:r w:rsidRPr="002F5D52">
              <w:rPr>
                <w:rFonts w:ascii="Times New Roman" w:hAnsi="Times New Roman" w:cs="Times New Roman"/>
                <w:b/>
                <w:bCs/>
              </w:rPr>
              <w:t>Lake Havasu Clinic</w:t>
            </w:r>
          </w:p>
          <w:p w14:paraId="5B7C2B70"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145 Park Ave</w:t>
            </w:r>
          </w:p>
          <w:p w14:paraId="459B5622"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Lake Havasu AZ, 86403</w:t>
            </w:r>
          </w:p>
          <w:p w14:paraId="18786ACE" w14:textId="16FC0849" w:rsidR="003F1107" w:rsidRPr="002F5D52" w:rsidRDefault="003F1107" w:rsidP="003F1107">
            <w:pPr>
              <w:rPr>
                <w:rFonts w:ascii="Times New Roman" w:hAnsi="Times New Roman" w:cs="Times New Roman"/>
              </w:rPr>
            </w:pPr>
            <w:r w:rsidRPr="002F5D52">
              <w:rPr>
                <w:rFonts w:ascii="Times New Roman" w:hAnsi="Times New Roman" w:cs="Times New Roman"/>
              </w:rPr>
              <w:lastRenderedPageBreak/>
              <w:t>Days/Week: Monday-Friday excluding Federal Holidays</w:t>
            </w:r>
          </w:p>
          <w:p w14:paraId="6EA05E4B" w14:textId="27405C82" w:rsidR="003F1107" w:rsidRPr="002F5D52" w:rsidRDefault="003F1107" w:rsidP="003F1107">
            <w:pPr>
              <w:rPr>
                <w:rFonts w:ascii="Times New Roman" w:hAnsi="Times New Roman" w:cs="Times New Roman"/>
              </w:rPr>
            </w:pPr>
            <w:r w:rsidRPr="002F5D52">
              <w:rPr>
                <w:rFonts w:ascii="Times New Roman" w:hAnsi="Times New Roman" w:cs="Times New Roman"/>
              </w:rPr>
              <w:t>Pick-up: Between 2:30pm-3:00pm</w:t>
            </w:r>
          </w:p>
        </w:tc>
        <w:tc>
          <w:tcPr>
            <w:tcW w:w="3420" w:type="dxa"/>
          </w:tcPr>
          <w:p w14:paraId="26997963" w14:textId="77777777" w:rsidR="003F1107" w:rsidRPr="002F5D52" w:rsidRDefault="003F1107" w:rsidP="003F1107">
            <w:pPr>
              <w:rPr>
                <w:rFonts w:ascii="Times New Roman" w:hAnsi="Times New Roman" w:cs="Times New Roman"/>
                <w:b/>
                <w:bCs/>
              </w:rPr>
            </w:pPr>
            <w:r w:rsidRPr="002F5D52">
              <w:rPr>
                <w:rFonts w:ascii="Times New Roman" w:hAnsi="Times New Roman" w:cs="Times New Roman"/>
                <w:b/>
                <w:bCs/>
              </w:rPr>
              <w:lastRenderedPageBreak/>
              <w:t>NAVAHCS</w:t>
            </w:r>
          </w:p>
          <w:p w14:paraId="68D2A241"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Clinical Laboratory</w:t>
            </w:r>
          </w:p>
          <w:p w14:paraId="73A788E7"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B164, Room 115</w:t>
            </w:r>
          </w:p>
          <w:p w14:paraId="7D3BF854"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500 N. Highway 89</w:t>
            </w:r>
          </w:p>
          <w:p w14:paraId="64020246" w14:textId="03F978BD" w:rsidR="003F1107" w:rsidRPr="002F5D52" w:rsidRDefault="003F1107" w:rsidP="003F1107">
            <w:pPr>
              <w:rPr>
                <w:rFonts w:ascii="Times New Roman" w:hAnsi="Times New Roman" w:cs="Times New Roman"/>
              </w:rPr>
            </w:pPr>
            <w:r w:rsidRPr="002F5D52">
              <w:rPr>
                <w:rFonts w:ascii="Times New Roman" w:hAnsi="Times New Roman" w:cs="Times New Roman"/>
              </w:rPr>
              <w:lastRenderedPageBreak/>
              <w:t>Prescott, AZ 86313</w:t>
            </w:r>
          </w:p>
          <w:p w14:paraId="194E4F85" w14:textId="3C1E36A9" w:rsidR="003F1107" w:rsidRPr="002F5D52" w:rsidRDefault="003F1107" w:rsidP="003F1107">
            <w:pPr>
              <w:rPr>
                <w:rFonts w:ascii="Times New Roman" w:hAnsi="Times New Roman" w:cs="Times New Roman"/>
                <w:b/>
                <w:bCs/>
              </w:rPr>
            </w:pPr>
            <w:r w:rsidRPr="002F5D52">
              <w:rPr>
                <w:rFonts w:ascii="Times New Roman" w:hAnsi="Times New Roman" w:cs="Times New Roman"/>
              </w:rPr>
              <w:t>Drop-off: No later than 8:00 pm</w:t>
            </w:r>
          </w:p>
        </w:tc>
        <w:tc>
          <w:tcPr>
            <w:tcW w:w="1260" w:type="dxa"/>
            <w:vMerge/>
          </w:tcPr>
          <w:p w14:paraId="6C4D66EC" w14:textId="77777777" w:rsidR="003F1107" w:rsidRPr="002F5D52" w:rsidRDefault="003F1107" w:rsidP="003F1107">
            <w:pPr>
              <w:rPr>
                <w:rFonts w:ascii="Times New Roman" w:hAnsi="Times New Roman" w:cs="Times New Roman"/>
              </w:rPr>
            </w:pPr>
          </w:p>
        </w:tc>
        <w:tc>
          <w:tcPr>
            <w:tcW w:w="1170" w:type="dxa"/>
            <w:vMerge/>
          </w:tcPr>
          <w:p w14:paraId="7072621E" w14:textId="77777777" w:rsidR="003F1107" w:rsidRPr="002F5D52" w:rsidRDefault="003F1107" w:rsidP="003F1107">
            <w:pPr>
              <w:rPr>
                <w:rFonts w:ascii="Times New Roman" w:hAnsi="Times New Roman" w:cs="Times New Roman"/>
              </w:rPr>
            </w:pPr>
          </w:p>
        </w:tc>
      </w:tr>
    </w:tbl>
    <w:p w14:paraId="1400910A" w14:textId="77777777" w:rsidR="00C10E59" w:rsidRPr="002F5D52" w:rsidRDefault="00C10E59">
      <w:pPr>
        <w:rPr>
          <w:rFonts w:ascii="Times New Roman" w:hAnsi="Times New Roman" w:cs="Times New Roman"/>
        </w:rPr>
      </w:pPr>
    </w:p>
    <w:tbl>
      <w:tblPr>
        <w:tblStyle w:val="TableGrid"/>
        <w:tblW w:w="9540" w:type="dxa"/>
        <w:tblInd w:w="-275" w:type="dxa"/>
        <w:tblLayout w:type="fixed"/>
        <w:tblLook w:val="04A0" w:firstRow="1" w:lastRow="0" w:firstColumn="1" w:lastColumn="0" w:noHBand="0" w:noVBand="1"/>
      </w:tblPr>
      <w:tblGrid>
        <w:gridCol w:w="3690"/>
        <w:gridCol w:w="3420"/>
        <w:gridCol w:w="1260"/>
        <w:gridCol w:w="1170"/>
      </w:tblGrid>
      <w:tr w:rsidR="003F1107" w:rsidRPr="002F5D52" w14:paraId="6B7F0097" w14:textId="77777777" w:rsidTr="00141E3C">
        <w:trPr>
          <w:trHeight w:val="300"/>
        </w:trPr>
        <w:tc>
          <w:tcPr>
            <w:tcW w:w="9540" w:type="dxa"/>
            <w:gridSpan w:val="4"/>
            <w:vAlign w:val="center"/>
          </w:tcPr>
          <w:p w14:paraId="5CC77922" w14:textId="5A574248" w:rsidR="003F1107" w:rsidRPr="002F5D52" w:rsidRDefault="003F1107" w:rsidP="003F1107">
            <w:pPr>
              <w:jc w:val="center"/>
              <w:rPr>
                <w:rFonts w:ascii="Times New Roman" w:hAnsi="Times New Roman" w:cs="Times New Roman"/>
                <w:b/>
              </w:rPr>
            </w:pPr>
            <w:r w:rsidRPr="002F5D52">
              <w:rPr>
                <w:rFonts w:ascii="Times New Roman" w:hAnsi="Times New Roman" w:cs="Times New Roman"/>
                <w:b/>
              </w:rPr>
              <w:t xml:space="preserve">RUN </w:t>
            </w:r>
            <w:r w:rsidR="006F36C0">
              <w:rPr>
                <w:rFonts w:ascii="Times New Roman" w:hAnsi="Times New Roman" w:cs="Times New Roman"/>
                <w:b/>
              </w:rPr>
              <w:t>6</w:t>
            </w:r>
          </w:p>
        </w:tc>
      </w:tr>
      <w:tr w:rsidR="003F1107" w:rsidRPr="002F5D52" w14:paraId="304F7ADC" w14:textId="77777777" w:rsidTr="003F1107">
        <w:trPr>
          <w:trHeight w:val="300"/>
        </w:trPr>
        <w:tc>
          <w:tcPr>
            <w:tcW w:w="3690" w:type="dxa"/>
          </w:tcPr>
          <w:p w14:paraId="075825D6" w14:textId="77777777" w:rsidR="00331568" w:rsidRPr="002F5D52" w:rsidRDefault="003F1107" w:rsidP="003F1107">
            <w:pPr>
              <w:rPr>
                <w:rFonts w:ascii="Times New Roman" w:hAnsi="Times New Roman" w:cs="Times New Roman"/>
              </w:rPr>
            </w:pPr>
            <w:r w:rsidRPr="002F5D52">
              <w:rPr>
                <w:rFonts w:ascii="Times New Roman" w:hAnsi="Times New Roman" w:cs="Times New Roman"/>
                <w:b/>
                <w:bCs/>
              </w:rPr>
              <w:t>NAVAHCS</w:t>
            </w:r>
            <w:r w:rsidRPr="002F5D52">
              <w:rPr>
                <w:rFonts w:ascii="Times New Roman" w:hAnsi="Times New Roman" w:cs="Times New Roman"/>
              </w:rPr>
              <w:br/>
              <w:t>Clinical Laboratory</w:t>
            </w:r>
            <w:r w:rsidRPr="002F5D52">
              <w:rPr>
                <w:rFonts w:ascii="Times New Roman" w:hAnsi="Times New Roman" w:cs="Times New Roman"/>
              </w:rPr>
              <w:br/>
              <w:t>B164, Room 115</w:t>
            </w:r>
            <w:r w:rsidRPr="002F5D52">
              <w:rPr>
                <w:rFonts w:ascii="Times New Roman" w:hAnsi="Times New Roman" w:cs="Times New Roman"/>
              </w:rPr>
              <w:br/>
              <w:t>500 N. Highway 89</w:t>
            </w:r>
            <w:r w:rsidRPr="002F5D52">
              <w:rPr>
                <w:rFonts w:ascii="Times New Roman" w:hAnsi="Times New Roman" w:cs="Times New Roman"/>
              </w:rPr>
              <w:br/>
              <w:t>Prescott, AZ 86313</w:t>
            </w:r>
          </w:p>
          <w:p w14:paraId="392C101D" w14:textId="5BB03684" w:rsidR="003F1107" w:rsidRPr="002F5D52" w:rsidRDefault="00331568" w:rsidP="003F1107">
            <w:pPr>
              <w:rPr>
                <w:rFonts w:ascii="Times New Roman" w:hAnsi="Times New Roman" w:cs="Times New Roman"/>
              </w:rPr>
            </w:pPr>
            <w:r w:rsidRPr="002F5D52">
              <w:rPr>
                <w:rFonts w:ascii="Times New Roman" w:hAnsi="Times New Roman" w:cs="Times New Roman"/>
              </w:rPr>
              <w:t>Days/Week: Monday &amp; Wednesday &amp; Friday excluding Federal Holidays</w:t>
            </w:r>
            <w:r w:rsidR="003F1107" w:rsidRPr="002F5D52">
              <w:rPr>
                <w:rFonts w:ascii="Times New Roman" w:hAnsi="Times New Roman" w:cs="Times New Roman"/>
              </w:rPr>
              <w:br/>
              <w:t>Drop-off: No later than 7:00am</w:t>
            </w:r>
          </w:p>
        </w:tc>
        <w:tc>
          <w:tcPr>
            <w:tcW w:w="3420" w:type="dxa"/>
          </w:tcPr>
          <w:p w14:paraId="66A73251" w14:textId="12285380" w:rsidR="003F1107" w:rsidRPr="002F5D52" w:rsidRDefault="003F1107" w:rsidP="003F1107">
            <w:pPr>
              <w:autoSpaceDE w:val="0"/>
              <w:autoSpaceDN w:val="0"/>
              <w:adjustRightInd w:val="0"/>
              <w:rPr>
                <w:rFonts w:ascii="Times New Roman" w:hAnsi="Times New Roman" w:cs="Times New Roman"/>
              </w:rPr>
            </w:pPr>
            <w:r w:rsidRPr="002F5D52">
              <w:rPr>
                <w:rFonts w:ascii="Times New Roman" w:hAnsi="Times New Roman" w:cs="Times New Roman"/>
                <w:b/>
                <w:bCs/>
              </w:rPr>
              <w:t>Page Clinic</w:t>
            </w:r>
            <w:r w:rsidRPr="002F5D52">
              <w:rPr>
                <w:rFonts w:ascii="Times New Roman" w:hAnsi="Times New Roman" w:cs="Times New Roman"/>
              </w:rPr>
              <w:br/>
              <w:t>801-B Navajo Dr.</w:t>
            </w:r>
            <w:r w:rsidRPr="002F5D52">
              <w:rPr>
                <w:rFonts w:ascii="Times New Roman" w:hAnsi="Times New Roman" w:cs="Times New Roman"/>
              </w:rPr>
              <w:br/>
              <w:t>Page, AZ 86040</w:t>
            </w:r>
            <w:r w:rsidRPr="002F5D52">
              <w:rPr>
                <w:rFonts w:ascii="Times New Roman" w:hAnsi="Times New Roman" w:cs="Times New Roman"/>
              </w:rPr>
              <w:br/>
              <w:t>Pick-up: Between 12:00pm-12:30pm</w:t>
            </w:r>
          </w:p>
        </w:tc>
        <w:tc>
          <w:tcPr>
            <w:tcW w:w="1260" w:type="dxa"/>
            <w:vMerge w:val="restart"/>
            <w:vAlign w:val="center"/>
          </w:tcPr>
          <w:p w14:paraId="374241CB" w14:textId="77777777" w:rsidR="003F1107" w:rsidRPr="002F5D52" w:rsidRDefault="003F1107" w:rsidP="003F1107">
            <w:pPr>
              <w:jc w:val="center"/>
              <w:rPr>
                <w:rFonts w:ascii="Times New Roman" w:hAnsi="Times New Roman" w:cs="Times New Roman"/>
              </w:rPr>
            </w:pPr>
            <w:r w:rsidRPr="002F5D52">
              <w:rPr>
                <w:rFonts w:ascii="Times New Roman" w:hAnsi="Times New Roman" w:cs="Times New Roman"/>
              </w:rPr>
              <w:t>145 runs/year</w:t>
            </w:r>
          </w:p>
        </w:tc>
        <w:tc>
          <w:tcPr>
            <w:tcW w:w="1170" w:type="dxa"/>
            <w:vMerge w:val="restart"/>
            <w:vAlign w:val="center"/>
          </w:tcPr>
          <w:p w14:paraId="03E2D69A" w14:textId="6BDFEC1E" w:rsidR="003F1107" w:rsidRPr="002F5D52" w:rsidRDefault="003F1107" w:rsidP="003F1107">
            <w:pPr>
              <w:jc w:val="center"/>
              <w:rPr>
                <w:rFonts w:ascii="Times New Roman" w:hAnsi="Times New Roman" w:cs="Times New Roman"/>
              </w:rPr>
            </w:pPr>
            <w:r w:rsidRPr="002F5D52">
              <w:rPr>
                <w:rFonts w:ascii="Times New Roman" w:hAnsi="Times New Roman" w:cs="Times New Roman"/>
              </w:rPr>
              <w:t>Lab &amp; Pharmacy</w:t>
            </w:r>
          </w:p>
        </w:tc>
      </w:tr>
      <w:tr w:rsidR="003F1107" w:rsidRPr="002F5D52" w14:paraId="586631DF" w14:textId="77777777" w:rsidTr="00D54C4B">
        <w:trPr>
          <w:trHeight w:val="300"/>
        </w:trPr>
        <w:tc>
          <w:tcPr>
            <w:tcW w:w="3690" w:type="dxa"/>
          </w:tcPr>
          <w:p w14:paraId="27514378" w14:textId="77777777" w:rsidR="003F1107" w:rsidRPr="002F5D52" w:rsidRDefault="003F1107" w:rsidP="003F1107">
            <w:pPr>
              <w:rPr>
                <w:rFonts w:ascii="Times New Roman" w:hAnsi="Times New Roman" w:cs="Times New Roman"/>
                <w:b/>
                <w:bCs/>
              </w:rPr>
            </w:pPr>
            <w:r w:rsidRPr="002F5D52">
              <w:rPr>
                <w:rFonts w:ascii="Times New Roman" w:hAnsi="Times New Roman" w:cs="Times New Roman"/>
                <w:b/>
                <w:bCs/>
              </w:rPr>
              <w:t>Page Clinic</w:t>
            </w:r>
          </w:p>
          <w:p w14:paraId="73961A4C"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801-B Navajo Dr.</w:t>
            </w:r>
          </w:p>
          <w:p w14:paraId="607BCF4B"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Page, AZ 86040</w:t>
            </w:r>
          </w:p>
          <w:p w14:paraId="202C00B3" w14:textId="037BBEC6" w:rsidR="003F1107" w:rsidRPr="002F5D52" w:rsidRDefault="003F1107" w:rsidP="003F1107">
            <w:pPr>
              <w:rPr>
                <w:rFonts w:ascii="Times New Roman" w:hAnsi="Times New Roman" w:cs="Times New Roman"/>
              </w:rPr>
            </w:pPr>
            <w:r w:rsidRPr="002F5D52">
              <w:rPr>
                <w:rFonts w:ascii="Times New Roman" w:hAnsi="Times New Roman" w:cs="Times New Roman"/>
              </w:rPr>
              <w:t>Days/Week: Monday &amp; Wednesday &amp; Friday excluding Federal Holidays</w:t>
            </w:r>
          </w:p>
          <w:p w14:paraId="0B344081" w14:textId="5323A705" w:rsidR="003F1107" w:rsidRPr="002F5D52" w:rsidRDefault="003F1107" w:rsidP="003F1107">
            <w:pPr>
              <w:rPr>
                <w:rFonts w:ascii="Times New Roman" w:hAnsi="Times New Roman" w:cs="Times New Roman"/>
                <w:b/>
                <w:bCs/>
              </w:rPr>
            </w:pPr>
            <w:r w:rsidRPr="002F5D52">
              <w:rPr>
                <w:rFonts w:ascii="Times New Roman" w:hAnsi="Times New Roman" w:cs="Times New Roman"/>
              </w:rPr>
              <w:t>Pick-up: Between 12:00pm-12:30pm</w:t>
            </w:r>
          </w:p>
        </w:tc>
        <w:tc>
          <w:tcPr>
            <w:tcW w:w="3420" w:type="dxa"/>
          </w:tcPr>
          <w:p w14:paraId="19CB5C69" w14:textId="77777777" w:rsidR="003F1107" w:rsidRPr="002F5D52" w:rsidRDefault="003F1107" w:rsidP="003F1107">
            <w:pPr>
              <w:rPr>
                <w:rFonts w:ascii="Times New Roman" w:hAnsi="Times New Roman" w:cs="Times New Roman"/>
                <w:b/>
                <w:bCs/>
              </w:rPr>
            </w:pPr>
            <w:r w:rsidRPr="002F5D52">
              <w:rPr>
                <w:rFonts w:ascii="Times New Roman" w:hAnsi="Times New Roman" w:cs="Times New Roman"/>
                <w:b/>
                <w:bCs/>
              </w:rPr>
              <w:t>NAVAHCS</w:t>
            </w:r>
          </w:p>
          <w:p w14:paraId="29A4E9B5"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Clinical Laboratory</w:t>
            </w:r>
          </w:p>
          <w:p w14:paraId="36A69C1F"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B164, Room 115</w:t>
            </w:r>
          </w:p>
          <w:p w14:paraId="30C02329"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500 N. Highway 89</w:t>
            </w:r>
          </w:p>
          <w:p w14:paraId="7DC6BDE0" w14:textId="54620FCF" w:rsidR="003F1107" w:rsidRPr="002F5D52" w:rsidRDefault="003F1107" w:rsidP="003F1107">
            <w:pPr>
              <w:rPr>
                <w:rFonts w:ascii="Times New Roman" w:hAnsi="Times New Roman" w:cs="Times New Roman"/>
              </w:rPr>
            </w:pPr>
            <w:r w:rsidRPr="002F5D52">
              <w:rPr>
                <w:rFonts w:ascii="Times New Roman" w:hAnsi="Times New Roman" w:cs="Times New Roman"/>
              </w:rPr>
              <w:t>Prescott, AZ 86313</w:t>
            </w:r>
          </w:p>
          <w:p w14:paraId="6E9B55E6" w14:textId="4B79C988" w:rsidR="003F1107" w:rsidRPr="002F5D52" w:rsidRDefault="003F1107" w:rsidP="004D61D4">
            <w:pPr>
              <w:autoSpaceDE w:val="0"/>
              <w:autoSpaceDN w:val="0"/>
              <w:adjustRightInd w:val="0"/>
              <w:rPr>
                <w:rFonts w:ascii="Times New Roman" w:hAnsi="Times New Roman" w:cs="Times New Roman"/>
              </w:rPr>
            </w:pPr>
            <w:r w:rsidRPr="002F5D52">
              <w:rPr>
                <w:rFonts w:ascii="Times New Roman" w:hAnsi="Times New Roman" w:cs="Times New Roman"/>
              </w:rPr>
              <w:t>Drop-off: No later than 7:00pm</w:t>
            </w:r>
          </w:p>
        </w:tc>
        <w:tc>
          <w:tcPr>
            <w:tcW w:w="1260" w:type="dxa"/>
            <w:vMerge/>
          </w:tcPr>
          <w:p w14:paraId="583B4BDE" w14:textId="77777777" w:rsidR="003F1107" w:rsidRPr="002F5D52" w:rsidRDefault="003F1107" w:rsidP="003F1107">
            <w:pPr>
              <w:rPr>
                <w:rFonts w:ascii="Times New Roman" w:hAnsi="Times New Roman" w:cs="Times New Roman"/>
              </w:rPr>
            </w:pPr>
          </w:p>
        </w:tc>
        <w:tc>
          <w:tcPr>
            <w:tcW w:w="1170" w:type="dxa"/>
            <w:vMerge/>
          </w:tcPr>
          <w:p w14:paraId="75DA7277" w14:textId="77777777" w:rsidR="003F1107" w:rsidRPr="002F5D52" w:rsidRDefault="003F1107" w:rsidP="003F1107">
            <w:pPr>
              <w:rPr>
                <w:rFonts w:ascii="Times New Roman" w:hAnsi="Times New Roman" w:cs="Times New Roman"/>
              </w:rPr>
            </w:pPr>
          </w:p>
        </w:tc>
      </w:tr>
    </w:tbl>
    <w:p w14:paraId="74C8E114" w14:textId="77777777" w:rsidR="00C10E59" w:rsidRPr="002F5D52" w:rsidRDefault="00C10E59">
      <w:pPr>
        <w:rPr>
          <w:rFonts w:ascii="Times New Roman" w:hAnsi="Times New Roman" w:cs="Times New Roman"/>
        </w:rPr>
      </w:pPr>
    </w:p>
    <w:tbl>
      <w:tblPr>
        <w:tblStyle w:val="TableGrid"/>
        <w:tblW w:w="9540" w:type="dxa"/>
        <w:tblInd w:w="-275" w:type="dxa"/>
        <w:tblLayout w:type="fixed"/>
        <w:tblLook w:val="04A0" w:firstRow="1" w:lastRow="0" w:firstColumn="1" w:lastColumn="0" w:noHBand="0" w:noVBand="1"/>
      </w:tblPr>
      <w:tblGrid>
        <w:gridCol w:w="3690"/>
        <w:gridCol w:w="3420"/>
        <w:gridCol w:w="1260"/>
        <w:gridCol w:w="1170"/>
      </w:tblGrid>
      <w:tr w:rsidR="003F1107" w:rsidRPr="002F5D52" w14:paraId="66F4785B" w14:textId="77777777" w:rsidTr="00141E3C">
        <w:trPr>
          <w:trHeight w:val="300"/>
        </w:trPr>
        <w:tc>
          <w:tcPr>
            <w:tcW w:w="9540" w:type="dxa"/>
            <w:gridSpan w:val="4"/>
            <w:vAlign w:val="center"/>
          </w:tcPr>
          <w:p w14:paraId="024688A3" w14:textId="0C97188E" w:rsidR="003F1107" w:rsidRPr="002F5D52" w:rsidRDefault="003F1107" w:rsidP="003F1107">
            <w:pPr>
              <w:jc w:val="center"/>
              <w:rPr>
                <w:rFonts w:ascii="Times New Roman" w:hAnsi="Times New Roman" w:cs="Times New Roman"/>
                <w:b/>
              </w:rPr>
            </w:pPr>
            <w:r w:rsidRPr="002F5D52">
              <w:rPr>
                <w:rFonts w:ascii="Times New Roman" w:hAnsi="Times New Roman" w:cs="Times New Roman"/>
                <w:b/>
              </w:rPr>
              <w:t xml:space="preserve">RUN </w:t>
            </w:r>
            <w:r w:rsidR="006F36C0">
              <w:rPr>
                <w:rFonts w:ascii="Times New Roman" w:hAnsi="Times New Roman" w:cs="Times New Roman"/>
                <w:b/>
              </w:rPr>
              <w:t>7</w:t>
            </w:r>
          </w:p>
        </w:tc>
      </w:tr>
      <w:tr w:rsidR="003F1107" w:rsidRPr="002F5D52" w14:paraId="481947DF" w14:textId="77777777" w:rsidTr="00D54C4B">
        <w:trPr>
          <w:trHeight w:val="300"/>
        </w:trPr>
        <w:tc>
          <w:tcPr>
            <w:tcW w:w="3690" w:type="dxa"/>
          </w:tcPr>
          <w:p w14:paraId="74290423" w14:textId="77777777" w:rsidR="003F1107" w:rsidRPr="002F5D52" w:rsidRDefault="003F1107" w:rsidP="003F1107">
            <w:pPr>
              <w:rPr>
                <w:rFonts w:ascii="Times New Roman" w:hAnsi="Times New Roman" w:cs="Times New Roman"/>
                <w:b/>
                <w:bCs/>
              </w:rPr>
            </w:pPr>
            <w:r w:rsidRPr="002F5D52">
              <w:rPr>
                <w:rFonts w:ascii="Times New Roman" w:hAnsi="Times New Roman" w:cs="Times New Roman"/>
                <w:b/>
                <w:bCs/>
              </w:rPr>
              <w:t>NAVAHCS</w:t>
            </w:r>
          </w:p>
          <w:p w14:paraId="6490B816"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Clinical Laboratory</w:t>
            </w:r>
          </w:p>
          <w:p w14:paraId="1EF30A1F"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B164, Room 115</w:t>
            </w:r>
          </w:p>
          <w:p w14:paraId="6CD810D7"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500 N. Highway 89</w:t>
            </w:r>
          </w:p>
          <w:p w14:paraId="380AF02F"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Prescott, AZ 86313</w:t>
            </w:r>
          </w:p>
          <w:p w14:paraId="6D2A67BA" w14:textId="0CB86DB6" w:rsidR="003F1107" w:rsidRPr="002F5D52" w:rsidRDefault="003F1107" w:rsidP="003F1107">
            <w:pPr>
              <w:rPr>
                <w:rFonts w:ascii="Times New Roman" w:hAnsi="Times New Roman" w:cs="Times New Roman"/>
              </w:rPr>
            </w:pPr>
            <w:r w:rsidRPr="002F5D52">
              <w:rPr>
                <w:rFonts w:ascii="Times New Roman" w:hAnsi="Times New Roman" w:cs="Times New Roman"/>
              </w:rPr>
              <w:t>Sunday – Saturday (including Federal Holidays)</w:t>
            </w:r>
          </w:p>
          <w:p w14:paraId="180B4B95" w14:textId="74EE1862" w:rsidR="003F1107" w:rsidRPr="002F5D52" w:rsidRDefault="003F1107" w:rsidP="003F1107">
            <w:pPr>
              <w:rPr>
                <w:rFonts w:ascii="Times New Roman" w:hAnsi="Times New Roman" w:cs="Times New Roman"/>
              </w:rPr>
            </w:pPr>
            <w:r w:rsidRPr="002F5D52">
              <w:rPr>
                <w:rFonts w:ascii="Times New Roman" w:hAnsi="Times New Roman" w:cs="Times New Roman"/>
              </w:rPr>
              <w:t>Pick-up: 8:00am</w:t>
            </w:r>
          </w:p>
        </w:tc>
        <w:tc>
          <w:tcPr>
            <w:tcW w:w="3420" w:type="dxa"/>
          </w:tcPr>
          <w:p w14:paraId="045F59A4" w14:textId="77777777" w:rsidR="003F1107" w:rsidRPr="002F5D52" w:rsidRDefault="003F1107" w:rsidP="003F1107">
            <w:pPr>
              <w:rPr>
                <w:rFonts w:ascii="Times New Roman" w:hAnsi="Times New Roman" w:cs="Times New Roman"/>
                <w:b/>
                <w:bCs/>
              </w:rPr>
            </w:pPr>
            <w:r w:rsidRPr="002F5D52">
              <w:rPr>
                <w:rFonts w:ascii="Times New Roman" w:hAnsi="Times New Roman" w:cs="Times New Roman"/>
                <w:b/>
                <w:bCs/>
              </w:rPr>
              <w:t>PVAHCS</w:t>
            </w:r>
          </w:p>
          <w:p w14:paraId="58FE9921"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Clinical Laboratory</w:t>
            </w:r>
          </w:p>
          <w:p w14:paraId="3A457BCD"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Carl T. Hayden VA Medical Center</w:t>
            </w:r>
          </w:p>
          <w:p w14:paraId="16AB4822"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650 E. Indian School Rd.,</w:t>
            </w:r>
          </w:p>
          <w:p w14:paraId="43FAFFF7"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Phoenix, AZ 85012</w:t>
            </w:r>
          </w:p>
          <w:p w14:paraId="0E97F48E" w14:textId="7BF6E100" w:rsidR="003F1107" w:rsidRPr="002F5D52" w:rsidRDefault="003F1107" w:rsidP="004D61D4">
            <w:pPr>
              <w:rPr>
                <w:rFonts w:ascii="Times New Roman" w:hAnsi="Times New Roman" w:cs="Times New Roman"/>
              </w:rPr>
            </w:pPr>
            <w:r w:rsidRPr="002F5D52">
              <w:rPr>
                <w:rFonts w:ascii="Times New Roman" w:hAnsi="Times New Roman" w:cs="Times New Roman"/>
              </w:rPr>
              <w:t>Delivery: No later than 10:30am</w:t>
            </w:r>
          </w:p>
        </w:tc>
        <w:tc>
          <w:tcPr>
            <w:tcW w:w="1260" w:type="dxa"/>
          </w:tcPr>
          <w:p w14:paraId="768DB71C"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366</w:t>
            </w:r>
          </w:p>
          <w:p w14:paraId="35B6B0F9"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 xml:space="preserve"> runs/year</w:t>
            </w:r>
          </w:p>
        </w:tc>
        <w:tc>
          <w:tcPr>
            <w:tcW w:w="1170" w:type="dxa"/>
          </w:tcPr>
          <w:p w14:paraId="3CB0076A"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Lab</w:t>
            </w:r>
          </w:p>
        </w:tc>
      </w:tr>
    </w:tbl>
    <w:p w14:paraId="596FC229" w14:textId="77777777" w:rsidR="00C10E59" w:rsidRPr="002F5D52" w:rsidRDefault="00C10E59">
      <w:pPr>
        <w:rPr>
          <w:rFonts w:ascii="Times New Roman" w:hAnsi="Times New Roman" w:cs="Times New Roman"/>
        </w:rPr>
      </w:pPr>
    </w:p>
    <w:tbl>
      <w:tblPr>
        <w:tblStyle w:val="TableGrid"/>
        <w:tblW w:w="9540" w:type="dxa"/>
        <w:tblInd w:w="-275" w:type="dxa"/>
        <w:tblLayout w:type="fixed"/>
        <w:tblLook w:val="04A0" w:firstRow="1" w:lastRow="0" w:firstColumn="1" w:lastColumn="0" w:noHBand="0" w:noVBand="1"/>
      </w:tblPr>
      <w:tblGrid>
        <w:gridCol w:w="3690"/>
        <w:gridCol w:w="3420"/>
        <w:gridCol w:w="1260"/>
        <w:gridCol w:w="1170"/>
      </w:tblGrid>
      <w:tr w:rsidR="003F1107" w:rsidRPr="002F5D52" w14:paraId="3DD777AF" w14:textId="77777777" w:rsidTr="00141E3C">
        <w:trPr>
          <w:trHeight w:val="300"/>
        </w:trPr>
        <w:tc>
          <w:tcPr>
            <w:tcW w:w="9540" w:type="dxa"/>
            <w:gridSpan w:val="4"/>
            <w:vAlign w:val="center"/>
          </w:tcPr>
          <w:p w14:paraId="4BBA1C2B" w14:textId="490DC838" w:rsidR="003F1107" w:rsidRPr="002F5D52" w:rsidRDefault="003F1107" w:rsidP="003F1107">
            <w:pPr>
              <w:jc w:val="center"/>
              <w:rPr>
                <w:rFonts w:ascii="Times New Roman" w:hAnsi="Times New Roman" w:cs="Times New Roman"/>
                <w:b/>
              </w:rPr>
            </w:pPr>
            <w:r w:rsidRPr="002F5D52">
              <w:rPr>
                <w:rFonts w:ascii="Times New Roman" w:hAnsi="Times New Roman" w:cs="Times New Roman"/>
                <w:b/>
              </w:rPr>
              <w:t xml:space="preserve">RUN </w:t>
            </w:r>
            <w:r w:rsidR="006F36C0">
              <w:rPr>
                <w:rFonts w:ascii="Times New Roman" w:hAnsi="Times New Roman" w:cs="Times New Roman"/>
                <w:b/>
              </w:rPr>
              <w:t>8</w:t>
            </w:r>
          </w:p>
        </w:tc>
      </w:tr>
      <w:tr w:rsidR="003F1107" w:rsidRPr="002F5D52" w14:paraId="2EFFE23A" w14:textId="77777777" w:rsidTr="00D54C4B">
        <w:trPr>
          <w:trHeight w:val="300"/>
        </w:trPr>
        <w:tc>
          <w:tcPr>
            <w:tcW w:w="3690" w:type="dxa"/>
          </w:tcPr>
          <w:p w14:paraId="0CE7121A" w14:textId="77777777" w:rsidR="003F1107" w:rsidRPr="002F5D52" w:rsidRDefault="003F1107" w:rsidP="003F1107">
            <w:pPr>
              <w:rPr>
                <w:rFonts w:ascii="Times New Roman" w:hAnsi="Times New Roman" w:cs="Times New Roman"/>
                <w:b/>
                <w:bCs/>
              </w:rPr>
            </w:pPr>
            <w:r w:rsidRPr="002F5D52">
              <w:rPr>
                <w:rFonts w:ascii="Times New Roman" w:hAnsi="Times New Roman" w:cs="Times New Roman"/>
                <w:b/>
                <w:bCs/>
              </w:rPr>
              <w:t>NAVAHCS</w:t>
            </w:r>
          </w:p>
          <w:p w14:paraId="17AE2BFD"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Clinical Laboratory</w:t>
            </w:r>
          </w:p>
          <w:p w14:paraId="0FDA59C3"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B164, Room 115</w:t>
            </w:r>
          </w:p>
          <w:p w14:paraId="46B240F1"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500 N. Highway 89</w:t>
            </w:r>
          </w:p>
          <w:p w14:paraId="3F7232BF"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Prescott, AZ 86313</w:t>
            </w:r>
          </w:p>
          <w:p w14:paraId="0BF5392C" w14:textId="34FE0F18" w:rsidR="003F1107" w:rsidRPr="002F5D52" w:rsidRDefault="003F1107" w:rsidP="003F1107">
            <w:pPr>
              <w:rPr>
                <w:rFonts w:ascii="Times New Roman" w:hAnsi="Times New Roman" w:cs="Times New Roman"/>
              </w:rPr>
            </w:pPr>
            <w:r w:rsidRPr="002F5D52">
              <w:rPr>
                <w:rFonts w:ascii="Times New Roman" w:hAnsi="Times New Roman" w:cs="Times New Roman"/>
              </w:rPr>
              <w:t>Sunday – Saturday (including Federal Holidays)</w:t>
            </w:r>
          </w:p>
          <w:p w14:paraId="44689A76" w14:textId="230827AD" w:rsidR="003F1107" w:rsidRPr="002F5D52" w:rsidRDefault="003F1107" w:rsidP="003F1107">
            <w:pPr>
              <w:rPr>
                <w:rFonts w:ascii="Times New Roman" w:hAnsi="Times New Roman" w:cs="Times New Roman"/>
              </w:rPr>
            </w:pPr>
            <w:r w:rsidRPr="002F5D52">
              <w:rPr>
                <w:rFonts w:ascii="Times New Roman" w:hAnsi="Times New Roman" w:cs="Times New Roman"/>
              </w:rPr>
              <w:t>Pick-up: 6:00pm</w:t>
            </w:r>
          </w:p>
        </w:tc>
        <w:tc>
          <w:tcPr>
            <w:tcW w:w="3420" w:type="dxa"/>
          </w:tcPr>
          <w:p w14:paraId="7BFA7861" w14:textId="77777777" w:rsidR="003F1107" w:rsidRPr="002F5D52" w:rsidRDefault="003F1107" w:rsidP="003F1107">
            <w:pPr>
              <w:rPr>
                <w:rFonts w:ascii="Times New Roman" w:hAnsi="Times New Roman" w:cs="Times New Roman"/>
                <w:b/>
                <w:bCs/>
              </w:rPr>
            </w:pPr>
            <w:r w:rsidRPr="002F5D52">
              <w:rPr>
                <w:rFonts w:ascii="Times New Roman" w:hAnsi="Times New Roman" w:cs="Times New Roman"/>
                <w:b/>
                <w:bCs/>
              </w:rPr>
              <w:t>PVAHCS</w:t>
            </w:r>
          </w:p>
          <w:p w14:paraId="52E9276F"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Clinical Laboratory</w:t>
            </w:r>
          </w:p>
          <w:p w14:paraId="559AB373"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Carl T. Hayden VA Medical Center</w:t>
            </w:r>
          </w:p>
          <w:p w14:paraId="2AE332B9"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650 E. Indian School Rd.,</w:t>
            </w:r>
          </w:p>
          <w:p w14:paraId="691DA4EB"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Phoenix, AZ 85012</w:t>
            </w:r>
          </w:p>
          <w:p w14:paraId="59DC94AD" w14:textId="4D9EA7AA" w:rsidR="003F1107" w:rsidRPr="002F5D52" w:rsidRDefault="003F1107" w:rsidP="003F1107">
            <w:pPr>
              <w:rPr>
                <w:rFonts w:ascii="Times New Roman" w:hAnsi="Times New Roman" w:cs="Times New Roman"/>
              </w:rPr>
            </w:pPr>
            <w:r w:rsidRPr="002F5D52">
              <w:rPr>
                <w:rFonts w:ascii="Times New Roman" w:hAnsi="Times New Roman" w:cs="Times New Roman"/>
              </w:rPr>
              <w:t>Delivery: No later than 8:30pm</w:t>
            </w:r>
          </w:p>
        </w:tc>
        <w:tc>
          <w:tcPr>
            <w:tcW w:w="1260" w:type="dxa"/>
          </w:tcPr>
          <w:p w14:paraId="7E40A13D"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366 runs/year</w:t>
            </w:r>
          </w:p>
        </w:tc>
        <w:tc>
          <w:tcPr>
            <w:tcW w:w="1170" w:type="dxa"/>
          </w:tcPr>
          <w:p w14:paraId="10768CAF" w14:textId="7F1D0F37" w:rsidR="003F1107" w:rsidRPr="002F5D52" w:rsidRDefault="003F1107" w:rsidP="003F1107">
            <w:pPr>
              <w:rPr>
                <w:rFonts w:ascii="Times New Roman" w:hAnsi="Times New Roman" w:cs="Times New Roman"/>
              </w:rPr>
            </w:pPr>
            <w:r w:rsidRPr="002F5D52">
              <w:rPr>
                <w:rFonts w:ascii="Times New Roman" w:hAnsi="Times New Roman" w:cs="Times New Roman"/>
              </w:rPr>
              <w:t>Lab</w:t>
            </w:r>
          </w:p>
        </w:tc>
      </w:tr>
    </w:tbl>
    <w:p w14:paraId="2F788F83" w14:textId="77777777" w:rsidR="00C10E59" w:rsidRPr="002F5D52" w:rsidRDefault="00C10E59">
      <w:pPr>
        <w:rPr>
          <w:rFonts w:ascii="Times New Roman" w:hAnsi="Times New Roman" w:cs="Times New Roman"/>
        </w:rPr>
      </w:pPr>
    </w:p>
    <w:tbl>
      <w:tblPr>
        <w:tblStyle w:val="TableGrid"/>
        <w:tblW w:w="9540" w:type="dxa"/>
        <w:tblInd w:w="-275" w:type="dxa"/>
        <w:tblLayout w:type="fixed"/>
        <w:tblLook w:val="04A0" w:firstRow="1" w:lastRow="0" w:firstColumn="1" w:lastColumn="0" w:noHBand="0" w:noVBand="1"/>
      </w:tblPr>
      <w:tblGrid>
        <w:gridCol w:w="3690"/>
        <w:gridCol w:w="3420"/>
        <w:gridCol w:w="1260"/>
        <w:gridCol w:w="1170"/>
      </w:tblGrid>
      <w:tr w:rsidR="003F1107" w:rsidRPr="002F5D52" w14:paraId="3110B432" w14:textId="77777777" w:rsidTr="00141E3C">
        <w:trPr>
          <w:trHeight w:val="300"/>
        </w:trPr>
        <w:tc>
          <w:tcPr>
            <w:tcW w:w="9540" w:type="dxa"/>
            <w:gridSpan w:val="4"/>
            <w:vAlign w:val="center"/>
          </w:tcPr>
          <w:p w14:paraId="0E175B28" w14:textId="2C1F00A2" w:rsidR="003F1107" w:rsidRPr="002F5D52" w:rsidRDefault="003F1107" w:rsidP="003F1107">
            <w:pPr>
              <w:jc w:val="center"/>
              <w:rPr>
                <w:rFonts w:ascii="Times New Roman" w:hAnsi="Times New Roman" w:cs="Times New Roman"/>
                <w:b/>
              </w:rPr>
            </w:pPr>
            <w:r w:rsidRPr="002F5D52">
              <w:rPr>
                <w:rFonts w:ascii="Times New Roman" w:hAnsi="Times New Roman" w:cs="Times New Roman"/>
                <w:b/>
              </w:rPr>
              <w:t xml:space="preserve">RUN </w:t>
            </w:r>
            <w:r w:rsidR="006F36C0">
              <w:rPr>
                <w:rFonts w:ascii="Times New Roman" w:hAnsi="Times New Roman" w:cs="Times New Roman"/>
                <w:b/>
              </w:rPr>
              <w:t>9</w:t>
            </w:r>
          </w:p>
        </w:tc>
      </w:tr>
      <w:tr w:rsidR="003F1107" w:rsidRPr="002F5D52" w14:paraId="1822A012" w14:textId="77777777" w:rsidTr="00D54C4B">
        <w:trPr>
          <w:trHeight w:val="300"/>
        </w:trPr>
        <w:tc>
          <w:tcPr>
            <w:tcW w:w="3690" w:type="dxa"/>
          </w:tcPr>
          <w:p w14:paraId="29969DF1" w14:textId="77777777" w:rsidR="003F1107" w:rsidRPr="002F5D52" w:rsidRDefault="003F1107" w:rsidP="003F1107">
            <w:pPr>
              <w:rPr>
                <w:rFonts w:ascii="Times New Roman" w:hAnsi="Times New Roman" w:cs="Times New Roman"/>
                <w:b/>
                <w:bCs/>
              </w:rPr>
            </w:pPr>
            <w:r w:rsidRPr="002F5D52">
              <w:rPr>
                <w:rFonts w:ascii="Times New Roman" w:hAnsi="Times New Roman" w:cs="Times New Roman"/>
                <w:b/>
                <w:bCs/>
              </w:rPr>
              <w:t>PVAHCS</w:t>
            </w:r>
          </w:p>
          <w:p w14:paraId="1235FC59"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Clinical Laboratory</w:t>
            </w:r>
          </w:p>
          <w:p w14:paraId="3C1E94FC"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Carl T. Hayden VA Medical Center</w:t>
            </w:r>
          </w:p>
          <w:p w14:paraId="7C46594A"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650 E Indian School Rd.</w:t>
            </w:r>
          </w:p>
          <w:p w14:paraId="31DC729B"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Phoenix, AZ 85012</w:t>
            </w:r>
          </w:p>
          <w:p w14:paraId="440F6460" w14:textId="3FCEA1BA" w:rsidR="003F1107" w:rsidRPr="002F5D52" w:rsidRDefault="003F1107" w:rsidP="003F1107">
            <w:pPr>
              <w:rPr>
                <w:rFonts w:ascii="Times New Roman" w:hAnsi="Times New Roman" w:cs="Times New Roman"/>
              </w:rPr>
            </w:pPr>
            <w:r w:rsidRPr="002F5D52">
              <w:rPr>
                <w:rFonts w:ascii="Times New Roman" w:hAnsi="Times New Roman" w:cs="Times New Roman"/>
              </w:rPr>
              <w:lastRenderedPageBreak/>
              <w:t>Monday-Friday excluding Federal Holidays</w:t>
            </w:r>
          </w:p>
          <w:p w14:paraId="1D8A9D9B"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Pickup:  10:00- 10:30 am</w:t>
            </w:r>
          </w:p>
        </w:tc>
        <w:tc>
          <w:tcPr>
            <w:tcW w:w="3420" w:type="dxa"/>
          </w:tcPr>
          <w:p w14:paraId="69CCF7E8" w14:textId="77777777" w:rsidR="003F1107" w:rsidRPr="002F5D52" w:rsidRDefault="003F1107" w:rsidP="003F1107">
            <w:pPr>
              <w:rPr>
                <w:rFonts w:ascii="Times New Roman" w:hAnsi="Times New Roman" w:cs="Times New Roman"/>
                <w:b/>
                <w:bCs/>
              </w:rPr>
            </w:pPr>
            <w:r w:rsidRPr="002F5D52">
              <w:rPr>
                <w:rFonts w:ascii="Times New Roman" w:hAnsi="Times New Roman" w:cs="Times New Roman"/>
                <w:b/>
                <w:bCs/>
              </w:rPr>
              <w:lastRenderedPageBreak/>
              <w:t>SAVAHCS</w:t>
            </w:r>
          </w:p>
          <w:p w14:paraId="774F6CC0"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Clinical Laboratory</w:t>
            </w:r>
          </w:p>
          <w:p w14:paraId="3D0BEA0D"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Southern Arizona VA Health Care</w:t>
            </w:r>
          </w:p>
          <w:p w14:paraId="0D1EC892"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3601 S. 6</w:t>
            </w:r>
            <w:r w:rsidRPr="002F5D52">
              <w:rPr>
                <w:rFonts w:ascii="Times New Roman" w:hAnsi="Times New Roman" w:cs="Times New Roman"/>
                <w:vertAlign w:val="superscript"/>
              </w:rPr>
              <w:t>th</w:t>
            </w:r>
            <w:r w:rsidRPr="002F5D52">
              <w:rPr>
                <w:rFonts w:ascii="Times New Roman" w:hAnsi="Times New Roman" w:cs="Times New Roman"/>
              </w:rPr>
              <w:t xml:space="preserve"> Ave.</w:t>
            </w:r>
          </w:p>
          <w:p w14:paraId="71014654"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Tucson, AZ 85723</w:t>
            </w:r>
          </w:p>
          <w:p w14:paraId="4EDDD1CA"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lastRenderedPageBreak/>
              <w:t>Delivery:  No later than 1:00pm</w:t>
            </w:r>
          </w:p>
          <w:p w14:paraId="4356749D" w14:textId="77777777" w:rsidR="003F1107" w:rsidRPr="002F5D52" w:rsidRDefault="003F1107" w:rsidP="003F1107">
            <w:pPr>
              <w:rPr>
                <w:rFonts w:ascii="Times New Roman" w:hAnsi="Times New Roman" w:cs="Times New Roman"/>
              </w:rPr>
            </w:pPr>
          </w:p>
        </w:tc>
        <w:tc>
          <w:tcPr>
            <w:tcW w:w="1260" w:type="dxa"/>
          </w:tcPr>
          <w:p w14:paraId="66C471B1"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lastRenderedPageBreak/>
              <w:t>250 runs/year</w:t>
            </w:r>
          </w:p>
          <w:p w14:paraId="194A7828" w14:textId="77777777" w:rsidR="003F1107" w:rsidRPr="002F5D52" w:rsidRDefault="003F1107" w:rsidP="003F1107">
            <w:pPr>
              <w:rPr>
                <w:rFonts w:ascii="Times New Roman" w:hAnsi="Times New Roman" w:cs="Times New Roman"/>
              </w:rPr>
            </w:pPr>
          </w:p>
        </w:tc>
        <w:tc>
          <w:tcPr>
            <w:tcW w:w="1170" w:type="dxa"/>
          </w:tcPr>
          <w:p w14:paraId="58F05CBD" w14:textId="2BC294A6" w:rsidR="003F1107" w:rsidRPr="002F5D52" w:rsidRDefault="003F1107" w:rsidP="003F1107">
            <w:pPr>
              <w:rPr>
                <w:rFonts w:ascii="Times New Roman" w:hAnsi="Times New Roman" w:cs="Times New Roman"/>
              </w:rPr>
            </w:pPr>
            <w:r w:rsidRPr="002F5D52">
              <w:rPr>
                <w:rFonts w:ascii="Times New Roman" w:hAnsi="Times New Roman" w:cs="Times New Roman"/>
              </w:rPr>
              <w:t>Lab</w:t>
            </w:r>
          </w:p>
        </w:tc>
      </w:tr>
    </w:tbl>
    <w:p w14:paraId="3F266EA7" w14:textId="77777777" w:rsidR="00C10E59" w:rsidRPr="002F5D52" w:rsidRDefault="00C10E59">
      <w:pPr>
        <w:rPr>
          <w:rFonts w:ascii="Times New Roman" w:hAnsi="Times New Roman" w:cs="Times New Roman"/>
        </w:rPr>
      </w:pPr>
    </w:p>
    <w:tbl>
      <w:tblPr>
        <w:tblStyle w:val="TableGrid"/>
        <w:tblW w:w="9540" w:type="dxa"/>
        <w:tblInd w:w="-275" w:type="dxa"/>
        <w:tblLayout w:type="fixed"/>
        <w:tblLook w:val="04A0" w:firstRow="1" w:lastRow="0" w:firstColumn="1" w:lastColumn="0" w:noHBand="0" w:noVBand="1"/>
      </w:tblPr>
      <w:tblGrid>
        <w:gridCol w:w="3690"/>
        <w:gridCol w:w="3420"/>
        <w:gridCol w:w="1260"/>
        <w:gridCol w:w="1170"/>
      </w:tblGrid>
      <w:tr w:rsidR="003F1107" w:rsidRPr="002F5D52" w14:paraId="1BEFD625" w14:textId="77777777" w:rsidTr="00141E3C">
        <w:trPr>
          <w:trHeight w:val="300"/>
        </w:trPr>
        <w:tc>
          <w:tcPr>
            <w:tcW w:w="9540" w:type="dxa"/>
            <w:gridSpan w:val="4"/>
            <w:vAlign w:val="center"/>
          </w:tcPr>
          <w:p w14:paraId="68DDB183" w14:textId="7D992790" w:rsidR="003F1107" w:rsidRPr="002F5D52" w:rsidRDefault="003F1107" w:rsidP="003F1107">
            <w:pPr>
              <w:jc w:val="center"/>
              <w:rPr>
                <w:rFonts w:ascii="Times New Roman" w:hAnsi="Times New Roman" w:cs="Times New Roman"/>
                <w:b/>
              </w:rPr>
            </w:pPr>
            <w:r w:rsidRPr="002F5D52">
              <w:rPr>
                <w:rFonts w:ascii="Times New Roman" w:hAnsi="Times New Roman" w:cs="Times New Roman"/>
                <w:b/>
              </w:rPr>
              <w:t>RUN 1</w:t>
            </w:r>
            <w:r w:rsidR="006F36C0">
              <w:rPr>
                <w:rFonts w:ascii="Times New Roman" w:hAnsi="Times New Roman" w:cs="Times New Roman"/>
                <w:b/>
              </w:rPr>
              <w:t>0</w:t>
            </w:r>
          </w:p>
        </w:tc>
      </w:tr>
      <w:tr w:rsidR="003F1107" w:rsidRPr="002F5D52" w14:paraId="1A65B55C" w14:textId="77777777" w:rsidTr="00D54C4B">
        <w:trPr>
          <w:trHeight w:val="300"/>
        </w:trPr>
        <w:tc>
          <w:tcPr>
            <w:tcW w:w="3690" w:type="dxa"/>
          </w:tcPr>
          <w:p w14:paraId="03638B1D" w14:textId="77777777" w:rsidR="003F1107" w:rsidRPr="002F5D52" w:rsidRDefault="003F1107" w:rsidP="003F1107">
            <w:pPr>
              <w:rPr>
                <w:rFonts w:ascii="Times New Roman" w:hAnsi="Times New Roman" w:cs="Times New Roman"/>
                <w:b/>
                <w:bCs/>
              </w:rPr>
            </w:pPr>
            <w:r w:rsidRPr="002F5D52">
              <w:rPr>
                <w:rFonts w:ascii="Times New Roman" w:hAnsi="Times New Roman" w:cs="Times New Roman"/>
                <w:b/>
                <w:bCs/>
              </w:rPr>
              <w:t>SAVAHCS</w:t>
            </w:r>
          </w:p>
          <w:p w14:paraId="1CDC9055"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Clinical Laboratory</w:t>
            </w:r>
          </w:p>
          <w:p w14:paraId="5499DA94"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Southern Arizona VA Health Care</w:t>
            </w:r>
          </w:p>
          <w:p w14:paraId="2D634778"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3601 S. 6</w:t>
            </w:r>
            <w:r w:rsidRPr="002F5D52">
              <w:rPr>
                <w:rFonts w:ascii="Times New Roman" w:hAnsi="Times New Roman" w:cs="Times New Roman"/>
                <w:vertAlign w:val="superscript"/>
              </w:rPr>
              <w:t>th</w:t>
            </w:r>
            <w:r w:rsidRPr="002F5D52">
              <w:rPr>
                <w:rFonts w:ascii="Times New Roman" w:hAnsi="Times New Roman" w:cs="Times New Roman"/>
              </w:rPr>
              <w:t xml:space="preserve"> Ave.</w:t>
            </w:r>
          </w:p>
          <w:p w14:paraId="54B9890E"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Tucson, AZ 85723</w:t>
            </w:r>
          </w:p>
          <w:p w14:paraId="5F056923" w14:textId="5B94A537" w:rsidR="003F1107" w:rsidRPr="002F5D52" w:rsidRDefault="003F1107" w:rsidP="003F1107">
            <w:pPr>
              <w:rPr>
                <w:rFonts w:ascii="Times New Roman" w:hAnsi="Times New Roman" w:cs="Times New Roman"/>
              </w:rPr>
            </w:pPr>
            <w:r w:rsidRPr="002F5D52">
              <w:rPr>
                <w:rFonts w:ascii="Times New Roman" w:hAnsi="Times New Roman" w:cs="Times New Roman"/>
              </w:rPr>
              <w:t>Monday-Friday excluding Federal Holidays</w:t>
            </w:r>
          </w:p>
          <w:p w14:paraId="6D9F5694" w14:textId="7934EE71" w:rsidR="003F1107" w:rsidRPr="002F5D52" w:rsidRDefault="003F1107" w:rsidP="003F1107">
            <w:pPr>
              <w:rPr>
                <w:rFonts w:ascii="Times New Roman" w:hAnsi="Times New Roman" w:cs="Times New Roman"/>
              </w:rPr>
            </w:pPr>
            <w:r w:rsidRPr="002F5D52">
              <w:rPr>
                <w:rFonts w:ascii="Times New Roman" w:hAnsi="Times New Roman" w:cs="Times New Roman"/>
              </w:rPr>
              <w:t>Pickup: 1:00pm-1:30pm</w:t>
            </w:r>
          </w:p>
        </w:tc>
        <w:tc>
          <w:tcPr>
            <w:tcW w:w="3420" w:type="dxa"/>
          </w:tcPr>
          <w:p w14:paraId="14C95711" w14:textId="77777777" w:rsidR="003F1107" w:rsidRPr="002F5D52" w:rsidRDefault="003F1107" w:rsidP="003F1107">
            <w:pPr>
              <w:rPr>
                <w:rFonts w:ascii="Times New Roman" w:hAnsi="Times New Roman" w:cs="Times New Roman"/>
                <w:b/>
                <w:bCs/>
              </w:rPr>
            </w:pPr>
            <w:r w:rsidRPr="002F5D52">
              <w:rPr>
                <w:rFonts w:ascii="Times New Roman" w:hAnsi="Times New Roman" w:cs="Times New Roman"/>
                <w:b/>
                <w:bCs/>
              </w:rPr>
              <w:t>PVAHCS</w:t>
            </w:r>
          </w:p>
          <w:p w14:paraId="0B1DDEDA"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Clinical Laboratory</w:t>
            </w:r>
          </w:p>
          <w:p w14:paraId="13FB031A"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Carl T. Hayden VA Medical Center</w:t>
            </w:r>
          </w:p>
          <w:p w14:paraId="1FB2AEE0"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650 E Indian School Rd.</w:t>
            </w:r>
          </w:p>
          <w:p w14:paraId="24EB8438"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Phoenix, AZ 85012</w:t>
            </w:r>
          </w:p>
          <w:p w14:paraId="1CB21B5B" w14:textId="38674CE8" w:rsidR="003F1107" w:rsidRPr="002F5D52" w:rsidRDefault="003F1107" w:rsidP="003F1107">
            <w:pPr>
              <w:rPr>
                <w:rFonts w:ascii="Times New Roman" w:hAnsi="Times New Roman" w:cs="Times New Roman"/>
              </w:rPr>
            </w:pPr>
            <w:r w:rsidRPr="002F5D52">
              <w:rPr>
                <w:rFonts w:ascii="Times New Roman" w:hAnsi="Times New Roman" w:cs="Times New Roman"/>
              </w:rPr>
              <w:t>Delivery:  No later than 4:00 pm</w:t>
            </w:r>
          </w:p>
        </w:tc>
        <w:tc>
          <w:tcPr>
            <w:tcW w:w="1260" w:type="dxa"/>
          </w:tcPr>
          <w:p w14:paraId="77D0399D" w14:textId="77777777" w:rsidR="003F1107" w:rsidRPr="002F5D52" w:rsidRDefault="003F1107" w:rsidP="003F1107">
            <w:pPr>
              <w:rPr>
                <w:rFonts w:ascii="Times New Roman" w:hAnsi="Times New Roman" w:cs="Times New Roman"/>
              </w:rPr>
            </w:pPr>
            <w:r w:rsidRPr="002F5D52">
              <w:rPr>
                <w:rFonts w:ascii="Times New Roman" w:hAnsi="Times New Roman" w:cs="Times New Roman"/>
              </w:rPr>
              <w:t>250 runs/year</w:t>
            </w:r>
          </w:p>
          <w:p w14:paraId="0A3F27C9" w14:textId="77777777" w:rsidR="003F1107" w:rsidRPr="002F5D52" w:rsidRDefault="003F1107" w:rsidP="003F1107">
            <w:pPr>
              <w:rPr>
                <w:rFonts w:ascii="Times New Roman" w:hAnsi="Times New Roman" w:cs="Times New Roman"/>
              </w:rPr>
            </w:pPr>
          </w:p>
        </w:tc>
        <w:tc>
          <w:tcPr>
            <w:tcW w:w="1170" w:type="dxa"/>
          </w:tcPr>
          <w:p w14:paraId="33E6054A" w14:textId="1D9D0356" w:rsidR="003F1107" w:rsidRPr="002F5D52" w:rsidRDefault="003F1107" w:rsidP="003F1107">
            <w:pPr>
              <w:rPr>
                <w:rFonts w:ascii="Times New Roman" w:hAnsi="Times New Roman" w:cs="Times New Roman"/>
              </w:rPr>
            </w:pPr>
            <w:r w:rsidRPr="002F5D52">
              <w:rPr>
                <w:rFonts w:ascii="Times New Roman" w:hAnsi="Times New Roman" w:cs="Times New Roman"/>
              </w:rPr>
              <w:t>Lab</w:t>
            </w:r>
          </w:p>
        </w:tc>
      </w:tr>
    </w:tbl>
    <w:p w14:paraId="11B7B900" w14:textId="77777777" w:rsidR="00C10E59" w:rsidRPr="002F5D52" w:rsidRDefault="00C10E59">
      <w:pPr>
        <w:rPr>
          <w:rFonts w:ascii="Times New Roman" w:hAnsi="Times New Roman" w:cs="Times New Roman"/>
        </w:rPr>
      </w:pPr>
    </w:p>
    <w:tbl>
      <w:tblPr>
        <w:tblStyle w:val="TableGrid"/>
        <w:tblW w:w="9540" w:type="dxa"/>
        <w:tblInd w:w="-275" w:type="dxa"/>
        <w:tblLayout w:type="fixed"/>
        <w:tblLook w:val="04A0" w:firstRow="1" w:lastRow="0" w:firstColumn="1" w:lastColumn="0" w:noHBand="0" w:noVBand="1"/>
      </w:tblPr>
      <w:tblGrid>
        <w:gridCol w:w="9540"/>
      </w:tblGrid>
      <w:tr w:rsidR="00252B97" w:rsidRPr="001E5783" w14:paraId="687EDD60" w14:textId="77777777" w:rsidTr="00606590">
        <w:trPr>
          <w:trHeight w:val="300"/>
        </w:trPr>
        <w:tc>
          <w:tcPr>
            <w:tcW w:w="9540" w:type="dxa"/>
            <w:tcBorders>
              <w:bottom w:val="single" w:sz="4" w:space="0" w:color="auto"/>
            </w:tcBorders>
          </w:tcPr>
          <w:p w14:paraId="7A023E2B" w14:textId="219B4169" w:rsidR="00252B97" w:rsidRDefault="00252B97" w:rsidP="001C68B8">
            <w:pPr>
              <w:jc w:val="center"/>
              <w:rPr>
                <w:rFonts w:ascii="Times New Roman" w:hAnsi="Times New Roman"/>
                <w:b/>
                <w:bCs/>
                <w:sz w:val="28"/>
                <w:szCs w:val="28"/>
              </w:rPr>
            </w:pPr>
            <w:r w:rsidRPr="00A06581">
              <w:rPr>
                <w:rFonts w:ascii="Times New Roman" w:hAnsi="Times New Roman"/>
                <w:b/>
                <w:bCs/>
                <w:sz w:val="28"/>
                <w:szCs w:val="28"/>
              </w:rPr>
              <w:t xml:space="preserve">NAVAHCS </w:t>
            </w:r>
            <w:r w:rsidR="00C00119">
              <w:rPr>
                <w:rFonts w:ascii="Times New Roman" w:hAnsi="Times New Roman"/>
                <w:b/>
                <w:bCs/>
                <w:sz w:val="28"/>
                <w:szCs w:val="28"/>
              </w:rPr>
              <w:t xml:space="preserve">As Needed / </w:t>
            </w:r>
            <w:r w:rsidRPr="00A06581">
              <w:rPr>
                <w:rFonts w:ascii="Times New Roman" w:hAnsi="Times New Roman"/>
                <w:b/>
                <w:bCs/>
                <w:sz w:val="28"/>
                <w:szCs w:val="28"/>
              </w:rPr>
              <w:t xml:space="preserve">STAT </w:t>
            </w:r>
            <w:r>
              <w:rPr>
                <w:rFonts w:ascii="Times New Roman" w:hAnsi="Times New Roman"/>
                <w:b/>
                <w:bCs/>
                <w:sz w:val="28"/>
                <w:szCs w:val="28"/>
              </w:rPr>
              <w:t>runs</w:t>
            </w:r>
          </w:p>
          <w:p w14:paraId="089F7602" w14:textId="4B2BF2E9" w:rsidR="00252B97" w:rsidRPr="00B62901" w:rsidRDefault="00252B97" w:rsidP="00B62901">
            <w:pPr>
              <w:jc w:val="center"/>
              <w:rPr>
                <w:rFonts w:ascii="Times New Roman" w:hAnsi="Times New Roman"/>
                <w:b/>
                <w:bCs/>
                <w:sz w:val="28"/>
                <w:szCs w:val="28"/>
              </w:rPr>
            </w:pPr>
            <w:r>
              <w:rPr>
                <w:rFonts w:ascii="Times New Roman" w:hAnsi="Times New Roman"/>
                <w:b/>
                <w:bCs/>
                <w:sz w:val="28"/>
                <w:szCs w:val="28"/>
              </w:rPr>
              <w:t>These courier runs 12 – 1</w:t>
            </w:r>
            <w:r w:rsidR="00E41E1D">
              <w:rPr>
                <w:rFonts w:ascii="Times New Roman" w:hAnsi="Times New Roman"/>
                <w:b/>
                <w:bCs/>
                <w:sz w:val="28"/>
                <w:szCs w:val="28"/>
              </w:rPr>
              <w:t>5</w:t>
            </w:r>
            <w:r>
              <w:rPr>
                <w:rFonts w:ascii="Times New Roman" w:hAnsi="Times New Roman"/>
                <w:b/>
                <w:bCs/>
                <w:sz w:val="28"/>
                <w:szCs w:val="28"/>
              </w:rPr>
              <w:t xml:space="preserve"> can be one-way or round trip, as needed trips, and must be scheduled with 60 minutes of vendor notification.</w:t>
            </w:r>
          </w:p>
        </w:tc>
      </w:tr>
      <w:tr w:rsidR="003F1107" w:rsidRPr="002F5D52" w14:paraId="5079D33B" w14:textId="77777777" w:rsidTr="00606590">
        <w:trPr>
          <w:trHeight w:val="300"/>
        </w:trPr>
        <w:tc>
          <w:tcPr>
            <w:tcW w:w="9540" w:type="dxa"/>
            <w:tcBorders>
              <w:bottom w:val="single" w:sz="4" w:space="0" w:color="auto"/>
            </w:tcBorders>
            <w:vAlign w:val="center"/>
          </w:tcPr>
          <w:p w14:paraId="5AF6FDF7" w14:textId="5DEFDC83" w:rsidR="003F1107" w:rsidRPr="002F5D52" w:rsidRDefault="003F1107" w:rsidP="003F1107">
            <w:pPr>
              <w:jc w:val="center"/>
              <w:rPr>
                <w:rFonts w:ascii="Times New Roman" w:hAnsi="Times New Roman" w:cs="Times New Roman"/>
                <w:b/>
              </w:rPr>
            </w:pPr>
            <w:r w:rsidRPr="002F5D52">
              <w:rPr>
                <w:rFonts w:ascii="Times New Roman" w:hAnsi="Times New Roman" w:cs="Times New Roman"/>
                <w:b/>
              </w:rPr>
              <w:t>RUN 1</w:t>
            </w:r>
            <w:r w:rsidR="006F36C0">
              <w:rPr>
                <w:rFonts w:ascii="Times New Roman" w:hAnsi="Times New Roman" w:cs="Times New Roman"/>
                <w:b/>
              </w:rPr>
              <w:t>1</w:t>
            </w:r>
          </w:p>
        </w:tc>
      </w:tr>
    </w:tbl>
    <w:tbl>
      <w:tblPr>
        <w:tblStyle w:val="TableGrid2"/>
        <w:tblW w:w="9540" w:type="dxa"/>
        <w:tblInd w:w="-275" w:type="dxa"/>
        <w:tblBorders>
          <w:top w:val="none" w:sz="0" w:space="0" w:color="auto"/>
        </w:tblBorders>
        <w:tblLayout w:type="fixed"/>
        <w:tblLook w:val="04A0" w:firstRow="1" w:lastRow="0" w:firstColumn="1" w:lastColumn="0" w:noHBand="0" w:noVBand="1"/>
      </w:tblPr>
      <w:tblGrid>
        <w:gridCol w:w="3600"/>
        <w:gridCol w:w="3420"/>
        <w:gridCol w:w="1260"/>
        <w:gridCol w:w="1260"/>
      </w:tblGrid>
      <w:tr w:rsidR="00A06581" w:rsidRPr="002F5D52" w14:paraId="586FFDB2" w14:textId="77777777" w:rsidTr="00606590">
        <w:tc>
          <w:tcPr>
            <w:tcW w:w="3600" w:type="dxa"/>
          </w:tcPr>
          <w:p w14:paraId="18F51419" w14:textId="77777777" w:rsidR="00A06581" w:rsidRPr="002F5D52" w:rsidRDefault="00A06581" w:rsidP="00C03858">
            <w:pPr>
              <w:rPr>
                <w:rFonts w:ascii="Times New Roman" w:hAnsi="Times New Roman" w:cs="Times New Roman"/>
                <w:b/>
                <w:bCs/>
              </w:rPr>
            </w:pPr>
            <w:r w:rsidRPr="002F5D52">
              <w:rPr>
                <w:rFonts w:ascii="Times New Roman" w:hAnsi="Times New Roman" w:cs="Times New Roman"/>
                <w:b/>
                <w:bCs/>
              </w:rPr>
              <w:t>NAVAHCS</w:t>
            </w:r>
          </w:p>
          <w:p w14:paraId="0D10BE6E"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Clinical Laboratory</w:t>
            </w:r>
          </w:p>
          <w:p w14:paraId="5666300A"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B164, Room 115</w:t>
            </w:r>
          </w:p>
          <w:p w14:paraId="294DE4AC"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500 N. Highway 89</w:t>
            </w:r>
          </w:p>
          <w:p w14:paraId="46C63DCC"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Prescott, AZ 86313</w:t>
            </w:r>
          </w:p>
          <w:p w14:paraId="3DC53830" w14:textId="3E3D9D7E" w:rsidR="00331568" w:rsidRPr="002F5D52" w:rsidRDefault="00331568" w:rsidP="00C03858">
            <w:pPr>
              <w:rPr>
                <w:rFonts w:ascii="Times New Roman" w:hAnsi="Times New Roman" w:cs="Times New Roman"/>
              </w:rPr>
            </w:pPr>
            <w:r w:rsidRPr="002F5D52">
              <w:rPr>
                <w:rFonts w:ascii="Times New Roman" w:hAnsi="Times New Roman" w:cs="Times New Roman"/>
              </w:rPr>
              <w:t>Days: Only as needed/requested (On-Call)</w:t>
            </w:r>
          </w:p>
        </w:tc>
        <w:tc>
          <w:tcPr>
            <w:tcW w:w="3420" w:type="dxa"/>
          </w:tcPr>
          <w:p w14:paraId="52096C91" w14:textId="77777777" w:rsidR="00A06581" w:rsidRPr="002F5D52" w:rsidRDefault="00A06581" w:rsidP="00C03858">
            <w:pPr>
              <w:rPr>
                <w:rFonts w:ascii="Times New Roman" w:hAnsi="Times New Roman" w:cs="Times New Roman"/>
                <w:b/>
                <w:bCs/>
              </w:rPr>
            </w:pPr>
            <w:r w:rsidRPr="002F5D52">
              <w:rPr>
                <w:rFonts w:ascii="Times New Roman" w:hAnsi="Times New Roman" w:cs="Times New Roman"/>
                <w:b/>
                <w:bCs/>
              </w:rPr>
              <w:t>PVAHCS</w:t>
            </w:r>
          </w:p>
          <w:p w14:paraId="4E96DC6E"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Carl T. Hayden VA Medical Center</w:t>
            </w:r>
          </w:p>
          <w:p w14:paraId="2DB52829" w14:textId="786B4AB3" w:rsidR="00EB635D" w:rsidRPr="002F5D52" w:rsidRDefault="00EB635D" w:rsidP="00C03858">
            <w:pPr>
              <w:rPr>
                <w:rFonts w:ascii="Times New Roman" w:hAnsi="Times New Roman" w:cs="Times New Roman"/>
              </w:rPr>
            </w:pPr>
            <w:r w:rsidRPr="002F5D52">
              <w:rPr>
                <w:rFonts w:ascii="Times New Roman" w:hAnsi="Times New Roman" w:cs="Times New Roman"/>
              </w:rPr>
              <w:t>Clinical Laboratory</w:t>
            </w:r>
          </w:p>
          <w:p w14:paraId="0C933511" w14:textId="5A1E15E7" w:rsidR="00A06581" w:rsidRPr="002F5D52" w:rsidRDefault="00A06581" w:rsidP="00C03858">
            <w:pPr>
              <w:rPr>
                <w:rFonts w:ascii="Times New Roman" w:hAnsi="Times New Roman" w:cs="Times New Roman"/>
              </w:rPr>
            </w:pPr>
            <w:r w:rsidRPr="002F5D52">
              <w:rPr>
                <w:rFonts w:ascii="Times New Roman" w:hAnsi="Times New Roman" w:cs="Times New Roman"/>
              </w:rPr>
              <w:t>650 E. Indian Rd</w:t>
            </w:r>
            <w:r w:rsidR="00EB635D" w:rsidRPr="002F5D52">
              <w:rPr>
                <w:rFonts w:ascii="Times New Roman" w:hAnsi="Times New Roman" w:cs="Times New Roman"/>
              </w:rPr>
              <w:t>.</w:t>
            </w:r>
          </w:p>
          <w:p w14:paraId="4B383E6B" w14:textId="772924CA" w:rsidR="00A06581" w:rsidRPr="002F5D52" w:rsidRDefault="00A06581" w:rsidP="00C03858">
            <w:pPr>
              <w:rPr>
                <w:rFonts w:ascii="Times New Roman" w:hAnsi="Times New Roman" w:cs="Times New Roman"/>
              </w:rPr>
            </w:pPr>
            <w:r w:rsidRPr="002F5D52">
              <w:rPr>
                <w:rFonts w:ascii="Times New Roman" w:hAnsi="Times New Roman" w:cs="Times New Roman"/>
              </w:rPr>
              <w:t>Phoenix, AZ 85012</w:t>
            </w:r>
          </w:p>
        </w:tc>
        <w:tc>
          <w:tcPr>
            <w:tcW w:w="1260" w:type="dxa"/>
          </w:tcPr>
          <w:p w14:paraId="47BF6A22"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50 runs/year</w:t>
            </w:r>
          </w:p>
        </w:tc>
        <w:tc>
          <w:tcPr>
            <w:tcW w:w="1260" w:type="dxa"/>
          </w:tcPr>
          <w:p w14:paraId="15577D56"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Lab</w:t>
            </w:r>
          </w:p>
        </w:tc>
      </w:tr>
    </w:tbl>
    <w:p w14:paraId="5040F5D0" w14:textId="77777777" w:rsidR="00C10E59" w:rsidRPr="002F5D52" w:rsidRDefault="00C10E59">
      <w:pPr>
        <w:rPr>
          <w:rFonts w:ascii="Times New Roman" w:hAnsi="Times New Roman" w:cs="Times New Roman"/>
        </w:rPr>
      </w:pPr>
    </w:p>
    <w:tbl>
      <w:tblPr>
        <w:tblStyle w:val="TableGrid"/>
        <w:tblW w:w="9540" w:type="dxa"/>
        <w:tblInd w:w="-275" w:type="dxa"/>
        <w:tblBorders>
          <w:bottom w:val="none" w:sz="0" w:space="0" w:color="auto"/>
          <w:insideH w:val="none" w:sz="0" w:space="0" w:color="auto"/>
          <w:insideV w:val="none" w:sz="0" w:space="0" w:color="auto"/>
        </w:tblBorders>
        <w:tblLayout w:type="fixed"/>
        <w:tblLook w:val="04A0" w:firstRow="1" w:lastRow="0" w:firstColumn="1" w:lastColumn="0" w:noHBand="0" w:noVBand="1"/>
      </w:tblPr>
      <w:tblGrid>
        <w:gridCol w:w="9540"/>
      </w:tblGrid>
      <w:tr w:rsidR="00D56C12" w:rsidRPr="002F5D52" w14:paraId="3A752708" w14:textId="77777777" w:rsidTr="00606590">
        <w:trPr>
          <w:trHeight w:val="300"/>
        </w:trPr>
        <w:tc>
          <w:tcPr>
            <w:tcW w:w="9540" w:type="dxa"/>
            <w:vAlign w:val="center"/>
          </w:tcPr>
          <w:p w14:paraId="6CA96ADA" w14:textId="465B510F" w:rsidR="00D56C12" w:rsidRPr="002F5D52" w:rsidRDefault="00D56C12" w:rsidP="000B7158">
            <w:pPr>
              <w:jc w:val="center"/>
              <w:rPr>
                <w:rFonts w:ascii="Times New Roman" w:hAnsi="Times New Roman" w:cs="Times New Roman"/>
                <w:b/>
              </w:rPr>
            </w:pPr>
            <w:r w:rsidRPr="002F5D52">
              <w:rPr>
                <w:rFonts w:ascii="Times New Roman" w:hAnsi="Times New Roman" w:cs="Times New Roman"/>
                <w:b/>
              </w:rPr>
              <w:t>RUN 1</w:t>
            </w:r>
            <w:r w:rsidR="006F36C0">
              <w:rPr>
                <w:rFonts w:ascii="Times New Roman" w:hAnsi="Times New Roman" w:cs="Times New Roman"/>
                <w:b/>
              </w:rPr>
              <w:t>2</w:t>
            </w:r>
          </w:p>
        </w:tc>
      </w:tr>
    </w:tbl>
    <w:tbl>
      <w:tblPr>
        <w:tblStyle w:val="TableGrid2"/>
        <w:tblW w:w="9540" w:type="dxa"/>
        <w:tblInd w:w="-275" w:type="dxa"/>
        <w:tblLayout w:type="fixed"/>
        <w:tblLook w:val="04A0" w:firstRow="1" w:lastRow="0" w:firstColumn="1" w:lastColumn="0" w:noHBand="0" w:noVBand="1"/>
      </w:tblPr>
      <w:tblGrid>
        <w:gridCol w:w="3600"/>
        <w:gridCol w:w="3420"/>
        <w:gridCol w:w="1260"/>
        <w:gridCol w:w="1260"/>
      </w:tblGrid>
      <w:tr w:rsidR="00A06581" w:rsidRPr="002F5D52" w14:paraId="125AF93A" w14:textId="77777777" w:rsidTr="00141E3C">
        <w:tc>
          <w:tcPr>
            <w:tcW w:w="3600" w:type="dxa"/>
          </w:tcPr>
          <w:p w14:paraId="5B646B02" w14:textId="77777777" w:rsidR="00A06581" w:rsidRPr="002F5D52" w:rsidRDefault="00A06581" w:rsidP="00C03858">
            <w:pPr>
              <w:rPr>
                <w:rFonts w:ascii="Times New Roman" w:hAnsi="Times New Roman" w:cs="Times New Roman"/>
                <w:b/>
                <w:bCs/>
              </w:rPr>
            </w:pPr>
            <w:r w:rsidRPr="002F5D52">
              <w:rPr>
                <w:rFonts w:ascii="Times New Roman" w:hAnsi="Times New Roman" w:cs="Times New Roman"/>
                <w:b/>
                <w:bCs/>
              </w:rPr>
              <w:t>NAVAHCS</w:t>
            </w:r>
          </w:p>
          <w:p w14:paraId="366A014C"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Clinical Laboratory</w:t>
            </w:r>
          </w:p>
          <w:p w14:paraId="1BC084B9"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B164, Room 115</w:t>
            </w:r>
          </w:p>
          <w:p w14:paraId="43B064F4"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500 N. Highway 89</w:t>
            </w:r>
          </w:p>
          <w:p w14:paraId="65D1D51E"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Prescott, AZ 86313</w:t>
            </w:r>
          </w:p>
          <w:p w14:paraId="4DF03D0B" w14:textId="3DE9D4C9" w:rsidR="00331568" w:rsidRPr="002F5D52" w:rsidRDefault="00331568" w:rsidP="00C03858">
            <w:pPr>
              <w:rPr>
                <w:rFonts w:ascii="Times New Roman" w:hAnsi="Times New Roman" w:cs="Times New Roman"/>
              </w:rPr>
            </w:pPr>
            <w:r w:rsidRPr="002F5D52">
              <w:rPr>
                <w:rFonts w:ascii="Times New Roman" w:hAnsi="Times New Roman" w:cs="Times New Roman"/>
              </w:rPr>
              <w:t>Days: Only as needed/requested (On-Call)</w:t>
            </w:r>
          </w:p>
        </w:tc>
        <w:tc>
          <w:tcPr>
            <w:tcW w:w="3420" w:type="dxa"/>
          </w:tcPr>
          <w:p w14:paraId="1462B294" w14:textId="77777777" w:rsidR="00A06581" w:rsidRPr="002F5D52" w:rsidRDefault="00A06581" w:rsidP="00C03858">
            <w:pPr>
              <w:rPr>
                <w:rFonts w:ascii="Times New Roman" w:hAnsi="Times New Roman" w:cs="Times New Roman"/>
                <w:b/>
                <w:bCs/>
              </w:rPr>
            </w:pPr>
            <w:r w:rsidRPr="002F5D52">
              <w:rPr>
                <w:rFonts w:ascii="Times New Roman" w:hAnsi="Times New Roman" w:cs="Times New Roman"/>
                <w:b/>
                <w:bCs/>
              </w:rPr>
              <w:t>Dignity Health YRMC (West Campus)</w:t>
            </w:r>
          </w:p>
          <w:p w14:paraId="5A0646DF" w14:textId="5D21553C" w:rsidR="00EB635D" w:rsidRPr="002F5D52" w:rsidRDefault="00EB635D" w:rsidP="00C03858">
            <w:pPr>
              <w:rPr>
                <w:rFonts w:ascii="Times New Roman" w:hAnsi="Times New Roman" w:cs="Times New Roman"/>
              </w:rPr>
            </w:pPr>
            <w:r w:rsidRPr="002F5D52">
              <w:rPr>
                <w:rFonts w:ascii="Times New Roman" w:hAnsi="Times New Roman" w:cs="Times New Roman"/>
              </w:rPr>
              <w:t xml:space="preserve">Clinical Laboratory </w:t>
            </w:r>
            <w:r w:rsidR="00017CBA" w:rsidRPr="002F5D52">
              <w:rPr>
                <w:rFonts w:ascii="Times New Roman" w:hAnsi="Times New Roman" w:cs="Times New Roman"/>
              </w:rPr>
              <w:t>or Pharmacy</w:t>
            </w:r>
          </w:p>
          <w:p w14:paraId="29699A9A"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1003 Willow Creek Rd</w:t>
            </w:r>
          </w:p>
          <w:p w14:paraId="2D247224" w14:textId="4A22D1E5" w:rsidR="00A06581" w:rsidRPr="002F5D52" w:rsidRDefault="00A06581" w:rsidP="00C03858">
            <w:pPr>
              <w:rPr>
                <w:rFonts w:ascii="Times New Roman" w:hAnsi="Times New Roman" w:cs="Times New Roman"/>
              </w:rPr>
            </w:pPr>
            <w:r w:rsidRPr="002F5D52">
              <w:rPr>
                <w:rFonts w:ascii="Times New Roman" w:hAnsi="Times New Roman" w:cs="Times New Roman"/>
              </w:rPr>
              <w:t>Prescott, AZ 86301</w:t>
            </w:r>
          </w:p>
        </w:tc>
        <w:tc>
          <w:tcPr>
            <w:tcW w:w="1260" w:type="dxa"/>
          </w:tcPr>
          <w:p w14:paraId="6A3B9D60"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25 runs/year</w:t>
            </w:r>
          </w:p>
        </w:tc>
        <w:tc>
          <w:tcPr>
            <w:tcW w:w="1260" w:type="dxa"/>
          </w:tcPr>
          <w:p w14:paraId="0C1164F6" w14:textId="60D749E2" w:rsidR="00A06581" w:rsidRPr="002F5D52" w:rsidRDefault="00017CBA" w:rsidP="00C03858">
            <w:pPr>
              <w:rPr>
                <w:rFonts w:ascii="Times New Roman" w:hAnsi="Times New Roman" w:cs="Times New Roman"/>
              </w:rPr>
            </w:pPr>
            <w:r w:rsidRPr="002F5D52">
              <w:rPr>
                <w:rFonts w:ascii="Times New Roman" w:hAnsi="Times New Roman" w:cs="Times New Roman"/>
              </w:rPr>
              <w:t>Lab &amp; Pharmacy</w:t>
            </w:r>
          </w:p>
        </w:tc>
      </w:tr>
    </w:tbl>
    <w:p w14:paraId="67230AF8" w14:textId="77777777" w:rsidR="00C10E59" w:rsidRPr="002F5D52" w:rsidRDefault="00C10E59">
      <w:pPr>
        <w:rPr>
          <w:rFonts w:ascii="Times New Roman" w:hAnsi="Times New Roman" w:cs="Times New Roman"/>
        </w:rPr>
      </w:pPr>
    </w:p>
    <w:tbl>
      <w:tblPr>
        <w:tblStyle w:val="TableGrid"/>
        <w:tblW w:w="9540" w:type="dxa"/>
        <w:tblInd w:w="-275" w:type="dxa"/>
        <w:tblLayout w:type="fixed"/>
        <w:tblLook w:val="04A0" w:firstRow="1" w:lastRow="0" w:firstColumn="1" w:lastColumn="0" w:noHBand="0" w:noVBand="1"/>
      </w:tblPr>
      <w:tblGrid>
        <w:gridCol w:w="9540"/>
      </w:tblGrid>
      <w:tr w:rsidR="00D56C12" w:rsidRPr="002F5D52" w14:paraId="7E1816FE" w14:textId="77777777" w:rsidTr="00141E3C">
        <w:trPr>
          <w:trHeight w:val="300"/>
        </w:trPr>
        <w:tc>
          <w:tcPr>
            <w:tcW w:w="9540" w:type="dxa"/>
            <w:vAlign w:val="center"/>
          </w:tcPr>
          <w:p w14:paraId="3B671EDF" w14:textId="45760ECC" w:rsidR="00D56C12" w:rsidRPr="002F5D52" w:rsidRDefault="00D56C12" w:rsidP="000B7158">
            <w:pPr>
              <w:jc w:val="center"/>
              <w:rPr>
                <w:rFonts w:ascii="Times New Roman" w:hAnsi="Times New Roman" w:cs="Times New Roman"/>
                <w:b/>
              </w:rPr>
            </w:pPr>
            <w:r w:rsidRPr="002F5D52">
              <w:rPr>
                <w:rFonts w:ascii="Times New Roman" w:hAnsi="Times New Roman" w:cs="Times New Roman"/>
                <w:b/>
              </w:rPr>
              <w:t>RUN 1</w:t>
            </w:r>
            <w:r w:rsidR="006F36C0">
              <w:rPr>
                <w:rFonts w:ascii="Times New Roman" w:hAnsi="Times New Roman" w:cs="Times New Roman"/>
                <w:b/>
              </w:rPr>
              <w:t>3</w:t>
            </w:r>
          </w:p>
        </w:tc>
      </w:tr>
    </w:tbl>
    <w:tbl>
      <w:tblPr>
        <w:tblStyle w:val="TableGrid2"/>
        <w:tblW w:w="9540" w:type="dxa"/>
        <w:tblInd w:w="-275" w:type="dxa"/>
        <w:tblBorders>
          <w:top w:val="none" w:sz="0" w:space="0" w:color="auto"/>
        </w:tblBorders>
        <w:tblLayout w:type="fixed"/>
        <w:tblLook w:val="04A0" w:firstRow="1" w:lastRow="0" w:firstColumn="1" w:lastColumn="0" w:noHBand="0" w:noVBand="1"/>
      </w:tblPr>
      <w:tblGrid>
        <w:gridCol w:w="3600"/>
        <w:gridCol w:w="3420"/>
        <w:gridCol w:w="1260"/>
        <w:gridCol w:w="1260"/>
      </w:tblGrid>
      <w:tr w:rsidR="00A06581" w:rsidRPr="002F5D52" w14:paraId="50CDF199" w14:textId="77777777" w:rsidTr="00B36078">
        <w:tc>
          <w:tcPr>
            <w:tcW w:w="3600" w:type="dxa"/>
          </w:tcPr>
          <w:p w14:paraId="4717E0F7" w14:textId="77777777" w:rsidR="00A06581" w:rsidRPr="002F5D52" w:rsidRDefault="00A06581" w:rsidP="00C03858">
            <w:pPr>
              <w:rPr>
                <w:rFonts w:ascii="Times New Roman" w:hAnsi="Times New Roman" w:cs="Times New Roman"/>
                <w:b/>
                <w:bCs/>
              </w:rPr>
            </w:pPr>
            <w:r w:rsidRPr="002F5D52">
              <w:rPr>
                <w:rFonts w:ascii="Times New Roman" w:hAnsi="Times New Roman" w:cs="Times New Roman"/>
                <w:b/>
                <w:bCs/>
              </w:rPr>
              <w:t>NAVAHCS</w:t>
            </w:r>
          </w:p>
          <w:p w14:paraId="7A1E34BA"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Clinical Laboratory</w:t>
            </w:r>
          </w:p>
          <w:p w14:paraId="73D9AAF8"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B164, Room 115</w:t>
            </w:r>
          </w:p>
          <w:p w14:paraId="0080DF6A"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500 N. Highway 89</w:t>
            </w:r>
          </w:p>
          <w:p w14:paraId="2E7199FA"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Prescott, AZ 86313</w:t>
            </w:r>
          </w:p>
          <w:p w14:paraId="1AE9EB3A" w14:textId="572CCDE8" w:rsidR="00331568" w:rsidRPr="002F5D52" w:rsidRDefault="00331568" w:rsidP="00C03858">
            <w:pPr>
              <w:rPr>
                <w:rFonts w:ascii="Times New Roman" w:hAnsi="Times New Roman" w:cs="Times New Roman"/>
              </w:rPr>
            </w:pPr>
            <w:r w:rsidRPr="002F5D52">
              <w:rPr>
                <w:rFonts w:ascii="Times New Roman" w:hAnsi="Times New Roman" w:cs="Times New Roman"/>
              </w:rPr>
              <w:t>Days: Only as needed/requested (On-Call)</w:t>
            </w:r>
          </w:p>
        </w:tc>
        <w:tc>
          <w:tcPr>
            <w:tcW w:w="3420" w:type="dxa"/>
          </w:tcPr>
          <w:p w14:paraId="1AF1CBA4" w14:textId="77777777" w:rsidR="00A06581" w:rsidRPr="002F5D52" w:rsidRDefault="00A06581" w:rsidP="00C03858">
            <w:pPr>
              <w:rPr>
                <w:rFonts w:ascii="Times New Roman" w:hAnsi="Times New Roman" w:cs="Times New Roman"/>
                <w:b/>
                <w:bCs/>
              </w:rPr>
            </w:pPr>
            <w:r w:rsidRPr="002F5D52">
              <w:rPr>
                <w:rFonts w:ascii="Times New Roman" w:hAnsi="Times New Roman" w:cs="Times New Roman"/>
                <w:b/>
                <w:bCs/>
              </w:rPr>
              <w:t>Dignity Health YRMC (East Campus)</w:t>
            </w:r>
          </w:p>
          <w:p w14:paraId="55F6965E" w14:textId="5BC7D525" w:rsidR="00017CBA" w:rsidRPr="002F5D52" w:rsidRDefault="00017CBA" w:rsidP="00C03858">
            <w:pPr>
              <w:rPr>
                <w:rFonts w:ascii="Times New Roman" w:hAnsi="Times New Roman" w:cs="Times New Roman"/>
              </w:rPr>
            </w:pPr>
            <w:r w:rsidRPr="002F5D52">
              <w:rPr>
                <w:rFonts w:ascii="Times New Roman" w:hAnsi="Times New Roman" w:cs="Times New Roman"/>
              </w:rPr>
              <w:t>Clinical Laboratory or Pharmacy</w:t>
            </w:r>
          </w:p>
          <w:p w14:paraId="491E1590"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 xml:space="preserve">7700 E Florentine Rd. </w:t>
            </w:r>
          </w:p>
          <w:p w14:paraId="5E41433B" w14:textId="3E456FA0" w:rsidR="00A06581" w:rsidRPr="002F5D52" w:rsidRDefault="00A06581" w:rsidP="00C03858">
            <w:pPr>
              <w:rPr>
                <w:rFonts w:ascii="Times New Roman" w:hAnsi="Times New Roman" w:cs="Times New Roman"/>
              </w:rPr>
            </w:pPr>
            <w:r w:rsidRPr="002F5D52">
              <w:rPr>
                <w:rFonts w:ascii="Times New Roman" w:hAnsi="Times New Roman" w:cs="Times New Roman"/>
              </w:rPr>
              <w:t>Prescott Valley, AZ 86314</w:t>
            </w:r>
          </w:p>
        </w:tc>
        <w:tc>
          <w:tcPr>
            <w:tcW w:w="1260" w:type="dxa"/>
          </w:tcPr>
          <w:p w14:paraId="08BD23DA"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25 runs/year</w:t>
            </w:r>
          </w:p>
        </w:tc>
        <w:tc>
          <w:tcPr>
            <w:tcW w:w="1260" w:type="dxa"/>
          </w:tcPr>
          <w:p w14:paraId="5B150782" w14:textId="394ACD3E" w:rsidR="00A06581" w:rsidRPr="002F5D52" w:rsidRDefault="00017CBA" w:rsidP="00C03858">
            <w:pPr>
              <w:rPr>
                <w:rFonts w:ascii="Times New Roman" w:hAnsi="Times New Roman" w:cs="Times New Roman"/>
              </w:rPr>
            </w:pPr>
            <w:r w:rsidRPr="002F5D52">
              <w:rPr>
                <w:rFonts w:ascii="Times New Roman" w:hAnsi="Times New Roman" w:cs="Times New Roman"/>
              </w:rPr>
              <w:t>Lab &amp; Pharmacy</w:t>
            </w:r>
          </w:p>
        </w:tc>
      </w:tr>
    </w:tbl>
    <w:p w14:paraId="4668C733" w14:textId="77777777" w:rsidR="00C10E59" w:rsidRPr="002F5D52" w:rsidRDefault="00C10E59">
      <w:pPr>
        <w:rPr>
          <w:rFonts w:ascii="Times New Roman" w:hAnsi="Times New Roman" w:cs="Times New Roman"/>
        </w:rPr>
      </w:pPr>
    </w:p>
    <w:tbl>
      <w:tblPr>
        <w:tblStyle w:val="TableGrid"/>
        <w:tblW w:w="9540" w:type="dxa"/>
        <w:tblInd w:w="-275" w:type="dxa"/>
        <w:tblLayout w:type="fixed"/>
        <w:tblLook w:val="04A0" w:firstRow="1" w:lastRow="0" w:firstColumn="1" w:lastColumn="0" w:noHBand="0" w:noVBand="1"/>
      </w:tblPr>
      <w:tblGrid>
        <w:gridCol w:w="9540"/>
      </w:tblGrid>
      <w:tr w:rsidR="00D56C12" w:rsidRPr="002F5D52" w14:paraId="42338716" w14:textId="77777777" w:rsidTr="00141E3C">
        <w:trPr>
          <w:trHeight w:val="300"/>
        </w:trPr>
        <w:tc>
          <w:tcPr>
            <w:tcW w:w="9540" w:type="dxa"/>
            <w:vAlign w:val="center"/>
          </w:tcPr>
          <w:p w14:paraId="7D370123" w14:textId="4C200C42" w:rsidR="00D56C12" w:rsidRPr="002F5D52" w:rsidRDefault="00D56C12" w:rsidP="000B7158">
            <w:pPr>
              <w:jc w:val="center"/>
              <w:rPr>
                <w:rFonts w:ascii="Times New Roman" w:hAnsi="Times New Roman" w:cs="Times New Roman"/>
                <w:b/>
              </w:rPr>
            </w:pPr>
            <w:r w:rsidRPr="002F5D52">
              <w:rPr>
                <w:rFonts w:ascii="Times New Roman" w:hAnsi="Times New Roman" w:cs="Times New Roman"/>
                <w:b/>
              </w:rPr>
              <w:lastRenderedPageBreak/>
              <w:t>RUN 1</w:t>
            </w:r>
            <w:r w:rsidR="006F36C0">
              <w:rPr>
                <w:rFonts w:ascii="Times New Roman" w:hAnsi="Times New Roman" w:cs="Times New Roman"/>
                <w:b/>
              </w:rPr>
              <w:t>4</w:t>
            </w:r>
          </w:p>
        </w:tc>
      </w:tr>
    </w:tbl>
    <w:tbl>
      <w:tblPr>
        <w:tblStyle w:val="TableGrid2"/>
        <w:tblW w:w="9540" w:type="dxa"/>
        <w:tblInd w:w="-275" w:type="dxa"/>
        <w:tblBorders>
          <w:top w:val="none" w:sz="0" w:space="0" w:color="auto"/>
        </w:tblBorders>
        <w:tblLayout w:type="fixed"/>
        <w:tblLook w:val="04A0" w:firstRow="1" w:lastRow="0" w:firstColumn="1" w:lastColumn="0" w:noHBand="0" w:noVBand="1"/>
      </w:tblPr>
      <w:tblGrid>
        <w:gridCol w:w="3600"/>
        <w:gridCol w:w="3420"/>
        <w:gridCol w:w="1260"/>
        <w:gridCol w:w="1260"/>
      </w:tblGrid>
      <w:tr w:rsidR="00A06581" w:rsidRPr="002F5D52" w14:paraId="1473DF63" w14:textId="77777777" w:rsidTr="00B36078">
        <w:tc>
          <w:tcPr>
            <w:tcW w:w="3600" w:type="dxa"/>
          </w:tcPr>
          <w:p w14:paraId="07BA5F97" w14:textId="77777777" w:rsidR="00A06581" w:rsidRPr="002F5D52" w:rsidRDefault="00A06581" w:rsidP="00C03858">
            <w:pPr>
              <w:rPr>
                <w:rFonts w:ascii="Times New Roman" w:hAnsi="Times New Roman" w:cs="Times New Roman"/>
                <w:b/>
                <w:bCs/>
              </w:rPr>
            </w:pPr>
            <w:r w:rsidRPr="002F5D52">
              <w:rPr>
                <w:rFonts w:ascii="Times New Roman" w:hAnsi="Times New Roman" w:cs="Times New Roman"/>
                <w:b/>
                <w:bCs/>
              </w:rPr>
              <w:t>NAVAHCS</w:t>
            </w:r>
          </w:p>
          <w:p w14:paraId="13F1D1A4"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Clinical Laboratory</w:t>
            </w:r>
          </w:p>
          <w:p w14:paraId="3F043361"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B164, Room 115</w:t>
            </w:r>
          </w:p>
          <w:p w14:paraId="1F33EFED"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500 N. Highway 89</w:t>
            </w:r>
          </w:p>
          <w:p w14:paraId="086280CB"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Prescott, AZ 86313</w:t>
            </w:r>
          </w:p>
          <w:p w14:paraId="4BC85E0C" w14:textId="45F3A477" w:rsidR="00331568" w:rsidRPr="002F5D52" w:rsidRDefault="00331568" w:rsidP="00C03858">
            <w:pPr>
              <w:rPr>
                <w:rFonts w:ascii="Times New Roman" w:hAnsi="Times New Roman" w:cs="Times New Roman"/>
              </w:rPr>
            </w:pPr>
            <w:r w:rsidRPr="002F5D52">
              <w:rPr>
                <w:rFonts w:ascii="Times New Roman" w:hAnsi="Times New Roman" w:cs="Times New Roman"/>
              </w:rPr>
              <w:t>Days: Only as needed/requested (On-Call)</w:t>
            </w:r>
          </w:p>
        </w:tc>
        <w:tc>
          <w:tcPr>
            <w:tcW w:w="3420" w:type="dxa"/>
          </w:tcPr>
          <w:p w14:paraId="60CCDDCE" w14:textId="77777777" w:rsidR="00A06581" w:rsidRPr="002F5D52" w:rsidRDefault="00A06581" w:rsidP="00C03858">
            <w:pPr>
              <w:rPr>
                <w:rFonts w:ascii="Times New Roman" w:hAnsi="Times New Roman" w:cs="Times New Roman"/>
                <w:b/>
                <w:bCs/>
              </w:rPr>
            </w:pPr>
            <w:r w:rsidRPr="002F5D52">
              <w:rPr>
                <w:rFonts w:ascii="Times New Roman" w:hAnsi="Times New Roman" w:cs="Times New Roman"/>
                <w:b/>
                <w:bCs/>
              </w:rPr>
              <w:t>Verde Valley Medical Center</w:t>
            </w:r>
          </w:p>
          <w:p w14:paraId="2E926DD7" w14:textId="14A8F010" w:rsidR="00017CBA" w:rsidRPr="002F5D52" w:rsidRDefault="00017CBA" w:rsidP="00C03858">
            <w:pPr>
              <w:rPr>
                <w:rFonts w:ascii="Times New Roman" w:hAnsi="Times New Roman" w:cs="Times New Roman"/>
              </w:rPr>
            </w:pPr>
            <w:r w:rsidRPr="002F5D52">
              <w:rPr>
                <w:rFonts w:ascii="Times New Roman" w:hAnsi="Times New Roman" w:cs="Times New Roman"/>
              </w:rPr>
              <w:t>Clinical Laboratory</w:t>
            </w:r>
          </w:p>
          <w:p w14:paraId="2E6613CF"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269 S Candy Ln</w:t>
            </w:r>
          </w:p>
          <w:p w14:paraId="1D12BC3A"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Cottonwood, AZ 86326</w:t>
            </w:r>
          </w:p>
        </w:tc>
        <w:tc>
          <w:tcPr>
            <w:tcW w:w="1260" w:type="dxa"/>
          </w:tcPr>
          <w:p w14:paraId="72CBB03E"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20 runs/year</w:t>
            </w:r>
          </w:p>
        </w:tc>
        <w:tc>
          <w:tcPr>
            <w:tcW w:w="1260" w:type="dxa"/>
          </w:tcPr>
          <w:p w14:paraId="0B353D0D" w14:textId="77777777" w:rsidR="00A06581" w:rsidRPr="002F5D52" w:rsidRDefault="00A06581" w:rsidP="00C03858">
            <w:pPr>
              <w:rPr>
                <w:rFonts w:ascii="Times New Roman" w:hAnsi="Times New Roman" w:cs="Times New Roman"/>
              </w:rPr>
            </w:pPr>
            <w:r w:rsidRPr="002F5D52">
              <w:rPr>
                <w:rFonts w:ascii="Times New Roman" w:hAnsi="Times New Roman" w:cs="Times New Roman"/>
              </w:rPr>
              <w:t>Lab</w:t>
            </w:r>
          </w:p>
        </w:tc>
      </w:tr>
    </w:tbl>
    <w:p w14:paraId="3CAEDA13" w14:textId="77777777" w:rsidR="00C10E59" w:rsidRPr="002F5D52" w:rsidRDefault="00C10E59">
      <w:pPr>
        <w:rPr>
          <w:rFonts w:ascii="Times New Roman" w:hAnsi="Times New Roman" w:cs="Times New Roman"/>
        </w:rPr>
      </w:pPr>
    </w:p>
    <w:tbl>
      <w:tblPr>
        <w:tblStyle w:val="TableGrid"/>
        <w:tblW w:w="9540" w:type="dxa"/>
        <w:tblInd w:w="-275" w:type="dxa"/>
        <w:tblLayout w:type="fixed"/>
        <w:tblLook w:val="04A0" w:firstRow="1" w:lastRow="0" w:firstColumn="1" w:lastColumn="0" w:noHBand="0" w:noVBand="1"/>
      </w:tblPr>
      <w:tblGrid>
        <w:gridCol w:w="9540"/>
      </w:tblGrid>
      <w:tr w:rsidR="00D56C12" w:rsidRPr="002F5D52" w14:paraId="155759A8" w14:textId="77777777" w:rsidTr="00141E3C">
        <w:trPr>
          <w:trHeight w:val="300"/>
        </w:trPr>
        <w:tc>
          <w:tcPr>
            <w:tcW w:w="9540" w:type="dxa"/>
            <w:vAlign w:val="center"/>
          </w:tcPr>
          <w:p w14:paraId="4DD23C12" w14:textId="3357460C" w:rsidR="00D56C12" w:rsidRPr="002F5D52" w:rsidRDefault="005E03FD" w:rsidP="000B7158">
            <w:pPr>
              <w:jc w:val="center"/>
              <w:rPr>
                <w:rFonts w:ascii="Times New Roman" w:hAnsi="Times New Roman" w:cs="Times New Roman"/>
                <w:b/>
              </w:rPr>
            </w:pPr>
            <w:r w:rsidRPr="002F5D52">
              <w:rPr>
                <w:rFonts w:ascii="Times New Roman" w:hAnsi="Times New Roman" w:cs="Times New Roman"/>
                <w:b/>
              </w:rPr>
              <w:t>R</w:t>
            </w:r>
            <w:r w:rsidR="00D56C12" w:rsidRPr="002F5D52">
              <w:rPr>
                <w:rFonts w:ascii="Times New Roman" w:hAnsi="Times New Roman" w:cs="Times New Roman"/>
                <w:b/>
              </w:rPr>
              <w:t>UN 1</w:t>
            </w:r>
            <w:r w:rsidR="006F36C0">
              <w:rPr>
                <w:rFonts w:ascii="Times New Roman" w:hAnsi="Times New Roman" w:cs="Times New Roman"/>
                <w:b/>
              </w:rPr>
              <w:t>5</w:t>
            </w:r>
          </w:p>
        </w:tc>
      </w:tr>
    </w:tbl>
    <w:tbl>
      <w:tblPr>
        <w:tblStyle w:val="TableGrid2"/>
        <w:tblW w:w="9540" w:type="dxa"/>
        <w:tblInd w:w="-275" w:type="dxa"/>
        <w:tblBorders>
          <w:top w:val="none" w:sz="0" w:space="0" w:color="auto"/>
        </w:tblBorders>
        <w:tblLayout w:type="fixed"/>
        <w:tblLook w:val="04A0" w:firstRow="1" w:lastRow="0" w:firstColumn="1" w:lastColumn="0" w:noHBand="0" w:noVBand="1"/>
      </w:tblPr>
      <w:tblGrid>
        <w:gridCol w:w="3600"/>
        <w:gridCol w:w="3420"/>
        <w:gridCol w:w="1260"/>
        <w:gridCol w:w="1260"/>
      </w:tblGrid>
      <w:tr w:rsidR="00965F2C" w:rsidRPr="002F5D52" w14:paraId="749C96A3" w14:textId="77777777" w:rsidTr="009B26D9">
        <w:tc>
          <w:tcPr>
            <w:tcW w:w="3600" w:type="dxa"/>
          </w:tcPr>
          <w:p w14:paraId="3004061E" w14:textId="65405F21" w:rsidR="00965F2C" w:rsidRPr="002F5D52" w:rsidRDefault="00965F2C" w:rsidP="00965F2C">
            <w:pPr>
              <w:rPr>
                <w:rFonts w:ascii="Times New Roman" w:hAnsi="Times New Roman" w:cs="Times New Roman"/>
                <w:b/>
                <w:bCs/>
              </w:rPr>
            </w:pPr>
            <w:r w:rsidRPr="002F5D52">
              <w:rPr>
                <w:rFonts w:ascii="Times New Roman" w:hAnsi="Times New Roman" w:cs="Times New Roman"/>
                <w:b/>
                <w:bCs/>
              </w:rPr>
              <w:t xml:space="preserve">Prescott Airport (Blood </w:t>
            </w:r>
            <w:r w:rsidR="00E3339D" w:rsidRPr="002F5D52">
              <w:rPr>
                <w:rFonts w:ascii="Times New Roman" w:hAnsi="Times New Roman" w:cs="Times New Roman"/>
                <w:b/>
                <w:bCs/>
              </w:rPr>
              <w:t>products)</w:t>
            </w:r>
          </w:p>
          <w:p w14:paraId="256B7954" w14:textId="77777777" w:rsidR="00965F2C" w:rsidRPr="002F5D52" w:rsidRDefault="00965F2C" w:rsidP="00965F2C">
            <w:pPr>
              <w:rPr>
                <w:rFonts w:ascii="Times New Roman" w:hAnsi="Times New Roman" w:cs="Times New Roman"/>
                <w:b/>
                <w:bCs/>
              </w:rPr>
            </w:pPr>
            <w:r w:rsidRPr="002F5D52">
              <w:rPr>
                <w:rFonts w:ascii="Times New Roman" w:hAnsi="Times New Roman" w:cs="Times New Roman"/>
                <w:b/>
                <w:bCs/>
              </w:rPr>
              <w:t>Ernest A Love Field Regional Airport</w:t>
            </w:r>
          </w:p>
          <w:p w14:paraId="271A497C" w14:textId="77777777" w:rsidR="00965F2C" w:rsidRPr="002F5D52" w:rsidRDefault="00965F2C" w:rsidP="00965F2C">
            <w:pPr>
              <w:rPr>
                <w:rFonts w:ascii="Times New Roman" w:hAnsi="Times New Roman" w:cs="Times New Roman"/>
              </w:rPr>
            </w:pPr>
            <w:r w:rsidRPr="002F5D52">
              <w:rPr>
                <w:rFonts w:ascii="Times New Roman" w:hAnsi="Times New Roman" w:cs="Times New Roman"/>
              </w:rPr>
              <w:t>6600 Airport Rd</w:t>
            </w:r>
          </w:p>
          <w:p w14:paraId="63F7552B" w14:textId="77777777" w:rsidR="00965F2C" w:rsidRPr="002F5D52" w:rsidRDefault="00965F2C" w:rsidP="00965F2C">
            <w:pPr>
              <w:rPr>
                <w:rFonts w:ascii="Times New Roman" w:hAnsi="Times New Roman" w:cs="Times New Roman"/>
              </w:rPr>
            </w:pPr>
            <w:r w:rsidRPr="002F5D52">
              <w:rPr>
                <w:rFonts w:ascii="Times New Roman" w:hAnsi="Times New Roman" w:cs="Times New Roman"/>
              </w:rPr>
              <w:t>Prescott, AZ 863011</w:t>
            </w:r>
          </w:p>
          <w:p w14:paraId="1B42DC78" w14:textId="38CE4B9B" w:rsidR="00331568" w:rsidRPr="002F5D52" w:rsidRDefault="00331568" w:rsidP="00965F2C">
            <w:pPr>
              <w:rPr>
                <w:rFonts w:ascii="Times New Roman" w:hAnsi="Times New Roman" w:cs="Times New Roman"/>
              </w:rPr>
            </w:pPr>
            <w:r w:rsidRPr="002F5D52">
              <w:rPr>
                <w:rFonts w:ascii="Times New Roman" w:hAnsi="Times New Roman" w:cs="Times New Roman"/>
              </w:rPr>
              <w:t>Days: Only as needed/requested (On-Call)</w:t>
            </w:r>
          </w:p>
        </w:tc>
        <w:tc>
          <w:tcPr>
            <w:tcW w:w="3420" w:type="dxa"/>
          </w:tcPr>
          <w:p w14:paraId="57C928E2" w14:textId="77777777" w:rsidR="00E3339D" w:rsidRPr="002F5D52" w:rsidRDefault="00E3339D" w:rsidP="00E3339D">
            <w:pPr>
              <w:rPr>
                <w:rFonts w:ascii="Times New Roman" w:hAnsi="Times New Roman" w:cs="Times New Roman"/>
                <w:b/>
                <w:bCs/>
              </w:rPr>
            </w:pPr>
            <w:r w:rsidRPr="002F5D52">
              <w:rPr>
                <w:rFonts w:ascii="Times New Roman" w:hAnsi="Times New Roman" w:cs="Times New Roman"/>
                <w:b/>
                <w:bCs/>
              </w:rPr>
              <w:t>NAVAHCS</w:t>
            </w:r>
          </w:p>
          <w:p w14:paraId="5B323BAB" w14:textId="77777777" w:rsidR="00E3339D" w:rsidRPr="002F5D52" w:rsidRDefault="00E3339D" w:rsidP="00E3339D">
            <w:pPr>
              <w:rPr>
                <w:rFonts w:ascii="Times New Roman" w:hAnsi="Times New Roman" w:cs="Times New Roman"/>
              </w:rPr>
            </w:pPr>
            <w:r w:rsidRPr="002F5D52">
              <w:rPr>
                <w:rFonts w:ascii="Times New Roman" w:hAnsi="Times New Roman" w:cs="Times New Roman"/>
              </w:rPr>
              <w:t>Clinical Laboratory</w:t>
            </w:r>
          </w:p>
          <w:p w14:paraId="3127F998" w14:textId="77777777" w:rsidR="00E3339D" w:rsidRPr="002F5D52" w:rsidRDefault="00E3339D" w:rsidP="00E3339D">
            <w:pPr>
              <w:rPr>
                <w:rFonts w:ascii="Times New Roman" w:hAnsi="Times New Roman" w:cs="Times New Roman"/>
              </w:rPr>
            </w:pPr>
            <w:r w:rsidRPr="002F5D52">
              <w:rPr>
                <w:rFonts w:ascii="Times New Roman" w:hAnsi="Times New Roman" w:cs="Times New Roman"/>
              </w:rPr>
              <w:t>B164, Room 115</w:t>
            </w:r>
          </w:p>
          <w:p w14:paraId="659F1A54" w14:textId="77777777" w:rsidR="00E3339D" w:rsidRPr="002F5D52" w:rsidRDefault="00E3339D" w:rsidP="00E3339D">
            <w:pPr>
              <w:rPr>
                <w:rFonts w:ascii="Times New Roman" w:hAnsi="Times New Roman" w:cs="Times New Roman"/>
              </w:rPr>
            </w:pPr>
            <w:r w:rsidRPr="002F5D52">
              <w:rPr>
                <w:rFonts w:ascii="Times New Roman" w:hAnsi="Times New Roman" w:cs="Times New Roman"/>
              </w:rPr>
              <w:t>500 N. Highway 89</w:t>
            </w:r>
          </w:p>
          <w:p w14:paraId="6F10BA03" w14:textId="18A9654A" w:rsidR="00965F2C" w:rsidRPr="002F5D52" w:rsidRDefault="00E3339D" w:rsidP="00965F2C">
            <w:pPr>
              <w:rPr>
                <w:rFonts w:ascii="Times New Roman" w:hAnsi="Times New Roman" w:cs="Times New Roman"/>
              </w:rPr>
            </w:pPr>
            <w:r w:rsidRPr="002F5D52">
              <w:rPr>
                <w:rFonts w:ascii="Times New Roman" w:hAnsi="Times New Roman" w:cs="Times New Roman"/>
              </w:rPr>
              <w:t>Prescott, AZ 86313</w:t>
            </w:r>
          </w:p>
        </w:tc>
        <w:tc>
          <w:tcPr>
            <w:tcW w:w="1260" w:type="dxa"/>
          </w:tcPr>
          <w:p w14:paraId="6FBCFDCC" w14:textId="32B625CE" w:rsidR="00965F2C" w:rsidRPr="002F5D52" w:rsidRDefault="00E3339D" w:rsidP="00965F2C">
            <w:pPr>
              <w:rPr>
                <w:rFonts w:ascii="Times New Roman" w:hAnsi="Times New Roman" w:cs="Times New Roman"/>
              </w:rPr>
            </w:pPr>
            <w:r w:rsidRPr="002F5D52">
              <w:rPr>
                <w:rFonts w:ascii="Times New Roman" w:hAnsi="Times New Roman" w:cs="Times New Roman"/>
              </w:rPr>
              <w:t>20 runs/year</w:t>
            </w:r>
          </w:p>
        </w:tc>
        <w:tc>
          <w:tcPr>
            <w:tcW w:w="1260" w:type="dxa"/>
          </w:tcPr>
          <w:p w14:paraId="40616CED" w14:textId="50446641" w:rsidR="00965F2C" w:rsidRPr="002F5D52" w:rsidRDefault="00E3339D" w:rsidP="00965F2C">
            <w:pPr>
              <w:rPr>
                <w:rFonts w:ascii="Times New Roman" w:hAnsi="Times New Roman" w:cs="Times New Roman"/>
              </w:rPr>
            </w:pPr>
            <w:r w:rsidRPr="002F5D52">
              <w:rPr>
                <w:rFonts w:ascii="Times New Roman" w:hAnsi="Times New Roman" w:cs="Times New Roman"/>
              </w:rPr>
              <w:t>Lab</w:t>
            </w:r>
          </w:p>
        </w:tc>
      </w:tr>
    </w:tbl>
    <w:p w14:paraId="7AF2507E" w14:textId="77777777" w:rsidR="00E5395D" w:rsidRPr="002F5D52" w:rsidRDefault="00E5395D" w:rsidP="00AA4C09">
      <w:pPr>
        <w:spacing w:after="0"/>
        <w:rPr>
          <w:rFonts w:ascii="Times New Roman" w:hAnsi="Times New Roman" w:cs="Times New Roman"/>
          <w:b/>
          <w:bCs/>
        </w:rPr>
      </w:pPr>
    </w:p>
    <w:p w14:paraId="6EE94514" w14:textId="77777777" w:rsidR="00E5395D" w:rsidRPr="002F5D52" w:rsidRDefault="00E5395D" w:rsidP="00AA4C09">
      <w:pPr>
        <w:spacing w:after="0"/>
        <w:rPr>
          <w:rFonts w:ascii="Times New Roman" w:hAnsi="Times New Roman" w:cs="Times New Roman"/>
          <w:b/>
          <w:bCs/>
        </w:rPr>
      </w:pPr>
    </w:p>
    <w:p w14:paraId="79D919AE" w14:textId="77777777" w:rsidR="00E5395D" w:rsidRPr="002F5D52" w:rsidRDefault="00E5395D" w:rsidP="00AA4C09">
      <w:pPr>
        <w:spacing w:after="0"/>
        <w:rPr>
          <w:rFonts w:ascii="Times New Roman" w:hAnsi="Times New Roman" w:cs="Times New Roman"/>
          <w:b/>
          <w:bCs/>
        </w:rPr>
      </w:pPr>
    </w:p>
    <w:p w14:paraId="55280B33" w14:textId="591D8BCF" w:rsidR="00AA4C09" w:rsidRPr="00252B97" w:rsidRDefault="00A16D21" w:rsidP="0073066D">
      <w:pPr>
        <w:spacing w:after="0"/>
        <w:jc w:val="center"/>
        <w:rPr>
          <w:rFonts w:ascii="Times New Roman" w:hAnsi="Times New Roman" w:cs="Times New Roman"/>
          <w:b/>
          <w:bCs/>
          <w:sz w:val="32"/>
          <w:szCs w:val="32"/>
        </w:rPr>
      </w:pPr>
      <w:r w:rsidRPr="00252B97">
        <w:rPr>
          <w:rFonts w:ascii="Times New Roman" w:hAnsi="Times New Roman" w:cs="Times New Roman"/>
          <w:b/>
          <w:bCs/>
          <w:sz w:val="32"/>
          <w:szCs w:val="32"/>
        </w:rPr>
        <w:t>Carl T. Hayden VA Medical Center</w:t>
      </w:r>
    </w:p>
    <w:p w14:paraId="7B922377" w14:textId="11A59610" w:rsidR="00CB44EE" w:rsidRPr="00252B97" w:rsidRDefault="00AA4C09" w:rsidP="0073066D">
      <w:pPr>
        <w:spacing w:after="0"/>
        <w:jc w:val="center"/>
        <w:rPr>
          <w:rFonts w:ascii="Times New Roman" w:hAnsi="Times New Roman" w:cs="Times New Roman"/>
          <w:b/>
          <w:bCs/>
          <w:sz w:val="32"/>
          <w:szCs w:val="32"/>
        </w:rPr>
      </w:pPr>
      <w:r w:rsidRPr="00252B97">
        <w:rPr>
          <w:rFonts w:ascii="Times New Roman" w:hAnsi="Times New Roman" w:cs="Times New Roman"/>
          <w:b/>
          <w:bCs/>
          <w:sz w:val="32"/>
          <w:szCs w:val="32"/>
        </w:rPr>
        <w:t>Phoenix VA Healthcare System (PVAHCS), Phoenix, Arizona</w:t>
      </w:r>
    </w:p>
    <w:tbl>
      <w:tblPr>
        <w:tblStyle w:val="TableGrid"/>
        <w:tblW w:w="9540" w:type="dxa"/>
        <w:jc w:val="center"/>
        <w:tblLayout w:type="fixed"/>
        <w:tblLook w:val="04A0" w:firstRow="1" w:lastRow="0" w:firstColumn="1" w:lastColumn="0" w:noHBand="0" w:noVBand="1"/>
      </w:tblPr>
      <w:tblGrid>
        <w:gridCol w:w="3695"/>
        <w:gridCol w:w="3785"/>
        <w:gridCol w:w="2060"/>
      </w:tblGrid>
      <w:tr w:rsidR="00BC7226" w:rsidRPr="002F5D52" w14:paraId="7D51ABA5" w14:textId="77777777" w:rsidTr="00E5395D">
        <w:trPr>
          <w:trHeight w:val="395"/>
          <w:jc w:val="center"/>
        </w:trPr>
        <w:tc>
          <w:tcPr>
            <w:tcW w:w="3695" w:type="dxa"/>
          </w:tcPr>
          <w:p w14:paraId="0C045787" w14:textId="77777777" w:rsidR="00A27E70" w:rsidRPr="002F5D52" w:rsidRDefault="00A27E70" w:rsidP="00C03858">
            <w:pPr>
              <w:shd w:val="clear" w:color="auto" w:fill="FFFFFF"/>
              <w:jc w:val="center"/>
              <w:rPr>
                <w:rFonts w:ascii="Times New Roman" w:hAnsi="Times New Roman" w:cs="Times New Roman"/>
              </w:rPr>
            </w:pPr>
            <w:bookmarkStart w:id="3" w:name="_Hlk134619699"/>
            <w:bookmarkStart w:id="4" w:name="_Hlk134617815"/>
            <w:r w:rsidRPr="002F5D52">
              <w:rPr>
                <w:rFonts w:ascii="Times New Roman" w:hAnsi="Times New Roman" w:cs="Times New Roman"/>
                <w:b/>
                <w:bCs/>
              </w:rPr>
              <w:t>From:</w:t>
            </w:r>
          </w:p>
        </w:tc>
        <w:tc>
          <w:tcPr>
            <w:tcW w:w="3785" w:type="dxa"/>
          </w:tcPr>
          <w:p w14:paraId="1D9E8EC4" w14:textId="77777777" w:rsidR="00A27E70" w:rsidRPr="002F5D52" w:rsidRDefault="00A27E70" w:rsidP="00C03858">
            <w:pPr>
              <w:shd w:val="clear" w:color="auto" w:fill="FFFFFF"/>
              <w:jc w:val="center"/>
              <w:rPr>
                <w:rFonts w:ascii="Times New Roman" w:eastAsia="Times New Roman" w:hAnsi="Times New Roman" w:cs="Times New Roman"/>
                <w:color w:val="212121"/>
              </w:rPr>
            </w:pPr>
            <w:r w:rsidRPr="002F5D52">
              <w:rPr>
                <w:rFonts w:ascii="Times New Roman" w:hAnsi="Times New Roman" w:cs="Times New Roman"/>
                <w:b/>
                <w:bCs/>
              </w:rPr>
              <w:t>To:</w:t>
            </w:r>
          </w:p>
        </w:tc>
        <w:tc>
          <w:tcPr>
            <w:tcW w:w="2060" w:type="dxa"/>
          </w:tcPr>
          <w:p w14:paraId="66D7BBEF" w14:textId="77777777" w:rsidR="00A27E70" w:rsidRPr="002F5D52" w:rsidRDefault="00A27E70" w:rsidP="00C03858">
            <w:pPr>
              <w:jc w:val="center"/>
              <w:rPr>
                <w:rFonts w:ascii="Times New Roman" w:hAnsi="Times New Roman" w:cs="Times New Roman"/>
              </w:rPr>
            </w:pPr>
            <w:r w:rsidRPr="002F5D52">
              <w:rPr>
                <w:rFonts w:ascii="Times New Roman" w:hAnsi="Times New Roman" w:cs="Times New Roman"/>
                <w:b/>
                <w:bCs/>
              </w:rPr>
              <w:t>Est. Frequency</w:t>
            </w:r>
          </w:p>
        </w:tc>
      </w:tr>
      <w:tr w:rsidR="00D56C12" w:rsidRPr="002F5D52" w14:paraId="309A0501" w14:textId="77777777" w:rsidTr="00E5395D">
        <w:trPr>
          <w:trHeight w:val="395"/>
          <w:jc w:val="center"/>
        </w:trPr>
        <w:tc>
          <w:tcPr>
            <w:tcW w:w="9540" w:type="dxa"/>
            <w:gridSpan w:val="3"/>
            <w:vAlign w:val="center"/>
          </w:tcPr>
          <w:p w14:paraId="3129EDF1" w14:textId="152A6F99" w:rsidR="00D56C12" w:rsidRPr="002F5D52" w:rsidRDefault="00D56C12" w:rsidP="00D56C12">
            <w:pPr>
              <w:jc w:val="center"/>
              <w:rPr>
                <w:rFonts w:ascii="Times New Roman" w:hAnsi="Times New Roman" w:cs="Times New Roman"/>
                <w:b/>
                <w:bCs/>
              </w:rPr>
            </w:pPr>
            <w:r w:rsidRPr="002F5D52">
              <w:rPr>
                <w:rFonts w:ascii="Times New Roman" w:hAnsi="Times New Roman" w:cs="Times New Roman"/>
                <w:b/>
                <w:bCs/>
              </w:rPr>
              <w:t>RUN 1</w:t>
            </w:r>
            <w:r w:rsidR="006F36C0">
              <w:rPr>
                <w:rFonts w:ascii="Times New Roman" w:hAnsi="Times New Roman" w:cs="Times New Roman"/>
                <w:b/>
                <w:bCs/>
              </w:rPr>
              <w:t>6</w:t>
            </w:r>
          </w:p>
        </w:tc>
      </w:tr>
      <w:tr w:rsidR="00A5509F" w:rsidRPr="002F5D52" w14:paraId="0FB84DA6" w14:textId="77777777" w:rsidTr="00E5395D">
        <w:trPr>
          <w:trHeight w:val="2033"/>
          <w:jc w:val="center"/>
        </w:trPr>
        <w:tc>
          <w:tcPr>
            <w:tcW w:w="3695" w:type="dxa"/>
          </w:tcPr>
          <w:p w14:paraId="73ACFDA7" w14:textId="2C68056D" w:rsidR="00A5509F" w:rsidRPr="002F5D52" w:rsidRDefault="00A5509F" w:rsidP="00A5509F">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t>Staff Sergeant Alexander W. Conrad VA Clinic (Southeast)</w:t>
            </w:r>
            <w:r w:rsidRPr="002F5D52">
              <w:rPr>
                <w:rFonts w:ascii="Times New Roman" w:hAnsi="Times New Roman" w:cs="Times New Roman"/>
              </w:rPr>
              <w:br/>
              <w:t>3285 South Val Vista Drive</w:t>
            </w:r>
            <w:r w:rsidRPr="002F5D52">
              <w:rPr>
                <w:rFonts w:ascii="Times New Roman" w:hAnsi="Times New Roman" w:cs="Times New Roman"/>
              </w:rPr>
              <w:br/>
              <w:t>Gilbert, AZ 85297</w:t>
            </w:r>
            <w:r w:rsidRPr="002F5D52">
              <w:rPr>
                <w:rFonts w:ascii="Times New Roman" w:hAnsi="Times New Roman" w:cs="Times New Roman"/>
              </w:rPr>
              <w:br/>
              <w:t>Days: Monday – Friday</w:t>
            </w:r>
            <w:r w:rsidRPr="002F5D52">
              <w:rPr>
                <w:rFonts w:ascii="Times New Roman" w:hAnsi="Times New Roman" w:cs="Times New Roman"/>
              </w:rPr>
              <w:br/>
              <w:t xml:space="preserve">Pickup Time: 10:45am – 11:30am                                                             </w:t>
            </w:r>
            <w:r w:rsidRPr="002F5D52">
              <w:rPr>
                <w:rFonts w:ascii="Times New Roman" w:hAnsi="Times New Roman" w:cs="Times New Roman"/>
                <w:b/>
                <w:bCs/>
              </w:rPr>
              <w:t xml:space="preserve">  User: Lab / SPS / Logistics</w:t>
            </w:r>
            <w:r w:rsidRPr="002F5D52">
              <w:rPr>
                <w:rFonts w:ascii="Times New Roman" w:hAnsi="Times New Roman" w:cs="Times New Roman"/>
              </w:rPr>
              <w:br/>
              <w:t xml:space="preserve">Pickup Location: Lab / Dental Clinic, Room #1415 (SPS)                                                                                                                                                                                                                                                                   </w:t>
            </w:r>
            <w:r w:rsidRPr="002F5D52">
              <w:rPr>
                <w:rFonts w:ascii="Times New Roman" w:hAnsi="Times New Roman" w:cs="Times New Roman"/>
                <w:i/>
                <w:iCs/>
              </w:rPr>
              <w:t xml:space="preserve">Note: Picking up specimens for the Lab &amp; dirty </w:t>
            </w:r>
            <w:r w:rsidR="007F60F7" w:rsidRPr="002F5D52">
              <w:rPr>
                <w:rFonts w:ascii="Times New Roman" w:hAnsi="Times New Roman" w:cs="Times New Roman"/>
                <w:i/>
                <w:iCs/>
              </w:rPr>
              <w:t>instruments</w:t>
            </w:r>
            <w:r w:rsidRPr="002F5D52">
              <w:rPr>
                <w:rFonts w:ascii="Times New Roman" w:hAnsi="Times New Roman" w:cs="Times New Roman"/>
                <w:i/>
                <w:iCs/>
              </w:rPr>
              <w:t xml:space="preserve"> for SPS.</w:t>
            </w:r>
          </w:p>
        </w:tc>
        <w:tc>
          <w:tcPr>
            <w:tcW w:w="3785" w:type="dxa"/>
          </w:tcPr>
          <w:p w14:paraId="034F7C6D" w14:textId="15A45B38" w:rsidR="00A5509F" w:rsidRPr="002F5D52" w:rsidRDefault="00A5509F" w:rsidP="00A5509F">
            <w:pPr>
              <w:shd w:val="clear" w:color="auto" w:fill="FFFFFF"/>
              <w:rPr>
                <w:rFonts w:ascii="Times New Roman" w:hAnsi="Times New Roman" w:cs="Times New Roman"/>
                <w:b/>
                <w:bCs/>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 xml:space="preserve">Delivery Time: By 12:30pm </w:t>
            </w:r>
            <w:r w:rsidRPr="002F5D52">
              <w:rPr>
                <w:rFonts w:ascii="Times New Roman" w:hAnsi="Times New Roman" w:cs="Times New Roman"/>
              </w:rPr>
              <w:br/>
              <w:t xml:space="preserve">Delivery Location: Room E200 (Lab) / Building 1, Room #1403, Rear Door (SPS) / Mailroom (Logistics)                                                           </w:t>
            </w:r>
            <w:r w:rsidRPr="002F5D52">
              <w:rPr>
                <w:rFonts w:ascii="Times New Roman" w:hAnsi="Times New Roman" w:cs="Times New Roman"/>
                <w:i/>
                <w:iCs/>
              </w:rPr>
              <w:t>Note: Red and blue bins must be returned to the Main Facility (Building 1, Room #1403, Rear Door).</w:t>
            </w:r>
          </w:p>
        </w:tc>
        <w:tc>
          <w:tcPr>
            <w:tcW w:w="2060" w:type="dxa"/>
          </w:tcPr>
          <w:p w14:paraId="1B6513E1" w14:textId="77777777" w:rsidR="00A5509F" w:rsidRPr="002F5D52" w:rsidRDefault="00A5509F" w:rsidP="00A5509F">
            <w:pPr>
              <w:jc w:val="center"/>
              <w:rPr>
                <w:rFonts w:ascii="Times New Roman" w:hAnsi="Times New Roman" w:cs="Times New Roman"/>
              </w:rPr>
            </w:pPr>
            <w:r w:rsidRPr="002F5D52">
              <w:rPr>
                <w:rFonts w:ascii="Times New Roman" w:hAnsi="Times New Roman" w:cs="Times New Roman"/>
              </w:rPr>
              <w:t>260/year</w:t>
            </w:r>
          </w:p>
        </w:tc>
      </w:tr>
    </w:tbl>
    <w:p w14:paraId="1AF0EFFC"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14B8C799" w14:textId="77777777" w:rsidTr="00E5395D">
        <w:trPr>
          <w:trHeight w:val="395"/>
          <w:jc w:val="center"/>
        </w:trPr>
        <w:tc>
          <w:tcPr>
            <w:tcW w:w="9540" w:type="dxa"/>
            <w:gridSpan w:val="3"/>
            <w:vAlign w:val="center"/>
          </w:tcPr>
          <w:p w14:paraId="04FA631B" w14:textId="0533293A"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RUN 1</w:t>
            </w:r>
            <w:r w:rsidR="006F36C0">
              <w:rPr>
                <w:rFonts w:ascii="Times New Roman" w:hAnsi="Times New Roman" w:cs="Times New Roman"/>
                <w:b/>
                <w:bCs/>
              </w:rPr>
              <w:t>7</w:t>
            </w:r>
          </w:p>
        </w:tc>
      </w:tr>
      <w:bookmarkEnd w:id="3"/>
      <w:tr w:rsidR="00A5509F" w:rsidRPr="002F5D52" w14:paraId="5CB2DE76" w14:textId="77777777" w:rsidTr="00E5395D">
        <w:trPr>
          <w:trHeight w:val="2060"/>
          <w:jc w:val="center"/>
        </w:trPr>
        <w:tc>
          <w:tcPr>
            <w:tcW w:w="3695" w:type="dxa"/>
          </w:tcPr>
          <w:p w14:paraId="00E61259" w14:textId="01D2053B" w:rsidR="00A5509F" w:rsidRPr="002F5D52" w:rsidRDefault="00A5509F" w:rsidP="00A5509F">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lastRenderedPageBreak/>
              <w:t>Staff Sergeant Alexander W. Conrad VA Clinic (Southeast)</w:t>
            </w:r>
            <w:r w:rsidRPr="002F5D52">
              <w:rPr>
                <w:rFonts w:ascii="Times New Roman" w:hAnsi="Times New Roman" w:cs="Times New Roman"/>
              </w:rPr>
              <w:br/>
              <w:t>3285 South Val Vista Drive</w:t>
            </w:r>
            <w:r w:rsidRPr="002F5D52">
              <w:rPr>
                <w:rFonts w:ascii="Times New Roman" w:hAnsi="Times New Roman" w:cs="Times New Roman"/>
              </w:rPr>
              <w:br/>
              <w:t>Gilbert, AZ 85297</w:t>
            </w:r>
            <w:r w:rsidRPr="002F5D52">
              <w:rPr>
                <w:rFonts w:ascii="Times New Roman" w:hAnsi="Times New Roman" w:cs="Times New Roman"/>
              </w:rPr>
              <w:br/>
              <w:t>Days: Monday – Friday</w:t>
            </w:r>
            <w:r w:rsidRPr="002F5D52">
              <w:rPr>
                <w:rFonts w:ascii="Times New Roman" w:hAnsi="Times New Roman" w:cs="Times New Roman"/>
              </w:rPr>
              <w:br/>
              <w:t xml:space="preserve">Pickup Time: 3:30pm – 4:00pm                                                                    </w:t>
            </w:r>
            <w:r w:rsidRPr="002F5D52">
              <w:rPr>
                <w:rFonts w:ascii="Times New Roman" w:hAnsi="Times New Roman" w:cs="Times New Roman"/>
                <w:b/>
                <w:bCs/>
              </w:rPr>
              <w:t>User: Lab / SPS</w:t>
            </w:r>
            <w:r w:rsidRPr="002F5D52">
              <w:rPr>
                <w:rFonts w:ascii="Times New Roman" w:hAnsi="Times New Roman" w:cs="Times New Roman"/>
              </w:rPr>
              <w:br/>
              <w:t xml:space="preserve">Pickup Location: Lab / Dental Clinic, Room #1415 (SPS)                                                                                                                                                                          </w:t>
            </w:r>
            <w:r w:rsidRPr="002F5D52">
              <w:rPr>
                <w:rFonts w:ascii="Times New Roman" w:hAnsi="Times New Roman" w:cs="Times New Roman"/>
                <w:i/>
                <w:iCs/>
              </w:rPr>
              <w:t>Note: Picking up specimens for the Lab &amp; dirty instruments for SPS.</w:t>
            </w:r>
          </w:p>
        </w:tc>
        <w:tc>
          <w:tcPr>
            <w:tcW w:w="3785" w:type="dxa"/>
          </w:tcPr>
          <w:p w14:paraId="7E6A2523" w14:textId="5A667335" w:rsidR="00A5509F" w:rsidRPr="002F5D52" w:rsidRDefault="00A5509F" w:rsidP="00A5509F">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Delivery Time: 5:00pm – 5:30pm</w:t>
            </w:r>
            <w:r w:rsidRPr="002F5D52">
              <w:rPr>
                <w:rFonts w:ascii="Times New Roman" w:hAnsi="Times New Roman" w:cs="Times New Roman"/>
              </w:rPr>
              <w:br/>
              <w:t xml:space="preserve">Delivery Location: Room E200 (Lab) / Building 1, Room #1403, Rear Door (SPS)                                                                                                    </w:t>
            </w:r>
            <w:r w:rsidRPr="002F5D52">
              <w:rPr>
                <w:rFonts w:ascii="Times New Roman" w:hAnsi="Times New Roman" w:cs="Times New Roman"/>
                <w:i/>
                <w:iCs/>
              </w:rPr>
              <w:t>Note: Red and blue bins must be returned to the Main Facility (Building 1, Room #1403, Rear Door).</w:t>
            </w:r>
          </w:p>
        </w:tc>
        <w:tc>
          <w:tcPr>
            <w:tcW w:w="2060" w:type="dxa"/>
          </w:tcPr>
          <w:p w14:paraId="491F9C10" w14:textId="77777777" w:rsidR="00A5509F" w:rsidRPr="002F5D52" w:rsidRDefault="00A5509F" w:rsidP="00A5509F">
            <w:pPr>
              <w:jc w:val="center"/>
              <w:rPr>
                <w:rFonts w:ascii="Times New Roman" w:hAnsi="Times New Roman" w:cs="Times New Roman"/>
              </w:rPr>
            </w:pPr>
            <w:r w:rsidRPr="002F5D52">
              <w:rPr>
                <w:rFonts w:ascii="Times New Roman" w:hAnsi="Times New Roman" w:cs="Times New Roman"/>
              </w:rPr>
              <w:t>260/year</w:t>
            </w:r>
          </w:p>
        </w:tc>
      </w:tr>
    </w:tbl>
    <w:p w14:paraId="28334B4C"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6A292C18" w14:textId="77777777" w:rsidTr="00E5395D">
        <w:trPr>
          <w:trHeight w:val="395"/>
          <w:jc w:val="center"/>
        </w:trPr>
        <w:tc>
          <w:tcPr>
            <w:tcW w:w="9540" w:type="dxa"/>
            <w:gridSpan w:val="3"/>
            <w:vAlign w:val="center"/>
          </w:tcPr>
          <w:p w14:paraId="0FCDEDD1" w14:textId="10CA8A8D"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18</w:t>
            </w:r>
          </w:p>
        </w:tc>
      </w:tr>
      <w:tr w:rsidR="00BE42CB" w:rsidRPr="002F5D52" w14:paraId="6D651AC4" w14:textId="77777777" w:rsidTr="004D61D4">
        <w:trPr>
          <w:trHeight w:val="1610"/>
          <w:jc w:val="center"/>
        </w:trPr>
        <w:tc>
          <w:tcPr>
            <w:tcW w:w="3695" w:type="dxa"/>
          </w:tcPr>
          <w:p w14:paraId="7C42A05E" w14:textId="2A09993E" w:rsidR="00BE42CB" w:rsidRPr="002F5D52" w:rsidRDefault="00BE42CB" w:rsidP="00BE42CB">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t>Northwest VA Clinic</w:t>
            </w:r>
            <w:r w:rsidRPr="002F5D52">
              <w:rPr>
                <w:rFonts w:ascii="Times New Roman" w:hAnsi="Times New Roman" w:cs="Times New Roman"/>
              </w:rPr>
              <w:br/>
              <w:t>13985 West Grand Avenue, Suite 101</w:t>
            </w:r>
            <w:r w:rsidRPr="002F5D52">
              <w:rPr>
                <w:rFonts w:ascii="Times New Roman" w:hAnsi="Times New Roman" w:cs="Times New Roman"/>
              </w:rPr>
              <w:br/>
              <w:t>Surprise, AZ 85374</w:t>
            </w:r>
            <w:r w:rsidRPr="002F5D52">
              <w:rPr>
                <w:rFonts w:ascii="Times New Roman" w:hAnsi="Times New Roman" w:cs="Times New Roman"/>
              </w:rPr>
              <w:br/>
              <w:t>Days: Monday – Friday</w:t>
            </w:r>
            <w:r w:rsidRPr="002F5D52">
              <w:rPr>
                <w:rFonts w:ascii="Times New Roman" w:hAnsi="Times New Roman" w:cs="Times New Roman"/>
              </w:rPr>
              <w:br/>
              <w:t xml:space="preserve">Pickup Time: 10:00am – 10:30am                                                               </w:t>
            </w:r>
            <w:r w:rsidRPr="002F5D52">
              <w:rPr>
                <w:rFonts w:ascii="Times New Roman" w:hAnsi="Times New Roman" w:cs="Times New Roman"/>
                <w:b/>
                <w:bCs/>
              </w:rPr>
              <w:t>User: Lab / SPS / Logistics</w:t>
            </w:r>
            <w:r w:rsidRPr="002F5D52">
              <w:rPr>
                <w:rFonts w:ascii="Times New Roman" w:hAnsi="Times New Roman" w:cs="Times New Roman"/>
              </w:rPr>
              <w:br/>
              <w:t xml:space="preserve">Pickup Location: Lab / Dental Clinic, Room #1045 (SPS)                                                                  </w:t>
            </w:r>
            <w:r w:rsidRPr="002F5D52">
              <w:rPr>
                <w:rFonts w:ascii="Times New Roman" w:hAnsi="Times New Roman" w:cs="Times New Roman"/>
                <w:i/>
                <w:iCs/>
              </w:rPr>
              <w:t>Note: Picking up specimens for the Lab &amp; dirty instruments for SPS.</w:t>
            </w:r>
          </w:p>
        </w:tc>
        <w:tc>
          <w:tcPr>
            <w:tcW w:w="3785" w:type="dxa"/>
          </w:tcPr>
          <w:p w14:paraId="09E3EFA7" w14:textId="758F8069" w:rsidR="00BE42CB" w:rsidRPr="002F5D52" w:rsidRDefault="00BE42CB" w:rsidP="00BE42CB">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Delivery Time: 11:30am – 12:00pm</w:t>
            </w:r>
            <w:r w:rsidRPr="002F5D52">
              <w:rPr>
                <w:rFonts w:ascii="Times New Roman" w:hAnsi="Times New Roman" w:cs="Times New Roman"/>
              </w:rPr>
              <w:br/>
              <w:t xml:space="preserve">Delivery Location: Room E200 (Lab) / Building 1, Room #1403, Rear Door (SPS) / Mailroom (Logistics)                                                            </w:t>
            </w:r>
            <w:r w:rsidRPr="002F5D52">
              <w:rPr>
                <w:rFonts w:ascii="Times New Roman" w:hAnsi="Times New Roman" w:cs="Times New Roman"/>
                <w:i/>
                <w:iCs/>
              </w:rPr>
              <w:t>Note: Red and blue bins must be returned to the Main Facility (Building 1, Room #1403, Rear Door).</w:t>
            </w:r>
          </w:p>
        </w:tc>
        <w:tc>
          <w:tcPr>
            <w:tcW w:w="2060" w:type="dxa"/>
          </w:tcPr>
          <w:p w14:paraId="086D8A73" w14:textId="77777777" w:rsidR="00BE42CB" w:rsidRPr="002F5D52" w:rsidRDefault="00BE42CB" w:rsidP="00BE42CB">
            <w:pPr>
              <w:jc w:val="center"/>
              <w:rPr>
                <w:rFonts w:ascii="Times New Roman" w:hAnsi="Times New Roman" w:cs="Times New Roman"/>
              </w:rPr>
            </w:pPr>
            <w:r w:rsidRPr="002F5D52">
              <w:rPr>
                <w:rFonts w:ascii="Times New Roman" w:hAnsi="Times New Roman" w:cs="Times New Roman"/>
              </w:rPr>
              <w:t>260/year</w:t>
            </w:r>
          </w:p>
        </w:tc>
      </w:tr>
    </w:tbl>
    <w:p w14:paraId="52DC77A7"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762C8E48" w14:textId="77777777" w:rsidTr="00E5395D">
        <w:trPr>
          <w:trHeight w:val="395"/>
          <w:jc w:val="center"/>
        </w:trPr>
        <w:tc>
          <w:tcPr>
            <w:tcW w:w="9540" w:type="dxa"/>
            <w:gridSpan w:val="3"/>
            <w:vAlign w:val="center"/>
          </w:tcPr>
          <w:p w14:paraId="488D7775" w14:textId="29E5F649"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19</w:t>
            </w:r>
          </w:p>
        </w:tc>
      </w:tr>
      <w:tr w:rsidR="00BE42CB" w:rsidRPr="002F5D52" w14:paraId="20627328" w14:textId="77777777" w:rsidTr="00E5395D">
        <w:trPr>
          <w:trHeight w:val="1790"/>
          <w:jc w:val="center"/>
        </w:trPr>
        <w:tc>
          <w:tcPr>
            <w:tcW w:w="3695" w:type="dxa"/>
          </w:tcPr>
          <w:p w14:paraId="5167B294" w14:textId="09974890" w:rsidR="00BE42CB" w:rsidRPr="002F5D52" w:rsidRDefault="00BE42CB" w:rsidP="00BE42CB">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t>Northwest VA Clinic</w:t>
            </w:r>
            <w:r w:rsidRPr="002F5D52">
              <w:rPr>
                <w:rFonts w:ascii="Times New Roman" w:hAnsi="Times New Roman" w:cs="Times New Roman"/>
              </w:rPr>
              <w:br/>
              <w:t>13985 West Grand Avenue, Suite 101</w:t>
            </w:r>
            <w:r w:rsidRPr="002F5D52">
              <w:rPr>
                <w:rFonts w:ascii="Times New Roman" w:hAnsi="Times New Roman" w:cs="Times New Roman"/>
              </w:rPr>
              <w:br/>
              <w:t>Surprise, AZ 85374</w:t>
            </w:r>
            <w:r w:rsidRPr="002F5D52">
              <w:rPr>
                <w:rFonts w:ascii="Times New Roman" w:hAnsi="Times New Roman" w:cs="Times New Roman"/>
              </w:rPr>
              <w:br/>
              <w:t>Days: Monday – Friday</w:t>
            </w:r>
            <w:r w:rsidRPr="002F5D52">
              <w:rPr>
                <w:rFonts w:ascii="Times New Roman" w:hAnsi="Times New Roman" w:cs="Times New Roman"/>
              </w:rPr>
              <w:br/>
              <w:t xml:space="preserve">Pickup Time: 2:30pm – 3:00pm                                                                     </w:t>
            </w:r>
            <w:r w:rsidRPr="002F5D52">
              <w:rPr>
                <w:rFonts w:ascii="Times New Roman" w:hAnsi="Times New Roman" w:cs="Times New Roman"/>
                <w:b/>
                <w:bCs/>
              </w:rPr>
              <w:t>User: Lab / SPS</w:t>
            </w:r>
            <w:r w:rsidRPr="002F5D52">
              <w:rPr>
                <w:rFonts w:ascii="Times New Roman" w:hAnsi="Times New Roman" w:cs="Times New Roman"/>
              </w:rPr>
              <w:br/>
              <w:t xml:space="preserve">Pickup Location: Lab / Dental Clinic, Room #1045 (SPS)                                                                                                                                                          </w:t>
            </w:r>
            <w:r w:rsidRPr="002F5D52">
              <w:rPr>
                <w:rFonts w:ascii="Times New Roman" w:hAnsi="Times New Roman" w:cs="Times New Roman"/>
                <w:i/>
                <w:iCs/>
              </w:rPr>
              <w:t>Note: Picking up specimens for the Lab &amp; dirty instruments for SPS.</w:t>
            </w:r>
          </w:p>
        </w:tc>
        <w:tc>
          <w:tcPr>
            <w:tcW w:w="3785" w:type="dxa"/>
          </w:tcPr>
          <w:p w14:paraId="1948B842" w14:textId="7B609DD7" w:rsidR="00BE42CB" w:rsidRPr="002F5D52" w:rsidRDefault="00BE42CB" w:rsidP="00BE42CB">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Delivery Time: 3:30pm – 4:00pm</w:t>
            </w:r>
            <w:r w:rsidRPr="002F5D52">
              <w:rPr>
                <w:rFonts w:ascii="Times New Roman" w:hAnsi="Times New Roman" w:cs="Times New Roman"/>
              </w:rPr>
              <w:br/>
              <w:t xml:space="preserve">Delivery Location: Room E200 (Lab) / Building 1, Room #1403, Rear Door (SPS)                                                                                                     </w:t>
            </w:r>
            <w:r w:rsidRPr="002F5D52">
              <w:rPr>
                <w:rFonts w:ascii="Times New Roman" w:hAnsi="Times New Roman" w:cs="Times New Roman"/>
                <w:i/>
                <w:iCs/>
              </w:rPr>
              <w:t>Note: Red and blue bins must be returned to the Main Facility (Building 1, Room #1403, Rear Door).</w:t>
            </w:r>
          </w:p>
        </w:tc>
        <w:tc>
          <w:tcPr>
            <w:tcW w:w="2060" w:type="dxa"/>
          </w:tcPr>
          <w:p w14:paraId="15D17AD8" w14:textId="77777777" w:rsidR="00BE42CB" w:rsidRPr="002F5D52" w:rsidRDefault="00BE42CB" w:rsidP="00BE42CB">
            <w:pPr>
              <w:jc w:val="center"/>
              <w:rPr>
                <w:rFonts w:ascii="Times New Roman" w:hAnsi="Times New Roman" w:cs="Times New Roman"/>
              </w:rPr>
            </w:pPr>
            <w:r w:rsidRPr="002F5D52">
              <w:rPr>
                <w:rFonts w:ascii="Times New Roman" w:hAnsi="Times New Roman" w:cs="Times New Roman"/>
              </w:rPr>
              <w:t>260/year</w:t>
            </w:r>
          </w:p>
        </w:tc>
      </w:tr>
    </w:tbl>
    <w:p w14:paraId="6EE721B9"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1664EB06" w14:textId="77777777" w:rsidTr="00E5395D">
        <w:trPr>
          <w:trHeight w:val="395"/>
          <w:jc w:val="center"/>
        </w:trPr>
        <w:tc>
          <w:tcPr>
            <w:tcW w:w="9540" w:type="dxa"/>
            <w:gridSpan w:val="3"/>
            <w:vAlign w:val="center"/>
          </w:tcPr>
          <w:p w14:paraId="265B44A3" w14:textId="2F09F890"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E0766E" w:rsidRPr="002F5D52">
              <w:rPr>
                <w:rFonts w:ascii="Times New Roman" w:hAnsi="Times New Roman" w:cs="Times New Roman"/>
                <w:b/>
                <w:bCs/>
              </w:rPr>
              <w:t>2</w:t>
            </w:r>
            <w:r w:rsidR="006F36C0">
              <w:rPr>
                <w:rFonts w:ascii="Times New Roman" w:hAnsi="Times New Roman" w:cs="Times New Roman"/>
                <w:b/>
                <w:bCs/>
              </w:rPr>
              <w:t>0</w:t>
            </w:r>
          </w:p>
        </w:tc>
      </w:tr>
      <w:tr w:rsidR="00BE42CB" w:rsidRPr="002F5D52" w14:paraId="516EE052" w14:textId="77777777" w:rsidTr="00E5395D">
        <w:trPr>
          <w:trHeight w:val="1153"/>
          <w:jc w:val="center"/>
        </w:trPr>
        <w:tc>
          <w:tcPr>
            <w:tcW w:w="3695" w:type="dxa"/>
          </w:tcPr>
          <w:p w14:paraId="24D1CA3C" w14:textId="04D7259C" w:rsidR="00BE42CB" w:rsidRPr="002F5D52" w:rsidRDefault="00BE42CB" w:rsidP="00BE42CB">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t>Northeast VA Clinic</w:t>
            </w:r>
            <w:r w:rsidRPr="002F5D52">
              <w:rPr>
                <w:rFonts w:ascii="Times New Roman" w:hAnsi="Times New Roman" w:cs="Times New Roman"/>
              </w:rPr>
              <w:br/>
              <w:t>11390 East Via Linda Road, Suite 105</w:t>
            </w:r>
            <w:r w:rsidRPr="002F5D52">
              <w:rPr>
                <w:rFonts w:ascii="Times New Roman" w:hAnsi="Times New Roman" w:cs="Times New Roman"/>
              </w:rPr>
              <w:br/>
              <w:t>Scottsdale, AZ 85259</w:t>
            </w:r>
            <w:r w:rsidRPr="002F5D52">
              <w:rPr>
                <w:rFonts w:ascii="Times New Roman" w:hAnsi="Times New Roman" w:cs="Times New Roman"/>
              </w:rPr>
              <w:br/>
              <w:t>Days: Monday – Friday</w:t>
            </w:r>
            <w:r w:rsidRPr="002F5D52">
              <w:rPr>
                <w:rFonts w:ascii="Times New Roman" w:hAnsi="Times New Roman" w:cs="Times New Roman"/>
              </w:rPr>
              <w:br/>
              <w:t xml:space="preserve">Pickup Time: 2:00pm – 2:30pm                                                                     </w:t>
            </w:r>
            <w:r w:rsidRPr="002F5D52">
              <w:rPr>
                <w:rFonts w:ascii="Times New Roman" w:hAnsi="Times New Roman" w:cs="Times New Roman"/>
                <w:b/>
                <w:bCs/>
              </w:rPr>
              <w:t>User: Lab / Logistics</w:t>
            </w:r>
            <w:r w:rsidRPr="002F5D52">
              <w:rPr>
                <w:rFonts w:ascii="Times New Roman" w:hAnsi="Times New Roman" w:cs="Times New Roman"/>
              </w:rPr>
              <w:br/>
              <w:t xml:space="preserve">Pickup Location: Lab                                                             </w:t>
            </w:r>
          </w:p>
        </w:tc>
        <w:tc>
          <w:tcPr>
            <w:tcW w:w="3785" w:type="dxa"/>
          </w:tcPr>
          <w:p w14:paraId="62D556BB" w14:textId="1190A6E7" w:rsidR="00BE42CB" w:rsidRPr="002F5D52" w:rsidRDefault="00BE42CB" w:rsidP="00BE42CB">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b/>
                <w:bCs/>
              </w:rPr>
              <w:br/>
            </w:r>
            <w:r w:rsidRPr="002F5D52">
              <w:rPr>
                <w:rFonts w:ascii="Times New Roman" w:hAnsi="Times New Roman" w:cs="Times New Roman"/>
              </w:rP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Delivery Time: Between 3:30pm – 4:00pm</w:t>
            </w:r>
            <w:r w:rsidRPr="002F5D52">
              <w:rPr>
                <w:rFonts w:ascii="Times New Roman" w:hAnsi="Times New Roman" w:cs="Times New Roman"/>
              </w:rPr>
              <w:br/>
            </w:r>
            <w:r w:rsidRPr="002F5D52">
              <w:rPr>
                <w:rFonts w:ascii="Times New Roman" w:hAnsi="Times New Roman" w:cs="Times New Roman"/>
              </w:rPr>
              <w:lastRenderedPageBreak/>
              <w:t>Delivery Location: Room E200 (Lab) / Mailroom (Logistics)</w:t>
            </w:r>
          </w:p>
        </w:tc>
        <w:tc>
          <w:tcPr>
            <w:tcW w:w="2060" w:type="dxa"/>
          </w:tcPr>
          <w:p w14:paraId="2D6D33F4" w14:textId="77777777" w:rsidR="00BE42CB" w:rsidRPr="002F5D52" w:rsidRDefault="00BE42CB" w:rsidP="00BE42CB">
            <w:pPr>
              <w:jc w:val="center"/>
              <w:rPr>
                <w:rFonts w:ascii="Times New Roman" w:hAnsi="Times New Roman" w:cs="Times New Roman"/>
              </w:rPr>
            </w:pPr>
            <w:r w:rsidRPr="002F5D52">
              <w:rPr>
                <w:rFonts w:ascii="Times New Roman" w:hAnsi="Times New Roman" w:cs="Times New Roman"/>
              </w:rPr>
              <w:lastRenderedPageBreak/>
              <w:t>260/year</w:t>
            </w:r>
          </w:p>
        </w:tc>
      </w:tr>
    </w:tbl>
    <w:p w14:paraId="3405B12A"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5F0C7C43" w14:textId="77777777" w:rsidTr="00E5395D">
        <w:trPr>
          <w:trHeight w:val="395"/>
          <w:jc w:val="center"/>
        </w:trPr>
        <w:tc>
          <w:tcPr>
            <w:tcW w:w="9540" w:type="dxa"/>
            <w:gridSpan w:val="3"/>
            <w:vAlign w:val="center"/>
          </w:tcPr>
          <w:p w14:paraId="3898F56F" w14:textId="64CBE3BC"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E0766E" w:rsidRPr="002F5D52">
              <w:rPr>
                <w:rFonts w:ascii="Times New Roman" w:hAnsi="Times New Roman" w:cs="Times New Roman"/>
                <w:b/>
                <w:bCs/>
              </w:rPr>
              <w:t>2</w:t>
            </w:r>
            <w:r w:rsidR="006F36C0">
              <w:rPr>
                <w:rFonts w:ascii="Times New Roman" w:hAnsi="Times New Roman" w:cs="Times New Roman"/>
                <w:b/>
                <w:bCs/>
              </w:rPr>
              <w:t>1</w:t>
            </w:r>
          </w:p>
        </w:tc>
      </w:tr>
      <w:tr w:rsidR="00BE42CB" w:rsidRPr="002F5D52" w14:paraId="625DC3FC" w14:textId="77777777" w:rsidTr="00E5395D">
        <w:trPr>
          <w:trHeight w:val="1700"/>
          <w:jc w:val="center"/>
        </w:trPr>
        <w:tc>
          <w:tcPr>
            <w:tcW w:w="3695" w:type="dxa"/>
          </w:tcPr>
          <w:p w14:paraId="233969A1" w14:textId="3D398F0A" w:rsidR="00BE42CB" w:rsidRPr="002F5D52" w:rsidRDefault="00BE42CB" w:rsidP="00BE42CB">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t>Southwest VA Clinic</w:t>
            </w:r>
            <w:r w:rsidRPr="002F5D52">
              <w:rPr>
                <w:rFonts w:ascii="Times New Roman" w:hAnsi="Times New Roman" w:cs="Times New Roman"/>
              </w:rPr>
              <w:br/>
              <w:t>9250 West Thomas Road, Suite 400</w:t>
            </w:r>
            <w:r w:rsidRPr="002F5D52">
              <w:rPr>
                <w:rFonts w:ascii="Times New Roman" w:hAnsi="Times New Roman" w:cs="Times New Roman"/>
              </w:rPr>
              <w:br/>
              <w:t>Phoenix, AZ 85037</w:t>
            </w:r>
            <w:r w:rsidRPr="002F5D52">
              <w:rPr>
                <w:rFonts w:ascii="Times New Roman" w:hAnsi="Times New Roman" w:cs="Times New Roman"/>
              </w:rPr>
              <w:br/>
              <w:t>Days: Monday – Friday</w:t>
            </w:r>
            <w:r w:rsidRPr="002F5D52">
              <w:rPr>
                <w:rFonts w:ascii="Times New Roman" w:hAnsi="Times New Roman" w:cs="Times New Roman"/>
              </w:rPr>
              <w:br/>
              <w:t>Pickup Time: 10:00am – 10:30am</w:t>
            </w:r>
            <w:r w:rsidRPr="002F5D52">
              <w:rPr>
                <w:rFonts w:ascii="Times New Roman" w:hAnsi="Times New Roman" w:cs="Times New Roman"/>
              </w:rPr>
              <w:br/>
            </w:r>
            <w:r w:rsidRPr="002F5D52">
              <w:rPr>
                <w:rFonts w:ascii="Times New Roman" w:hAnsi="Times New Roman" w:cs="Times New Roman"/>
                <w:b/>
                <w:bCs/>
              </w:rPr>
              <w:t>User: Lab / Logistics</w:t>
            </w:r>
            <w:r w:rsidRPr="002F5D52">
              <w:rPr>
                <w:rFonts w:ascii="Times New Roman" w:hAnsi="Times New Roman" w:cs="Times New Roman"/>
              </w:rPr>
              <w:t xml:space="preserve">                                                                                     Pickup Location: Lab                                                                                </w:t>
            </w:r>
          </w:p>
        </w:tc>
        <w:tc>
          <w:tcPr>
            <w:tcW w:w="3785" w:type="dxa"/>
          </w:tcPr>
          <w:p w14:paraId="5ED4ADC8" w14:textId="519A77C7" w:rsidR="00BE42CB" w:rsidRPr="002F5D52" w:rsidRDefault="00BE42CB" w:rsidP="00BE42CB">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 Time: 11:30am – 12:00pm</w:t>
            </w:r>
            <w:r w:rsidRPr="002F5D52">
              <w:rPr>
                <w:rFonts w:ascii="Times New Roman" w:hAnsi="Times New Roman" w:cs="Times New Roman"/>
              </w:rPr>
              <w:br/>
              <w:t>Delivery Location: Room E200 (Lab) / Mailroom (Logistics)</w:t>
            </w:r>
          </w:p>
        </w:tc>
        <w:tc>
          <w:tcPr>
            <w:tcW w:w="2060" w:type="dxa"/>
          </w:tcPr>
          <w:p w14:paraId="201BB790" w14:textId="77777777" w:rsidR="00BE42CB" w:rsidRPr="002F5D52" w:rsidRDefault="00BE42CB" w:rsidP="00BE42CB">
            <w:pPr>
              <w:jc w:val="center"/>
              <w:rPr>
                <w:rFonts w:ascii="Times New Roman" w:hAnsi="Times New Roman" w:cs="Times New Roman"/>
              </w:rPr>
            </w:pPr>
            <w:r w:rsidRPr="002F5D52">
              <w:rPr>
                <w:rFonts w:ascii="Times New Roman" w:hAnsi="Times New Roman" w:cs="Times New Roman"/>
              </w:rPr>
              <w:t>260/year</w:t>
            </w:r>
          </w:p>
        </w:tc>
      </w:tr>
    </w:tbl>
    <w:p w14:paraId="596A74F1"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3813DE2A" w14:textId="77777777" w:rsidTr="00E5395D">
        <w:trPr>
          <w:trHeight w:val="395"/>
          <w:jc w:val="center"/>
        </w:trPr>
        <w:tc>
          <w:tcPr>
            <w:tcW w:w="9540" w:type="dxa"/>
            <w:gridSpan w:val="3"/>
            <w:vAlign w:val="center"/>
          </w:tcPr>
          <w:p w14:paraId="7D08077A" w14:textId="1C8B7FB6"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E0766E" w:rsidRPr="002F5D52">
              <w:rPr>
                <w:rFonts w:ascii="Times New Roman" w:hAnsi="Times New Roman" w:cs="Times New Roman"/>
                <w:b/>
                <w:bCs/>
              </w:rPr>
              <w:t>2</w:t>
            </w:r>
            <w:r w:rsidR="006F36C0">
              <w:rPr>
                <w:rFonts w:ascii="Times New Roman" w:hAnsi="Times New Roman" w:cs="Times New Roman"/>
                <w:b/>
                <w:bCs/>
              </w:rPr>
              <w:t>2</w:t>
            </w:r>
          </w:p>
        </w:tc>
      </w:tr>
      <w:tr w:rsidR="00BE42CB" w:rsidRPr="002F5D52" w14:paraId="249A5361" w14:textId="77777777" w:rsidTr="00E5395D">
        <w:trPr>
          <w:trHeight w:val="1700"/>
          <w:jc w:val="center"/>
        </w:trPr>
        <w:tc>
          <w:tcPr>
            <w:tcW w:w="3695" w:type="dxa"/>
          </w:tcPr>
          <w:p w14:paraId="517D3071" w14:textId="4EFA015C" w:rsidR="00BE42CB" w:rsidRPr="002F5D52" w:rsidRDefault="00BE42CB" w:rsidP="00BE42CB">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t>Southwest VA Clinic</w:t>
            </w:r>
            <w:r w:rsidRPr="002F5D52">
              <w:rPr>
                <w:rFonts w:ascii="Times New Roman" w:hAnsi="Times New Roman" w:cs="Times New Roman"/>
              </w:rPr>
              <w:br/>
              <w:t>9250 West Thomas Road, Suite 400</w:t>
            </w:r>
            <w:r w:rsidRPr="002F5D52">
              <w:rPr>
                <w:rFonts w:ascii="Times New Roman" w:hAnsi="Times New Roman" w:cs="Times New Roman"/>
              </w:rPr>
              <w:br/>
              <w:t>Phoenix, AZ 85037</w:t>
            </w:r>
            <w:r w:rsidRPr="002F5D52">
              <w:rPr>
                <w:rFonts w:ascii="Times New Roman" w:hAnsi="Times New Roman" w:cs="Times New Roman"/>
              </w:rPr>
              <w:br/>
              <w:t>Days: Monday – Friday</w:t>
            </w:r>
            <w:r w:rsidRPr="002F5D52">
              <w:rPr>
                <w:rFonts w:ascii="Times New Roman" w:hAnsi="Times New Roman" w:cs="Times New Roman"/>
              </w:rPr>
              <w:br/>
              <w:t xml:space="preserve">Pickup Time: 2:30pm – 3:00pm                                                                   </w:t>
            </w:r>
            <w:r w:rsidRPr="002F5D52">
              <w:rPr>
                <w:rFonts w:ascii="Times New Roman" w:hAnsi="Times New Roman" w:cs="Times New Roman"/>
                <w:b/>
                <w:bCs/>
              </w:rPr>
              <w:t>User: Lab</w:t>
            </w:r>
            <w:r w:rsidRPr="002F5D52">
              <w:rPr>
                <w:rFonts w:ascii="Times New Roman" w:hAnsi="Times New Roman" w:cs="Times New Roman"/>
              </w:rPr>
              <w:br/>
              <w:t>Pickup Location: Lab</w:t>
            </w:r>
          </w:p>
        </w:tc>
        <w:tc>
          <w:tcPr>
            <w:tcW w:w="3785" w:type="dxa"/>
          </w:tcPr>
          <w:p w14:paraId="113E4525" w14:textId="3C095B7F" w:rsidR="00BE42CB" w:rsidRPr="002F5D52" w:rsidRDefault="00BE42CB" w:rsidP="00BE42CB">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 Time: 3:30pm – 4:00pm</w:t>
            </w:r>
            <w:r w:rsidRPr="002F5D52">
              <w:rPr>
                <w:rFonts w:ascii="Times New Roman" w:hAnsi="Times New Roman" w:cs="Times New Roman"/>
              </w:rPr>
              <w:br/>
              <w:t>Delivery Location: Room E200</w:t>
            </w:r>
          </w:p>
        </w:tc>
        <w:tc>
          <w:tcPr>
            <w:tcW w:w="2060" w:type="dxa"/>
          </w:tcPr>
          <w:p w14:paraId="1CEF54F1" w14:textId="77777777" w:rsidR="00BE42CB" w:rsidRPr="002F5D52" w:rsidRDefault="00BE42CB" w:rsidP="00BE42CB">
            <w:pPr>
              <w:jc w:val="center"/>
              <w:rPr>
                <w:rFonts w:ascii="Times New Roman" w:hAnsi="Times New Roman" w:cs="Times New Roman"/>
              </w:rPr>
            </w:pPr>
            <w:r w:rsidRPr="002F5D52">
              <w:rPr>
                <w:rFonts w:ascii="Times New Roman" w:hAnsi="Times New Roman" w:cs="Times New Roman"/>
              </w:rPr>
              <w:t>260/year</w:t>
            </w:r>
          </w:p>
        </w:tc>
      </w:tr>
    </w:tbl>
    <w:p w14:paraId="641535D6"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1A9B2B6F" w14:textId="77777777" w:rsidTr="00E5395D">
        <w:trPr>
          <w:trHeight w:val="395"/>
          <w:jc w:val="center"/>
        </w:trPr>
        <w:tc>
          <w:tcPr>
            <w:tcW w:w="9540" w:type="dxa"/>
            <w:gridSpan w:val="3"/>
            <w:vAlign w:val="center"/>
          </w:tcPr>
          <w:p w14:paraId="6D3EBB0F" w14:textId="0F5BBFB9"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E0766E" w:rsidRPr="002F5D52">
              <w:rPr>
                <w:rFonts w:ascii="Times New Roman" w:hAnsi="Times New Roman" w:cs="Times New Roman"/>
                <w:b/>
                <w:bCs/>
              </w:rPr>
              <w:t>2</w:t>
            </w:r>
            <w:r w:rsidR="006F36C0">
              <w:rPr>
                <w:rFonts w:ascii="Times New Roman" w:hAnsi="Times New Roman" w:cs="Times New Roman"/>
                <w:b/>
                <w:bCs/>
              </w:rPr>
              <w:t>3</w:t>
            </w:r>
          </w:p>
        </w:tc>
      </w:tr>
      <w:tr w:rsidR="00BE42CB" w:rsidRPr="002F5D52" w14:paraId="5536F417" w14:textId="77777777" w:rsidTr="00E5395D">
        <w:trPr>
          <w:trHeight w:val="1610"/>
          <w:jc w:val="center"/>
        </w:trPr>
        <w:tc>
          <w:tcPr>
            <w:tcW w:w="3695" w:type="dxa"/>
          </w:tcPr>
          <w:p w14:paraId="6FA6108A" w14:textId="70EDDDC1" w:rsidR="00BE42CB" w:rsidRPr="002F5D52" w:rsidRDefault="00BE42CB" w:rsidP="00BE42CB">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t>Midtown VA Clinic</w:t>
            </w:r>
            <w:r w:rsidRPr="002F5D52">
              <w:rPr>
                <w:rFonts w:ascii="Times New Roman" w:hAnsi="Times New Roman" w:cs="Times New Roman"/>
              </w:rPr>
              <w:br/>
              <w:t>5040 North 15th Avenue</w:t>
            </w:r>
            <w:r w:rsidRPr="002F5D52">
              <w:rPr>
                <w:rFonts w:ascii="Times New Roman" w:hAnsi="Times New Roman" w:cs="Times New Roman"/>
              </w:rPr>
              <w:br/>
              <w:t>Phoenix, AZ 85015</w:t>
            </w:r>
            <w:r w:rsidRPr="002F5D52">
              <w:rPr>
                <w:rFonts w:ascii="Times New Roman" w:hAnsi="Times New Roman" w:cs="Times New Roman"/>
              </w:rPr>
              <w:br/>
              <w:t>Days: Monday – Friday</w:t>
            </w:r>
            <w:r w:rsidRPr="002F5D52">
              <w:rPr>
                <w:rFonts w:ascii="Times New Roman" w:hAnsi="Times New Roman" w:cs="Times New Roman"/>
              </w:rPr>
              <w:br/>
              <w:t xml:space="preserve">Pickup Time: 9:00am – 9:30am                                                                                </w:t>
            </w:r>
            <w:r w:rsidRPr="002F5D52">
              <w:rPr>
                <w:rFonts w:ascii="Times New Roman" w:hAnsi="Times New Roman" w:cs="Times New Roman"/>
                <w:b/>
                <w:bCs/>
              </w:rPr>
              <w:t xml:space="preserve">User: Lab                                                                                                                                </w:t>
            </w:r>
            <w:r w:rsidRPr="002F5D52">
              <w:rPr>
                <w:rFonts w:ascii="Times New Roman" w:hAnsi="Times New Roman" w:cs="Times New Roman"/>
              </w:rPr>
              <w:t>Pickup Location: Lab</w:t>
            </w:r>
          </w:p>
        </w:tc>
        <w:tc>
          <w:tcPr>
            <w:tcW w:w="3785" w:type="dxa"/>
          </w:tcPr>
          <w:p w14:paraId="00B079DB" w14:textId="59EE7146" w:rsidR="00BE42CB" w:rsidRPr="002F5D52" w:rsidRDefault="00BE42CB" w:rsidP="00BE42CB">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 Time: 10:00am – 10:30am</w:t>
            </w:r>
            <w:r w:rsidRPr="002F5D52">
              <w:rPr>
                <w:rFonts w:ascii="Times New Roman" w:hAnsi="Times New Roman" w:cs="Times New Roman"/>
              </w:rPr>
              <w:br/>
              <w:t>Delivery Location: Room E200</w:t>
            </w:r>
          </w:p>
        </w:tc>
        <w:tc>
          <w:tcPr>
            <w:tcW w:w="2060" w:type="dxa"/>
          </w:tcPr>
          <w:p w14:paraId="0D3F6CA0" w14:textId="77777777" w:rsidR="00BE42CB" w:rsidRPr="002F5D52" w:rsidRDefault="00BE42CB" w:rsidP="00BE42CB">
            <w:pPr>
              <w:jc w:val="center"/>
              <w:rPr>
                <w:rFonts w:ascii="Times New Roman" w:hAnsi="Times New Roman" w:cs="Times New Roman"/>
              </w:rPr>
            </w:pPr>
            <w:r w:rsidRPr="002F5D52">
              <w:rPr>
                <w:rFonts w:ascii="Times New Roman" w:hAnsi="Times New Roman" w:cs="Times New Roman"/>
              </w:rPr>
              <w:t>260/year</w:t>
            </w:r>
          </w:p>
        </w:tc>
      </w:tr>
    </w:tbl>
    <w:p w14:paraId="1CBF4F5A"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56E2AFB2" w14:textId="77777777" w:rsidTr="00E5395D">
        <w:trPr>
          <w:trHeight w:val="395"/>
          <w:jc w:val="center"/>
        </w:trPr>
        <w:tc>
          <w:tcPr>
            <w:tcW w:w="9540" w:type="dxa"/>
            <w:gridSpan w:val="3"/>
            <w:vAlign w:val="center"/>
          </w:tcPr>
          <w:p w14:paraId="4DDDF3E6" w14:textId="432412AE"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24</w:t>
            </w:r>
          </w:p>
        </w:tc>
      </w:tr>
      <w:tr w:rsidR="00BB5F6F" w:rsidRPr="002F5D52" w14:paraId="79A91D1A" w14:textId="77777777" w:rsidTr="00E5395D">
        <w:trPr>
          <w:trHeight w:val="1153"/>
          <w:jc w:val="center"/>
        </w:trPr>
        <w:tc>
          <w:tcPr>
            <w:tcW w:w="3695" w:type="dxa"/>
          </w:tcPr>
          <w:p w14:paraId="6658C05C" w14:textId="1E716A3F" w:rsidR="00BB5F6F" w:rsidRPr="002F5D52" w:rsidRDefault="00BB5F6F" w:rsidP="00BB5F6F">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t>Midtown VA Clinic</w:t>
            </w:r>
            <w:r w:rsidRPr="002F5D52">
              <w:rPr>
                <w:rFonts w:ascii="Times New Roman" w:hAnsi="Times New Roman" w:cs="Times New Roman"/>
              </w:rPr>
              <w:br/>
              <w:t>5040 North 15th Avenue</w:t>
            </w:r>
            <w:r w:rsidRPr="002F5D52">
              <w:rPr>
                <w:rFonts w:ascii="Times New Roman" w:hAnsi="Times New Roman" w:cs="Times New Roman"/>
              </w:rPr>
              <w:br/>
              <w:t>Phoenix, AZ 85015</w:t>
            </w:r>
            <w:r w:rsidRPr="002F5D52">
              <w:rPr>
                <w:rFonts w:ascii="Times New Roman" w:hAnsi="Times New Roman" w:cs="Times New Roman"/>
              </w:rPr>
              <w:br/>
              <w:t>Days: Monday – Friday</w:t>
            </w:r>
            <w:r w:rsidRPr="002F5D52">
              <w:rPr>
                <w:rFonts w:ascii="Times New Roman" w:hAnsi="Times New Roman" w:cs="Times New Roman"/>
              </w:rPr>
              <w:br/>
              <w:t xml:space="preserve">Pickup Time: 11:00am – 11:30am                                                                     </w:t>
            </w:r>
            <w:r w:rsidRPr="002F5D52">
              <w:rPr>
                <w:rFonts w:ascii="Times New Roman" w:hAnsi="Times New Roman" w:cs="Times New Roman"/>
                <w:b/>
                <w:bCs/>
              </w:rPr>
              <w:t>User: Lab / Logistics</w:t>
            </w:r>
            <w:r w:rsidRPr="002F5D52">
              <w:rPr>
                <w:rFonts w:ascii="Times New Roman" w:hAnsi="Times New Roman" w:cs="Times New Roman"/>
              </w:rPr>
              <w:br/>
              <w:t>Pickup Location: Lab</w:t>
            </w:r>
          </w:p>
        </w:tc>
        <w:tc>
          <w:tcPr>
            <w:tcW w:w="3785" w:type="dxa"/>
          </w:tcPr>
          <w:p w14:paraId="134FA904" w14:textId="760255FA" w:rsidR="00BB5F6F" w:rsidRPr="002F5D52" w:rsidRDefault="00BB5F6F" w:rsidP="00BB5F6F">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 Time: 12:00pm – 12:30pm</w:t>
            </w:r>
            <w:r w:rsidRPr="002F5D52">
              <w:rPr>
                <w:rFonts w:ascii="Times New Roman" w:hAnsi="Times New Roman" w:cs="Times New Roman"/>
              </w:rPr>
              <w:br/>
              <w:t>Delivery Location: Room E200 (Lab) / Mailroom (Logistics)</w:t>
            </w:r>
          </w:p>
        </w:tc>
        <w:tc>
          <w:tcPr>
            <w:tcW w:w="2060" w:type="dxa"/>
          </w:tcPr>
          <w:p w14:paraId="7213B8E5" w14:textId="77777777" w:rsidR="00BB5F6F" w:rsidRPr="002F5D52" w:rsidRDefault="00BB5F6F" w:rsidP="00BB5F6F">
            <w:pPr>
              <w:jc w:val="center"/>
              <w:rPr>
                <w:rFonts w:ascii="Times New Roman" w:hAnsi="Times New Roman" w:cs="Times New Roman"/>
              </w:rPr>
            </w:pPr>
            <w:r w:rsidRPr="002F5D52">
              <w:rPr>
                <w:rFonts w:ascii="Times New Roman" w:hAnsi="Times New Roman" w:cs="Times New Roman"/>
              </w:rPr>
              <w:t>260/year</w:t>
            </w:r>
          </w:p>
        </w:tc>
      </w:tr>
    </w:tbl>
    <w:p w14:paraId="7253E5CA"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7C26692B" w14:textId="77777777" w:rsidTr="00E5395D">
        <w:trPr>
          <w:trHeight w:val="395"/>
          <w:jc w:val="center"/>
        </w:trPr>
        <w:tc>
          <w:tcPr>
            <w:tcW w:w="9540" w:type="dxa"/>
            <w:gridSpan w:val="3"/>
            <w:vAlign w:val="center"/>
          </w:tcPr>
          <w:p w14:paraId="517B2424" w14:textId="05C381FC"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E0766E" w:rsidRPr="002F5D52">
              <w:rPr>
                <w:rFonts w:ascii="Times New Roman" w:hAnsi="Times New Roman" w:cs="Times New Roman"/>
                <w:b/>
                <w:bCs/>
              </w:rPr>
              <w:t>2</w:t>
            </w:r>
            <w:r w:rsidR="006F36C0">
              <w:rPr>
                <w:rFonts w:ascii="Times New Roman" w:hAnsi="Times New Roman" w:cs="Times New Roman"/>
                <w:b/>
                <w:bCs/>
              </w:rPr>
              <w:t>5</w:t>
            </w:r>
          </w:p>
        </w:tc>
      </w:tr>
      <w:tr w:rsidR="00BB5F6F" w:rsidRPr="002F5D52" w14:paraId="32D00276" w14:textId="77777777" w:rsidTr="00E5395D">
        <w:trPr>
          <w:trHeight w:val="1153"/>
          <w:jc w:val="center"/>
        </w:trPr>
        <w:tc>
          <w:tcPr>
            <w:tcW w:w="3695" w:type="dxa"/>
          </w:tcPr>
          <w:p w14:paraId="4EBBF7D6" w14:textId="62197F66" w:rsidR="00BB5F6F" w:rsidRPr="002F5D52" w:rsidRDefault="00BB5F6F" w:rsidP="00BB5F6F">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lastRenderedPageBreak/>
              <w:t>Midtown VA Clinic</w:t>
            </w:r>
            <w:r w:rsidRPr="002F5D52">
              <w:rPr>
                <w:rFonts w:ascii="Times New Roman" w:hAnsi="Times New Roman" w:cs="Times New Roman"/>
              </w:rPr>
              <w:br/>
              <w:t>5040 North 15th Avenue</w:t>
            </w:r>
            <w:r w:rsidRPr="002F5D52">
              <w:rPr>
                <w:rFonts w:ascii="Times New Roman" w:hAnsi="Times New Roman" w:cs="Times New Roman"/>
              </w:rPr>
              <w:br/>
              <w:t>Phoenix, AZ 85015</w:t>
            </w:r>
            <w:r w:rsidRPr="002F5D52">
              <w:rPr>
                <w:rFonts w:ascii="Times New Roman" w:hAnsi="Times New Roman" w:cs="Times New Roman"/>
              </w:rPr>
              <w:br/>
              <w:t>Days: Monday – Friday</w:t>
            </w:r>
            <w:r w:rsidRPr="002F5D52">
              <w:rPr>
                <w:rFonts w:ascii="Times New Roman" w:hAnsi="Times New Roman" w:cs="Times New Roman"/>
              </w:rPr>
              <w:br/>
              <w:t xml:space="preserve">Pickup Time: 1:00pm – 1:30pm                                                                      </w:t>
            </w:r>
            <w:r w:rsidRPr="002F5D52">
              <w:rPr>
                <w:rFonts w:ascii="Times New Roman" w:hAnsi="Times New Roman" w:cs="Times New Roman"/>
                <w:b/>
                <w:bCs/>
              </w:rPr>
              <w:t>User: Lab</w:t>
            </w:r>
            <w:r w:rsidRPr="002F5D52">
              <w:rPr>
                <w:rFonts w:ascii="Times New Roman" w:hAnsi="Times New Roman" w:cs="Times New Roman"/>
              </w:rPr>
              <w:br/>
              <w:t>Pickup Location: Lab</w:t>
            </w:r>
          </w:p>
        </w:tc>
        <w:tc>
          <w:tcPr>
            <w:tcW w:w="3785" w:type="dxa"/>
          </w:tcPr>
          <w:p w14:paraId="79E1653E" w14:textId="3CD081A1" w:rsidR="00BB5F6F" w:rsidRPr="002F5D52" w:rsidRDefault="00BB5F6F" w:rsidP="00BB5F6F">
            <w:pPr>
              <w:shd w:val="clear" w:color="auto" w:fill="FFFFFF"/>
              <w:rPr>
                <w:rFonts w:ascii="Times New Roman" w:hAnsi="Times New Roman" w:cs="Times New Roman"/>
                <w:b/>
                <w:bCs/>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 Time: Between 2:00pm – 2:30pm</w:t>
            </w:r>
            <w:r w:rsidRPr="002F5D52">
              <w:rPr>
                <w:rFonts w:ascii="Times New Roman" w:hAnsi="Times New Roman" w:cs="Times New Roman"/>
              </w:rPr>
              <w:br/>
              <w:t>Delivery Location: Room E200</w:t>
            </w:r>
          </w:p>
        </w:tc>
        <w:tc>
          <w:tcPr>
            <w:tcW w:w="2060" w:type="dxa"/>
          </w:tcPr>
          <w:p w14:paraId="56F5E7F2" w14:textId="77777777" w:rsidR="00BB5F6F" w:rsidRPr="002F5D52" w:rsidRDefault="00BB5F6F" w:rsidP="00BB5F6F">
            <w:pPr>
              <w:jc w:val="center"/>
              <w:rPr>
                <w:rFonts w:ascii="Times New Roman" w:hAnsi="Times New Roman" w:cs="Times New Roman"/>
              </w:rPr>
            </w:pPr>
            <w:r w:rsidRPr="002F5D52">
              <w:rPr>
                <w:rFonts w:ascii="Times New Roman" w:hAnsi="Times New Roman" w:cs="Times New Roman"/>
              </w:rPr>
              <w:t>260/year</w:t>
            </w:r>
          </w:p>
        </w:tc>
      </w:tr>
    </w:tbl>
    <w:p w14:paraId="17A37C22"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7F28FFFC" w14:textId="77777777" w:rsidTr="00E5395D">
        <w:trPr>
          <w:trHeight w:val="395"/>
          <w:jc w:val="center"/>
        </w:trPr>
        <w:tc>
          <w:tcPr>
            <w:tcW w:w="9540" w:type="dxa"/>
            <w:gridSpan w:val="3"/>
            <w:vAlign w:val="center"/>
          </w:tcPr>
          <w:p w14:paraId="689D8CA2" w14:textId="169372CD"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E0766E" w:rsidRPr="002F5D52">
              <w:rPr>
                <w:rFonts w:ascii="Times New Roman" w:hAnsi="Times New Roman" w:cs="Times New Roman"/>
                <w:b/>
                <w:bCs/>
              </w:rPr>
              <w:t>2</w:t>
            </w:r>
            <w:r w:rsidR="006F36C0">
              <w:rPr>
                <w:rFonts w:ascii="Times New Roman" w:hAnsi="Times New Roman" w:cs="Times New Roman"/>
                <w:b/>
                <w:bCs/>
              </w:rPr>
              <w:t>6</w:t>
            </w:r>
          </w:p>
        </w:tc>
      </w:tr>
      <w:tr w:rsidR="00BB5F6F" w:rsidRPr="002F5D52" w14:paraId="229E50FA" w14:textId="77777777" w:rsidTr="00E5395D">
        <w:trPr>
          <w:trHeight w:val="1153"/>
          <w:jc w:val="center"/>
        </w:trPr>
        <w:tc>
          <w:tcPr>
            <w:tcW w:w="3695" w:type="dxa"/>
          </w:tcPr>
          <w:p w14:paraId="10496037" w14:textId="0C23B9AC" w:rsidR="00BB5F6F" w:rsidRPr="002F5D52" w:rsidRDefault="00BB5F6F" w:rsidP="00BB5F6F">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t>Midtown VA Clinic</w:t>
            </w:r>
            <w:r w:rsidRPr="002F5D52">
              <w:rPr>
                <w:rFonts w:ascii="Times New Roman" w:hAnsi="Times New Roman" w:cs="Times New Roman"/>
              </w:rPr>
              <w:br/>
              <w:t>5040 North 15th Avenue</w:t>
            </w:r>
            <w:r w:rsidRPr="002F5D52">
              <w:rPr>
                <w:rFonts w:ascii="Times New Roman" w:hAnsi="Times New Roman" w:cs="Times New Roman"/>
              </w:rPr>
              <w:br/>
              <w:t>Phoenix, AZ 85015</w:t>
            </w:r>
            <w:r w:rsidRPr="002F5D52">
              <w:rPr>
                <w:rFonts w:ascii="Times New Roman" w:hAnsi="Times New Roman" w:cs="Times New Roman"/>
              </w:rPr>
              <w:br/>
              <w:t>Days: Monday – Friday</w:t>
            </w:r>
            <w:r w:rsidRPr="002F5D52">
              <w:rPr>
                <w:rFonts w:ascii="Times New Roman" w:hAnsi="Times New Roman" w:cs="Times New Roman"/>
              </w:rPr>
              <w:br/>
              <w:t xml:space="preserve">Pickup Time: 3:00pm – 3:30pm                                                                      </w:t>
            </w:r>
            <w:r w:rsidRPr="002F5D52">
              <w:rPr>
                <w:rFonts w:ascii="Times New Roman" w:hAnsi="Times New Roman" w:cs="Times New Roman"/>
                <w:b/>
                <w:bCs/>
              </w:rPr>
              <w:t>User: Lab</w:t>
            </w:r>
            <w:r w:rsidRPr="002F5D52">
              <w:rPr>
                <w:rFonts w:ascii="Times New Roman" w:hAnsi="Times New Roman" w:cs="Times New Roman"/>
              </w:rPr>
              <w:br/>
              <w:t>Pickup Location: Lab</w:t>
            </w:r>
          </w:p>
        </w:tc>
        <w:tc>
          <w:tcPr>
            <w:tcW w:w="3785" w:type="dxa"/>
          </w:tcPr>
          <w:p w14:paraId="2E913E64" w14:textId="1FD3A1BC" w:rsidR="00BB5F6F" w:rsidRPr="002F5D52" w:rsidRDefault="00BB5F6F" w:rsidP="00BB5F6F">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 Time: 4:00pm – 4:30pm</w:t>
            </w:r>
            <w:r w:rsidRPr="002F5D52">
              <w:rPr>
                <w:rFonts w:ascii="Times New Roman" w:hAnsi="Times New Roman" w:cs="Times New Roman"/>
              </w:rPr>
              <w:br/>
              <w:t>Delivery Location: Room E200</w:t>
            </w:r>
          </w:p>
        </w:tc>
        <w:tc>
          <w:tcPr>
            <w:tcW w:w="2060" w:type="dxa"/>
          </w:tcPr>
          <w:p w14:paraId="15135B32" w14:textId="77777777" w:rsidR="00BB5F6F" w:rsidRPr="002F5D52" w:rsidRDefault="00BB5F6F" w:rsidP="00BB5F6F">
            <w:pPr>
              <w:jc w:val="center"/>
              <w:rPr>
                <w:rFonts w:ascii="Times New Roman" w:hAnsi="Times New Roman" w:cs="Times New Roman"/>
              </w:rPr>
            </w:pPr>
            <w:r w:rsidRPr="002F5D52">
              <w:rPr>
                <w:rFonts w:ascii="Times New Roman" w:hAnsi="Times New Roman" w:cs="Times New Roman"/>
              </w:rPr>
              <w:t>260/year</w:t>
            </w:r>
          </w:p>
        </w:tc>
      </w:tr>
    </w:tbl>
    <w:p w14:paraId="75DDE0AA"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60BAD42F" w14:textId="77777777" w:rsidTr="00E5395D">
        <w:trPr>
          <w:trHeight w:val="395"/>
          <w:jc w:val="center"/>
        </w:trPr>
        <w:tc>
          <w:tcPr>
            <w:tcW w:w="9540" w:type="dxa"/>
            <w:gridSpan w:val="3"/>
            <w:vAlign w:val="center"/>
          </w:tcPr>
          <w:p w14:paraId="62F15E48" w14:textId="11797DEA"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E0766E" w:rsidRPr="002F5D52">
              <w:rPr>
                <w:rFonts w:ascii="Times New Roman" w:hAnsi="Times New Roman" w:cs="Times New Roman"/>
                <w:b/>
                <w:bCs/>
              </w:rPr>
              <w:t>2</w:t>
            </w:r>
            <w:r w:rsidR="006F36C0">
              <w:rPr>
                <w:rFonts w:ascii="Times New Roman" w:hAnsi="Times New Roman" w:cs="Times New Roman"/>
                <w:b/>
                <w:bCs/>
              </w:rPr>
              <w:t>7</w:t>
            </w:r>
          </w:p>
        </w:tc>
      </w:tr>
      <w:tr w:rsidR="00D717BB" w:rsidRPr="002F5D52" w14:paraId="7D251A55" w14:textId="77777777" w:rsidTr="00E5395D">
        <w:trPr>
          <w:trHeight w:val="1153"/>
          <w:jc w:val="center"/>
        </w:trPr>
        <w:tc>
          <w:tcPr>
            <w:tcW w:w="3695" w:type="dxa"/>
          </w:tcPr>
          <w:p w14:paraId="36AF19E1" w14:textId="32F6FFCB" w:rsidR="00D717BB" w:rsidRPr="002F5D52" w:rsidRDefault="00D717BB" w:rsidP="00D717BB">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t>Midtown VA Clinic</w:t>
            </w:r>
            <w:r w:rsidRPr="002F5D52">
              <w:rPr>
                <w:rFonts w:ascii="Times New Roman" w:hAnsi="Times New Roman" w:cs="Times New Roman"/>
              </w:rPr>
              <w:br/>
              <w:t>5040 North 15th Avenue</w:t>
            </w:r>
            <w:r w:rsidRPr="002F5D52">
              <w:rPr>
                <w:rFonts w:ascii="Times New Roman" w:hAnsi="Times New Roman" w:cs="Times New Roman"/>
              </w:rPr>
              <w:br/>
              <w:t>Phoenix, AZ 85015</w:t>
            </w:r>
            <w:r w:rsidRPr="002F5D52">
              <w:rPr>
                <w:rFonts w:ascii="Times New Roman" w:hAnsi="Times New Roman" w:cs="Times New Roman"/>
              </w:rPr>
              <w:br/>
              <w:t>Days: Monday – Friday</w:t>
            </w:r>
            <w:r w:rsidRPr="002F5D52">
              <w:rPr>
                <w:rFonts w:ascii="Times New Roman" w:hAnsi="Times New Roman" w:cs="Times New Roman"/>
              </w:rPr>
              <w:br/>
              <w:t>Pickup Time: 5:00 pm – 5:30 pm</w:t>
            </w:r>
            <w:r w:rsidRPr="002F5D52">
              <w:rPr>
                <w:rFonts w:ascii="Times New Roman" w:hAnsi="Times New Roman" w:cs="Times New Roman"/>
              </w:rPr>
              <w:br/>
            </w:r>
            <w:r w:rsidRPr="002F5D52">
              <w:rPr>
                <w:rFonts w:ascii="Times New Roman" w:hAnsi="Times New Roman" w:cs="Times New Roman"/>
                <w:b/>
                <w:bCs/>
              </w:rPr>
              <w:t>User: Lab</w:t>
            </w:r>
            <w:r w:rsidRPr="002F5D52">
              <w:rPr>
                <w:rFonts w:ascii="Times New Roman" w:hAnsi="Times New Roman" w:cs="Times New Roman"/>
              </w:rPr>
              <w:t xml:space="preserve">                                                                                                      Pickup Location: Lab</w:t>
            </w:r>
          </w:p>
        </w:tc>
        <w:tc>
          <w:tcPr>
            <w:tcW w:w="3785" w:type="dxa"/>
          </w:tcPr>
          <w:p w14:paraId="6B93432B" w14:textId="05E5CD2F" w:rsidR="00D717BB" w:rsidRPr="002F5D52" w:rsidRDefault="00D717BB" w:rsidP="00D717BB">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 Time: 6:00pm – 6:30pm</w:t>
            </w:r>
            <w:r w:rsidRPr="002F5D52">
              <w:rPr>
                <w:rFonts w:ascii="Times New Roman" w:hAnsi="Times New Roman" w:cs="Times New Roman"/>
              </w:rPr>
              <w:br/>
              <w:t>Delivery Location: Room E200</w:t>
            </w:r>
          </w:p>
        </w:tc>
        <w:tc>
          <w:tcPr>
            <w:tcW w:w="2060" w:type="dxa"/>
          </w:tcPr>
          <w:p w14:paraId="0B84B51F" w14:textId="77777777" w:rsidR="00D717BB" w:rsidRPr="002F5D52" w:rsidRDefault="00D717BB" w:rsidP="00D717BB">
            <w:pPr>
              <w:jc w:val="center"/>
              <w:rPr>
                <w:rFonts w:ascii="Times New Roman" w:hAnsi="Times New Roman" w:cs="Times New Roman"/>
              </w:rPr>
            </w:pPr>
            <w:r w:rsidRPr="002F5D52">
              <w:rPr>
                <w:rFonts w:ascii="Times New Roman" w:hAnsi="Times New Roman" w:cs="Times New Roman"/>
              </w:rPr>
              <w:t>260/year</w:t>
            </w:r>
          </w:p>
        </w:tc>
      </w:tr>
    </w:tbl>
    <w:p w14:paraId="5C00E26D"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7547AA37" w14:textId="77777777" w:rsidTr="00E5395D">
        <w:trPr>
          <w:trHeight w:val="395"/>
          <w:jc w:val="center"/>
        </w:trPr>
        <w:tc>
          <w:tcPr>
            <w:tcW w:w="9540" w:type="dxa"/>
            <w:gridSpan w:val="3"/>
            <w:vAlign w:val="center"/>
          </w:tcPr>
          <w:p w14:paraId="7A6AFBB8" w14:textId="14E43485"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28</w:t>
            </w:r>
          </w:p>
        </w:tc>
      </w:tr>
      <w:tr w:rsidR="00D717BB" w:rsidRPr="002F5D52" w14:paraId="3A872055" w14:textId="77777777" w:rsidTr="00E5395D">
        <w:trPr>
          <w:trHeight w:val="1153"/>
          <w:jc w:val="center"/>
        </w:trPr>
        <w:tc>
          <w:tcPr>
            <w:tcW w:w="3695" w:type="dxa"/>
          </w:tcPr>
          <w:p w14:paraId="6A77AB8B" w14:textId="1EE55982" w:rsidR="00D717BB" w:rsidRPr="002F5D52" w:rsidRDefault="00D717BB" w:rsidP="00D717BB">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t>Phoenix VA Clinic (32nd Street)</w:t>
            </w:r>
            <w:r w:rsidRPr="002F5D52">
              <w:rPr>
                <w:rFonts w:ascii="Times New Roman" w:hAnsi="Times New Roman" w:cs="Times New Roman"/>
              </w:rPr>
              <w:br/>
              <w:t>400 North 32nd Street</w:t>
            </w:r>
            <w:r w:rsidRPr="002F5D52">
              <w:rPr>
                <w:rFonts w:ascii="Times New Roman" w:hAnsi="Times New Roman" w:cs="Times New Roman"/>
              </w:rPr>
              <w:br/>
              <w:t>Phoenix, AZ 85008</w:t>
            </w:r>
            <w:r w:rsidRPr="002F5D52">
              <w:rPr>
                <w:rFonts w:ascii="Times New Roman" w:hAnsi="Times New Roman" w:cs="Times New Roman"/>
              </w:rPr>
              <w:br/>
              <w:t>Days: Monday – Friday</w:t>
            </w:r>
            <w:r w:rsidRPr="002F5D52">
              <w:rPr>
                <w:rFonts w:ascii="Times New Roman" w:hAnsi="Times New Roman" w:cs="Times New Roman"/>
              </w:rPr>
              <w:br/>
              <w:t>Pickup Time: 12:00pm - 12:30pm</w:t>
            </w:r>
            <w:r w:rsidRPr="002F5D52">
              <w:rPr>
                <w:rFonts w:ascii="Times New Roman" w:hAnsi="Times New Roman" w:cs="Times New Roman"/>
              </w:rPr>
              <w:br/>
            </w:r>
            <w:r w:rsidRPr="002F5D52">
              <w:rPr>
                <w:rFonts w:ascii="Times New Roman" w:hAnsi="Times New Roman" w:cs="Times New Roman"/>
                <w:b/>
                <w:bCs/>
              </w:rPr>
              <w:t>User: Lab / Logistics</w:t>
            </w:r>
            <w:r w:rsidRPr="002F5D52">
              <w:rPr>
                <w:rFonts w:ascii="Times New Roman" w:hAnsi="Times New Roman" w:cs="Times New Roman"/>
              </w:rPr>
              <w:t xml:space="preserve">                                                                                        Pickup Location: Lab</w:t>
            </w:r>
          </w:p>
        </w:tc>
        <w:tc>
          <w:tcPr>
            <w:tcW w:w="3785" w:type="dxa"/>
          </w:tcPr>
          <w:p w14:paraId="6247BD4D" w14:textId="3AA208F9" w:rsidR="00D717BB" w:rsidRPr="002F5D52" w:rsidRDefault="00D717BB" w:rsidP="00D717BB">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 Time: 1:00pm</w:t>
            </w:r>
            <w:r w:rsidRPr="002F5D52">
              <w:rPr>
                <w:rFonts w:ascii="Times New Roman" w:hAnsi="Times New Roman" w:cs="Times New Roman"/>
              </w:rPr>
              <w:br/>
              <w:t>Delivery Location: Room E200 (Lab) / Mailroom (Logistics)</w:t>
            </w:r>
          </w:p>
        </w:tc>
        <w:tc>
          <w:tcPr>
            <w:tcW w:w="2060" w:type="dxa"/>
          </w:tcPr>
          <w:p w14:paraId="75362DC7" w14:textId="77777777" w:rsidR="00D717BB" w:rsidRPr="002F5D52" w:rsidRDefault="00D717BB" w:rsidP="00D717BB">
            <w:pPr>
              <w:jc w:val="center"/>
              <w:rPr>
                <w:rFonts w:ascii="Times New Roman" w:hAnsi="Times New Roman" w:cs="Times New Roman"/>
              </w:rPr>
            </w:pPr>
            <w:r w:rsidRPr="002F5D52">
              <w:rPr>
                <w:rFonts w:ascii="Times New Roman" w:hAnsi="Times New Roman" w:cs="Times New Roman"/>
              </w:rPr>
              <w:t>260/year</w:t>
            </w:r>
          </w:p>
        </w:tc>
      </w:tr>
    </w:tbl>
    <w:p w14:paraId="28FB556D"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6CEE1B02" w14:textId="77777777" w:rsidTr="00E5395D">
        <w:trPr>
          <w:trHeight w:val="395"/>
          <w:jc w:val="center"/>
        </w:trPr>
        <w:tc>
          <w:tcPr>
            <w:tcW w:w="9540" w:type="dxa"/>
            <w:gridSpan w:val="3"/>
            <w:vAlign w:val="center"/>
          </w:tcPr>
          <w:p w14:paraId="595A013B" w14:textId="74DAC680"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29</w:t>
            </w:r>
          </w:p>
        </w:tc>
      </w:tr>
      <w:tr w:rsidR="00D717BB" w:rsidRPr="002F5D52" w14:paraId="7945E401" w14:textId="77777777" w:rsidTr="00E5395D">
        <w:trPr>
          <w:trHeight w:val="1153"/>
          <w:jc w:val="center"/>
        </w:trPr>
        <w:tc>
          <w:tcPr>
            <w:tcW w:w="3695" w:type="dxa"/>
          </w:tcPr>
          <w:p w14:paraId="77A9C6D9" w14:textId="70B0028A" w:rsidR="00D717BB" w:rsidRPr="002F5D52" w:rsidRDefault="00D717BB" w:rsidP="00D717BB">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t>Phoenix VA Clinic (32nd Street)</w:t>
            </w:r>
            <w:r w:rsidRPr="002F5D52">
              <w:rPr>
                <w:rFonts w:ascii="Times New Roman" w:hAnsi="Times New Roman" w:cs="Times New Roman"/>
              </w:rPr>
              <w:br/>
              <w:t>400 North 32nd Street</w:t>
            </w:r>
            <w:r w:rsidRPr="002F5D52">
              <w:rPr>
                <w:rFonts w:ascii="Times New Roman" w:hAnsi="Times New Roman" w:cs="Times New Roman"/>
              </w:rPr>
              <w:br/>
              <w:t>Phoenix, AZ 85008</w:t>
            </w:r>
            <w:r w:rsidRPr="002F5D52">
              <w:rPr>
                <w:rFonts w:ascii="Times New Roman" w:hAnsi="Times New Roman" w:cs="Times New Roman"/>
              </w:rPr>
              <w:br/>
              <w:t>Days: Monday – Friday</w:t>
            </w:r>
            <w:r w:rsidRPr="002F5D52">
              <w:rPr>
                <w:rFonts w:ascii="Times New Roman" w:hAnsi="Times New Roman" w:cs="Times New Roman"/>
              </w:rPr>
              <w:br/>
              <w:t xml:space="preserve">Pickup Time: 5:15 pm – 5:30 pm                                 </w:t>
            </w:r>
            <w:r w:rsidRPr="002F5D52">
              <w:rPr>
                <w:rFonts w:ascii="Times New Roman" w:hAnsi="Times New Roman" w:cs="Times New Roman"/>
                <w:b/>
                <w:bCs/>
              </w:rPr>
              <w:t xml:space="preserve">                                 User: Lab</w:t>
            </w:r>
            <w:r w:rsidRPr="002F5D52">
              <w:rPr>
                <w:rFonts w:ascii="Times New Roman" w:hAnsi="Times New Roman" w:cs="Times New Roman"/>
              </w:rPr>
              <w:br/>
              <w:t>Pickup Location: Lab</w:t>
            </w:r>
          </w:p>
        </w:tc>
        <w:tc>
          <w:tcPr>
            <w:tcW w:w="3785" w:type="dxa"/>
          </w:tcPr>
          <w:p w14:paraId="584BD33E" w14:textId="5D9C5698" w:rsidR="00D717BB" w:rsidRPr="002F5D52" w:rsidRDefault="00D717BB" w:rsidP="00D717BB">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Days: Monday – Friday</w:t>
            </w:r>
            <w:r w:rsidRPr="002F5D52">
              <w:rPr>
                <w:rFonts w:ascii="Times New Roman" w:hAnsi="Times New Roman" w:cs="Times New Roman"/>
              </w:rPr>
              <w:br/>
              <w:t>Deliver Time: 6:30pm – 7:00pm</w:t>
            </w:r>
            <w:r w:rsidRPr="002F5D52">
              <w:rPr>
                <w:rFonts w:ascii="Times New Roman" w:hAnsi="Times New Roman" w:cs="Times New Roman"/>
              </w:rPr>
              <w:br/>
              <w:t>Delivery Location: Room E200</w:t>
            </w:r>
          </w:p>
        </w:tc>
        <w:tc>
          <w:tcPr>
            <w:tcW w:w="2060" w:type="dxa"/>
          </w:tcPr>
          <w:p w14:paraId="6FF3DBD8" w14:textId="77777777" w:rsidR="00D717BB" w:rsidRPr="002F5D52" w:rsidRDefault="00D717BB" w:rsidP="00D717BB">
            <w:pPr>
              <w:jc w:val="center"/>
              <w:rPr>
                <w:rFonts w:ascii="Times New Roman" w:hAnsi="Times New Roman" w:cs="Times New Roman"/>
              </w:rPr>
            </w:pPr>
            <w:r w:rsidRPr="002F5D52">
              <w:rPr>
                <w:rFonts w:ascii="Times New Roman" w:hAnsi="Times New Roman" w:cs="Times New Roman"/>
              </w:rPr>
              <w:t>260/year</w:t>
            </w:r>
          </w:p>
        </w:tc>
      </w:tr>
    </w:tbl>
    <w:p w14:paraId="4D090AAB"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5C43C13F" w14:textId="77777777" w:rsidTr="00E5395D">
        <w:trPr>
          <w:trHeight w:val="395"/>
          <w:jc w:val="center"/>
        </w:trPr>
        <w:tc>
          <w:tcPr>
            <w:tcW w:w="9540" w:type="dxa"/>
            <w:gridSpan w:val="3"/>
            <w:vAlign w:val="center"/>
          </w:tcPr>
          <w:p w14:paraId="058F0F1F" w14:textId="37333EA8"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E0766E" w:rsidRPr="002F5D52">
              <w:rPr>
                <w:rFonts w:ascii="Times New Roman" w:hAnsi="Times New Roman" w:cs="Times New Roman"/>
                <w:b/>
                <w:bCs/>
              </w:rPr>
              <w:t>3</w:t>
            </w:r>
            <w:r w:rsidR="006F36C0">
              <w:rPr>
                <w:rFonts w:ascii="Times New Roman" w:hAnsi="Times New Roman" w:cs="Times New Roman"/>
                <w:b/>
                <w:bCs/>
              </w:rPr>
              <w:t>0</w:t>
            </w:r>
          </w:p>
        </w:tc>
      </w:tr>
      <w:tr w:rsidR="00D717BB" w:rsidRPr="002F5D52" w14:paraId="4FFEC67A" w14:textId="77777777" w:rsidTr="00E5395D">
        <w:trPr>
          <w:trHeight w:val="1153"/>
          <w:jc w:val="center"/>
        </w:trPr>
        <w:tc>
          <w:tcPr>
            <w:tcW w:w="3695" w:type="dxa"/>
          </w:tcPr>
          <w:p w14:paraId="711A672B" w14:textId="484EFFD0" w:rsidR="00D717BB" w:rsidRPr="002F5D52" w:rsidRDefault="00D717BB" w:rsidP="00D717BB">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t>Globe VA Clinic</w:t>
            </w:r>
            <w:r w:rsidRPr="002F5D52">
              <w:rPr>
                <w:rFonts w:ascii="Times New Roman" w:hAnsi="Times New Roman" w:cs="Times New Roman"/>
              </w:rPr>
              <w:br/>
              <w:t>5860 South Hospital Drive, Suite 111</w:t>
            </w:r>
            <w:r w:rsidRPr="002F5D52">
              <w:rPr>
                <w:rFonts w:ascii="Times New Roman" w:hAnsi="Times New Roman" w:cs="Times New Roman"/>
              </w:rPr>
              <w:br/>
              <w:t>Globe, AZ 85501</w:t>
            </w:r>
            <w:r w:rsidRPr="002F5D52">
              <w:rPr>
                <w:rFonts w:ascii="Times New Roman" w:hAnsi="Times New Roman" w:cs="Times New Roman"/>
              </w:rPr>
              <w:br/>
              <w:t>Days: Monday – Friday</w:t>
            </w:r>
            <w:r w:rsidRPr="002F5D52">
              <w:rPr>
                <w:rFonts w:ascii="Times New Roman" w:hAnsi="Times New Roman" w:cs="Times New Roman"/>
              </w:rPr>
              <w:br/>
              <w:t xml:space="preserve">Pickup Time: 3:00pm – 4:00pm                                                                     </w:t>
            </w:r>
            <w:r w:rsidRPr="002F5D52">
              <w:rPr>
                <w:rFonts w:ascii="Times New Roman" w:hAnsi="Times New Roman" w:cs="Times New Roman"/>
                <w:b/>
                <w:bCs/>
              </w:rPr>
              <w:t>User: Lab</w:t>
            </w:r>
            <w:r w:rsidRPr="002F5D52">
              <w:rPr>
                <w:rFonts w:ascii="Times New Roman" w:hAnsi="Times New Roman" w:cs="Times New Roman"/>
              </w:rPr>
              <w:br/>
              <w:t>Pickup Location: Lab</w:t>
            </w:r>
          </w:p>
        </w:tc>
        <w:tc>
          <w:tcPr>
            <w:tcW w:w="3785" w:type="dxa"/>
          </w:tcPr>
          <w:p w14:paraId="46FA45DE" w14:textId="5F29662C" w:rsidR="00D717BB" w:rsidRPr="002F5D52" w:rsidRDefault="00D717BB" w:rsidP="00D717BB">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 Time: By 6:30 pm</w:t>
            </w:r>
            <w:r w:rsidRPr="002F5D52">
              <w:rPr>
                <w:rFonts w:ascii="Times New Roman" w:hAnsi="Times New Roman" w:cs="Times New Roman"/>
              </w:rPr>
              <w:br/>
              <w:t>Delivery Location: Room E200</w:t>
            </w:r>
          </w:p>
        </w:tc>
        <w:tc>
          <w:tcPr>
            <w:tcW w:w="2060" w:type="dxa"/>
          </w:tcPr>
          <w:p w14:paraId="0A573E54" w14:textId="77777777" w:rsidR="00D717BB" w:rsidRPr="002F5D52" w:rsidRDefault="00D717BB" w:rsidP="00D717BB">
            <w:pPr>
              <w:jc w:val="center"/>
              <w:rPr>
                <w:rFonts w:ascii="Times New Roman" w:hAnsi="Times New Roman" w:cs="Times New Roman"/>
              </w:rPr>
            </w:pPr>
            <w:r w:rsidRPr="002F5D52">
              <w:rPr>
                <w:rFonts w:ascii="Times New Roman" w:hAnsi="Times New Roman" w:cs="Times New Roman"/>
              </w:rPr>
              <w:t>260/year</w:t>
            </w:r>
          </w:p>
        </w:tc>
      </w:tr>
    </w:tbl>
    <w:p w14:paraId="6EEB1451"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38FB2494" w14:textId="77777777" w:rsidTr="00E5395D">
        <w:trPr>
          <w:trHeight w:val="395"/>
          <w:jc w:val="center"/>
        </w:trPr>
        <w:tc>
          <w:tcPr>
            <w:tcW w:w="9540" w:type="dxa"/>
            <w:gridSpan w:val="3"/>
            <w:vAlign w:val="center"/>
          </w:tcPr>
          <w:p w14:paraId="2E597570" w14:textId="0B8DB10F"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E0766E" w:rsidRPr="002F5D52">
              <w:rPr>
                <w:rFonts w:ascii="Times New Roman" w:hAnsi="Times New Roman" w:cs="Times New Roman"/>
                <w:b/>
                <w:bCs/>
              </w:rPr>
              <w:t>3</w:t>
            </w:r>
            <w:r w:rsidR="006F36C0">
              <w:rPr>
                <w:rFonts w:ascii="Times New Roman" w:hAnsi="Times New Roman" w:cs="Times New Roman"/>
                <w:b/>
                <w:bCs/>
              </w:rPr>
              <w:t>1</w:t>
            </w:r>
          </w:p>
        </w:tc>
      </w:tr>
      <w:tr w:rsidR="00D717BB" w:rsidRPr="002F5D52" w14:paraId="5ECB6754" w14:textId="77777777" w:rsidTr="00E5395D">
        <w:trPr>
          <w:trHeight w:val="1153"/>
          <w:jc w:val="center"/>
        </w:trPr>
        <w:tc>
          <w:tcPr>
            <w:tcW w:w="3695" w:type="dxa"/>
          </w:tcPr>
          <w:p w14:paraId="72F704E9" w14:textId="5EA14097" w:rsidR="00D717BB" w:rsidRPr="002F5D52" w:rsidRDefault="00D717BB" w:rsidP="00D717BB">
            <w:pPr>
              <w:shd w:val="clear" w:color="auto" w:fill="FFFFFF"/>
              <w:rPr>
                <w:rFonts w:ascii="Times New Roman" w:eastAsia="Times New Roman" w:hAnsi="Times New Roman" w:cs="Times New Roman"/>
                <w:color w:val="212121"/>
              </w:rPr>
            </w:pPr>
            <w:r w:rsidRPr="002F5D52">
              <w:rPr>
                <w:rFonts w:ascii="Times New Roman" w:hAnsi="Times New Roman" w:cs="Times New Roman"/>
                <w:b/>
                <w:bCs/>
              </w:rPr>
              <w:t>Show Low VA Clinic</w:t>
            </w:r>
            <w:r w:rsidRPr="002F5D52">
              <w:rPr>
                <w:rFonts w:ascii="Times New Roman" w:hAnsi="Times New Roman" w:cs="Times New Roman"/>
              </w:rPr>
              <w:br/>
              <w:t>5171 Cub Lake Road, Suite C380</w:t>
            </w:r>
            <w:r w:rsidRPr="002F5D52">
              <w:rPr>
                <w:rFonts w:ascii="Times New Roman" w:hAnsi="Times New Roman" w:cs="Times New Roman"/>
              </w:rPr>
              <w:br/>
              <w:t>Show Low, AZ 85901</w:t>
            </w:r>
            <w:r w:rsidRPr="002F5D52">
              <w:rPr>
                <w:rFonts w:ascii="Times New Roman" w:hAnsi="Times New Roman" w:cs="Times New Roman"/>
              </w:rPr>
              <w:br/>
              <w:t>Days: Monday – Friday</w:t>
            </w:r>
            <w:r w:rsidRPr="002F5D52">
              <w:rPr>
                <w:rFonts w:ascii="Times New Roman" w:hAnsi="Times New Roman" w:cs="Times New Roman"/>
              </w:rPr>
              <w:br/>
              <w:t xml:space="preserve">Pickup Time: 1:00pm – 1:30pm                                                                    </w:t>
            </w:r>
            <w:r w:rsidRPr="002F5D52">
              <w:rPr>
                <w:rFonts w:ascii="Times New Roman" w:hAnsi="Times New Roman" w:cs="Times New Roman"/>
                <w:b/>
                <w:bCs/>
              </w:rPr>
              <w:t>User: Lab</w:t>
            </w:r>
            <w:r w:rsidRPr="002F5D52">
              <w:rPr>
                <w:rFonts w:ascii="Times New Roman" w:hAnsi="Times New Roman" w:cs="Times New Roman"/>
              </w:rPr>
              <w:br/>
              <w:t>Pickup Location: Lab</w:t>
            </w:r>
          </w:p>
        </w:tc>
        <w:tc>
          <w:tcPr>
            <w:tcW w:w="3785" w:type="dxa"/>
          </w:tcPr>
          <w:p w14:paraId="458FD445" w14:textId="57AB262D" w:rsidR="00D717BB" w:rsidRPr="002F5D52" w:rsidRDefault="00D717BB" w:rsidP="00D717BB">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Days: Monday – Friday</w:t>
            </w:r>
            <w:r w:rsidRPr="002F5D52">
              <w:rPr>
                <w:rFonts w:ascii="Times New Roman" w:hAnsi="Times New Roman" w:cs="Times New Roman"/>
              </w:rPr>
              <w:br/>
              <w:t>Deliver Time: By 6:30 pm</w:t>
            </w:r>
            <w:r w:rsidRPr="002F5D52">
              <w:rPr>
                <w:rFonts w:ascii="Times New Roman" w:hAnsi="Times New Roman" w:cs="Times New Roman"/>
              </w:rPr>
              <w:br/>
              <w:t>Delivery Location: Room E200</w:t>
            </w:r>
          </w:p>
        </w:tc>
        <w:tc>
          <w:tcPr>
            <w:tcW w:w="2060" w:type="dxa"/>
          </w:tcPr>
          <w:p w14:paraId="39CF3FB2" w14:textId="77777777" w:rsidR="00D717BB" w:rsidRPr="002F5D52" w:rsidRDefault="00D717BB" w:rsidP="00D717BB">
            <w:pPr>
              <w:jc w:val="center"/>
              <w:rPr>
                <w:rFonts w:ascii="Times New Roman" w:hAnsi="Times New Roman" w:cs="Times New Roman"/>
              </w:rPr>
            </w:pPr>
            <w:r w:rsidRPr="002F5D52">
              <w:rPr>
                <w:rFonts w:ascii="Times New Roman" w:hAnsi="Times New Roman" w:cs="Times New Roman"/>
              </w:rPr>
              <w:t>260/year</w:t>
            </w:r>
          </w:p>
        </w:tc>
      </w:tr>
    </w:tbl>
    <w:p w14:paraId="4B774B3B"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28D0E757" w14:textId="77777777" w:rsidTr="00E5395D">
        <w:trPr>
          <w:trHeight w:val="395"/>
          <w:jc w:val="center"/>
        </w:trPr>
        <w:tc>
          <w:tcPr>
            <w:tcW w:w="9540" w:type="dxa"/>
            <w:gridSpan w:val="3"/>
            <w:vAlign w:val="center"/>
          </w:tcPr>
          <w:p w14:paraId="15B701E8" w14:textId="6274AFEB"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E0766E" w:rsidRPr="002F5D52">
              <w:rPr>
                <w:rFonts w:ascii="Times New Roman" w:hAnsi="Times New Roman" w:cs="Times New Roman"/>
                <w:b/>
                <w:bCs/>
              </w:rPr>
              <w:t>3</w:t>
            </w:r>
            <w:r w:rsidR="006F36C0">
              <w:rPr>
                <w:rFonts w:ascii="Times New Roman" w:hAnsi="Times New Roman" w:cs="Times New Roman"/>
                <w:b/>
                <w:bCs/>
              </w:rPr>
              <w:t>2</w:t>
            </w:r>
          </w:p>
        </w:tc>
      </w:tr>
      <w:tr w:rsidR="00B92ACB" w:rsidRPr="002F5D52" w14:paraId="52EE96E5" w14:textId="77777777" w:rsidTr="00E5395D">
        <w:trPr>
          <w:trHeight w:val="1153"/>
          <w:jc w:val="center"/>
        </w:trPr>
        <w:tc>
          <w:tcPr>
            <w:tcW w:w="3695" w:type="dxa"/>
          </w:tcPr>
          <w:p w14:paraId="443FC925" w14:textId="1D23AB29" w:rsidR="00B92ACB" w:rsidRPr="002F5D52" w:rsidRDefault="00B92ACB" w:rsidP="00B92ACB">
            <w:pPr>
              <w:rPr>
                <w:rFonts w:ascii="Times New Roman" w:eastAsia="Times New Roman" w:hAnsi="Times New Roman" w:cs="Times New Roman"/>
                <w:color w:val="212121"/>
                <w:shd w:val="clear" w:color="auto" w:fill="FFFFFF"/>
              </w:rPr>
            </w:pPr>
            <w:r w:rsidRPr="002F5D52">
              <w:rPr>
                <w:rFonts w:ascii="Times New Roman" w:hAnsi="Times New Roman" w:cs="Times New Roman"/>
                <w:b/>
                <w:bCs/>
              </w:rPr>
              <w:t>Payson VA Clinic</w:t>
            </w:r>
            <w:r w:rsidRPr="002F5D52">
              <w:rPr>
                <w:rFonts w:ascii="Times New Roman" w:hAnsi="Times New Roman" w:cs="Times New Roman"/>
              </w:rPr>
              <w:br/>
              <w:t>903 East Highway 260, Suite 2</w:t>
            </w:r>
            <w:r w:rsidRPr="002F5D52">
              <w:rPr>
                <w:rFonts w:ascii="Times New Roman" w:hAnsi="Times New Roman" w:cs="Times New Roman"/>
              </w:rPr>
              <w:br/>
              <w:t>Payson, AZ 85541</w:t>
            </w:r>
            <w:r w:rsidRPr="002F5D52">
              <w:rPr>
                <w:rFonts w:ascii="Times New Roman" w:hAnsi="Times New Roman" w:cs="Times New Roman"/>
              </w:rPr>
              <w:br/>
              <w:t>Days: Monday – Friday</w:t>
            </w:r>
            <w:r w:rsidRPr="002F5D52">
              <w:rPr>
                <w:rFonts w:ascii="Times New Roman" w:hAnsi="Times New Roman" w:cs="Times New Roman"/>
              </w:rPr>
              <w:br/>
              <w:t xml:space="preserve">Pickup Time: 3:00pm – 3:30pm                                                                   </w:t>
            </w:r>
            <w:r w:rsidRPr="002F5D52">
              <w:rPr>
                <w:rFonts w:ascii="Times New Roman" w:hAnsi="Times New Roman" w:cs="Times New Roman"/>
                <w:b/>
                <w:bCs/>
              </w:rPr>
              <w:t xml:space="preserve">User: Lab                                                                                                      </w:t>
            </w:r>
            <w:r w:rsidRPr="002F5D52">
              <w:rPr>
                <w:rFonts w:ascii="Times New Roman" w:hAnsi="Times New Roman" w:cs="Times New Roman"/>
              </w:rPr>
              <w:t>Pickup Location: Lab</w:t>
            </w:r>
          </w:p>
        </w:tc>
        <w:tc>
          <w:tcPr>
            <w:tcW w:w="3785" w:type="dxa"/>
          </w:tcPr>
          <w:p w14:paraId="3DFDEE92" w14:textId="0BC4A0D6" w:rsidR="00B92ACB" w:rsidRPr="002F5D52" w:rsidRDefault="00B92ACB" w:rsidP="00B92ACB">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 Time: By 6:30 pm</w:t>
            </w:r>
            <w:r w:rsidRPr="002F5D52">
              <w:rPr>
                <w:rFonts w:ascii="Times New Roman" w:hAnsi="Times New Roman" w:cs="Times New Roman"/>
              </w:rPr>
              <w:br/>
              <w:t>Delivery Location: Room E200</w:t>
            </w:r>
          </w:p>
        </w:tc>
        <w:tc>
          <w:tcPr>
            <w:tcW w:w="2060" w:type="dxa"/>
          </w:tcPr>
          <w:p w14:paraId="51B61FCB" w14:textId="77777777" w:rsidR="00B92ACB" w:rsidRPr="002F5D52" w:rsidRDefault="00B92ACB" w:rsidP="00B92ACB">
            <w:pPr>
              <w:jc w:val="center"/>
              <w:rPr>
                <w:rFonts w:ascii="Times New Roman" w:hAnsi="Times New Roman" w:cs="Times New Roman"/>
              </w:rPr>
            </w:pPr>
            <w:r w:rsidRPr="002F5D52">
              <w:rPr>
                <w:rFonts w:ascii="Times New Roman" w:hAnsi="Times New Roman" w:cs="Times New Roman"/>
              </w:rPr>
              <w:t>260/year</w:t>
            </w:r>
          </w:p>
        </w:tc>
      </w:tr>
    </w:tbl>
    <w:p w14:paraId="77970AB9" w14:textId="77777777" w:rsidR="00B02E0D" w:rsidRPr="002F5D52" w:rsidRDefault="00B02E0D">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3F3730" w:rsidRPr="002F5D52" w14:paraId="049C704E" w14:textId="77777777" w:rsidTr="00CA70A8">
        <w:trPr>
          <w:trHeight w:val="395"/>
          <w:jc w:val="center"/>
        </w:trPr>
        <w:tc>
          <w:tcPr>
            <w:tcW w:w="9540" w:type="dxa"/>
            <w:gridSpan w:val="3"/>
            <w:vAlign w:val="center"/>
          </w:tcPr>
          <w:p w14:paraId="296436F0" w14:textId="23208EF0" w:rsidR="003F3730" w:rsidRPr="002F5D52" w:rsidRDefault="003F3730" w:rsidP="00CA70A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3</w:t>
            </w:r>
            <w:r w:rsidR="006F36C0">
              <w:rPr>
                <w:rFonts w:ascii="Times New Roman" w:hAnsi="Times New Roman" w:cs="Times New Roman"/>
                <w:b/>
                <w:bCs/>
              </w:rPr>
              <w:t>3</w:t>
            </w:r>
          </w:p>
        </w:tc>
      </w:tr>
      <w:tr w:rsidR="00B02E0D" w:rsidRPr="002F5D52" w14:paraId="51C51D26" w14:textId="77777777" w:rsidTr="00CA70A8">
        <w:trPr>
          <w:trHeight w:val="1153"/>
          <w:jc w:val="center"/>
        </w:trPr>
        <w:tc>
          <w:tcPr>
            <w:tcW w:w="3695" w:type="dxa"/>
          </w:tcPr>
          <w:p w14:paraId="008D0F05" w14:textId="31FBB11A" w:rsidR="00B02E0D" w:rsidRPr="002F5D52" w:rsidRDefault="00B02E0D" w:rsidP="00B02E0D">
            <w:pPr>
              <w:rPr>
                <w:rFonts w:ascii="Times New Roman" w:eastAsia="Times New Roman" w:hAnsi="Times New Roman" w:cs="Times New Roman"/>
                <w:color w:val="212121"/>
                <w:shd w:val="clear" w:color="auto" w:fill="FFFFFF"/>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 xml:space="preserve">Days: Monday – Friday </w:t>
            </w:r>
            <w:r w:rsidRPr="002F5D52">
              <w:rPr>
                <w:rFonts w:ascii="Times New Roman" w:hAnsi="Times New Roman" w:cs="Times New Roman"/>
              </w:rPr>
              <w:br/>
              <w:t xml:space="preserve">Pickup Time: 9:00am – 9:30am                                                                      </w:t>
            </w:r>
            <w:r w:rsidRPr="002F5D52">
              <w:rPr>
                <w:rFonts w:ascii="Times New Roman" w:hAnsi="Times New Roman" w:cs="Times New Roman"/>
                <w:b/>
                <w:bCs/>
              </w:rPr>
              <w:t>User: SPS / Logistics</w:t>
            </w:r>
            <w:r w:rsidRPr="002F5D52">
              <w:rPr>
                <w:rFonts w:ascii="Times New Roman" w:hAnsi="Times New Roman" w:cs="Times New Roman"/>
              </w:rPr>
              <w:br/>
              <w:t xml:space="preserve">Pickup Location: Dental Clinic, Building 29 (SPS) / Mailroom (Logistics)                                                                                                                                                                                                                                                                                                                                                                                                                                                                                                                                                                                                                                                                                                                                                                                                                                                                        </w:t>
            </w:r>
            <w:r w:rsidRPr="002F5D52">
              <w:rPr>
                <w:rFonts w:ascii="Times New Roman" w:hAnsi="Times New Roman" w:cs="Times New Roman"/>
                <w:i/>
                <w:iCs/>
              </w:rPr>
              <w:t xml:space="preserve">Note: Picking up clean </w:t>
            </w:r>
            <w:r w:rsidR="000B034E" w:rsidRPr="002F5D52">
              <w:rPr>
                <w:rFonts w:ascii="Times New Roman" w:hAnsi="Times New Roman" w:cs="Times New Roman"/>
                <w:i/>
                <w:iCs/>
              </w:rPr>
              <w:t>instruments</w:t>
            </w:r>
            <w:r w:rsidRPr="002F5D52">
              <w:rPr>
                <w:rFonts w:ascii="Times New Roman" w:hAnsi="Times New Roman" w:cs="Times New Roman"/>
                <w:i/>
                <w:iCs/>
              </w:rPr>
              <w:t xml:space="preserve"> for SPS. Clean instruments in blue bins located in room #1034 (empty red bins for returning dirty instruments located in room #1064B).</w:t>
            </w:r>
          </w:p>
        </w:tc>
        <w:tc>
          <w:tcPr>
            <w:tcW w:w="3785" w:type="dxa"/>
          </w:tcPr>
          <w:p w14:paraId="3E85EC83" w14:textId="799E2252" w:rsidR="00B02E0D" w:rsidRPr="002F5D52" w:rsidRDefault="00B02E0D" w:rsidP="00B02E0D">
            <w:pPr>
              <w:rPr>
                <w:rFonts w:ascii="Times New Roman" w:hAnsi="Times New Roman" w:cs="Times New Roman"/>
              </w:rPr>
            </w:pPr>
            <w:r w:rsidRPr="002F5D52">
              <w:rPr>
                <w:rFonts w:ascii="Times New Roman" w:hAnsi="Times New Roman" w:cs="Times New Roman"/>
                <w:b/>
                <w:bCs/>
              </w:rPr>
              <w:t>Northwest VA Clinic</w:t>
            </w:r>
            <w:r w:rsidRPr="002F5D52">
              <w:rPr>
                <w:rFonts w:ascii="Times New Roman" w:hAnsi="Times New Roman" w:cs="Times New Roman"/>
              </w:rPr>
              <w:br/>
              <w:t>13985 West Grand Avenue, Suite 101</w:t>
            </w:r>
            <w:r w:rsidRPr="002F5D52">
              <w:rPr>
                <w:rFonts w:ascii="Times New Roman" w:hAnsi="Times New Roman" w:cs="Times New Roman"/>
              </w:rPr>
              <w:br/>
              <w:t>Surprise, AZ 85374</w:t>
            </w:r>
            <w:r w:rsidRPr="002F5D52">
              <w:rPr>
                <w:rFonts w:ascii="Times New Roman" w:hAnsi="Times New Roman" w:cs="Times New Roman"/>
              </w:rPr>
              <w:br/>
              <w:t>Delivery Time: 10:30am - 11:00am</w:t>
            </w:r>
            <w:r w:rsidRPr="002F5D52">
              <w:rPr>
                <w:rFonts w:ascii="Times New Roman" w:hAnsi="Times New Roman" w:cs="Times New Roman"/>
              </w:rPr>
              <w:br/>
              <w:t xml:space="preserve">Delivery Location: Dental Clinic                                                              </w:t>
            </w:r>
            <w:r w:rsidRPr="002F5D52">
              <w:rPr>
                <w:rFonts w:ascii="Times New Roman" w:hAnsi="Times New Roman" w:cs="Times New Roman"/>
                <w:i/>
                <w:iCs/>
              </w:rPr>
              <w:t>Note: Dropping off clean instruments. Red and blue bins must be returned to the Main Facility (Building 1, Room #1403, Rear Door).</w:t>
            </w:r>
          </w:p>
        </w:tc>
        <w:tc>
          <w:tcPr>
            <w:tcW w:w="2060" w:type="dxa"/>
          </w:tcPr>
          <w:p w14:paraId="32CF3230" w14:textId="5BBEBF62" w:rsidR="00B02E0D" w:rsidRPr="002F5D52" w:rsidRDefault="00B02E0D" w:rsidP="00B02E0D">
            <w:pPr>
              <w:jc w:val="center"/>
              <w:rPr>
                <w:rFonts w:ascii="Times New Roman" w:hAnsi="Times New Roman" w:cs="Times New Roman"/>
              </w:rPr>
            </w:pPr>
            <w:r w:rsidRPr="002F5D52">
              <w:rPr>
                <w:rFonts w:ascii="Times New Roman" w:hAnsi="Times New Roman" w:cs="Times New Roman"/>
              </w:rPr>
              <w:t>260/year</w:t>
            </w:r>
          </w:p>
        </w:tc>
      </w:tr>
    </w:tbl>
    <w:p w14:paraId="1FE2F671" w14:textId="77777777" w:rsidR="002116F6" w:rsidRPr="002F5D52" w:rsidRDefault="002116F6">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3F3730" w:rsidRPr="002F5D52" w14:paraId="10689BD4" w14:textId="77777777" w:rsidTr="00CA70A8">
        <w:trPr>
          <w:trHeight w:val="395"/>
          <w:jc w:val="center"/>
        </w:trPr>
        <w:tc>
          <w:tcPr>
            <w:tcW w:w="9540" w:type="dxa"/>
            <w:gridSpan w:val="3"/>
            <w:vAlign w:val="center"/>
          </w:tcPr>
          <w:p w14:paraId="11FC201C" w14:textId="44D46729" w:rsidR="003F3730" w:rsidRPr="002F5D52" w:rsidRDefault="003F3730" w:rsidP="00CA70A8">
            <w:pPr>
              <w:jc w:val="center"/>
              <w:rPr>
                <w:rFonts w:ascii="Times New Roman" w:hAnsi="Times New Roman" w:cs="Times New Roman"/>
                <w:b/>
                <w:bCs/>
              </w:rPr>
            </w:pPr>
            <w:r w:rsidRPr="002F5D52">
              <w:rPr>
                <w:rFonts w:ascii="Times New Roman" w:hAnsi="Times New Roman" w:cs="Times New Roman"/>
                <w:b/>
                <w:bCs/>
              </w:rPr>
              <w:t>RUN 3</w:t>
            </w:r>
            <w:r w:rsidR="006F36C0">
              <w:rPr>
                <w:rFonts w:ascii="Times New Roman" w:hAnsi="Times New Roman" w:cs="Times New Roman"/>
                <w:b/>
                <w:bCs/>
              </w:rPr>
              <w:t>4</w:t>
            </w:r>
          </w:p>
        </w:tc>
      </w:tr>
      <w:tr w:rsidR="002116F6" w:rsidRPr="002F5D52" w14:paraId="55283A71" w14:textId="77777777" w:rsidTr="00CA70A8">
        <w:trPr>
          <w:trHeight w:val="1153"/>
          <w:jc w:val="center"/>
        </w:trPr>
        <w:tc>
          <w:tcPr>
            <w:tcW w:w="3695" w:type="dxa"/>
          </w:tcPr>
          <w:p w14:paraId="182EDCB3" w14:textId="62E8C5F0" w:rsidR="002116F6" w:rsidRPr="002F5D52" w:rsidRDefault="002116F6" w:rsidP="002116F6">
            <w:pPr>
              <w:rPr>
                <w:rFonts w:ascii="Times New Roman" w:eastAsia="Times New Roman" w:hAnsi="Times New Roman" w:cs="Times New Roman"/>
                <w:color w:val="212121"/>
                <w:shd w:val="clear" w:color="auto" w:fill="FFFFFF"/>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 xml:space="preserve">Days: Monday – Friday </w:t>
            </w:r>
            <w:r w:rsidRPr="002F5D52">
              <w:rPr>
                <w:rFonts w:ascii="Times New Roman" w:hAnsi="Times New Roman" w:cs="Times New Roman"/>
              </w:rPr>
              <w:br/>
              <w:t xml:space="preserve">Pickup Time: 9:30am - 10:00am                                                                            </w:t>
            </w:r>
            <w:r w:rsidRPr="002F5D52">
              <w:rPr>
                <w:rFonts w:ascii="Times New Roman" w:hAnsi="Times New Roman" w:cs="Times New Roman"/>
                <w:b/>
                <w:bCs/>
              </w:rPr>
              <w:t>User: Logistics</w:t>
            </w:r>
            <w:r w:rsidRPr="002F5D52">
              <w:rPr>
                <w:rFonts w:ascii="Times New Roman" w:hAnsi="Times New Roman" w:cs="Times New Roman"/>
              </w:rPr>
              <w:br/>
              <w:t>Pickup Location: Mailroom</w:t>
            </w:r>
          </w:p>
        </w:tc>
        <w:tc>
          <w:tcPr>
            <w:tcW w:w="3785" w:type="dxa"/>
          </w:tcPr>
          <w:p w14:paraId="58D579D8" w14:textId="3C44E733" w:rsidR="002116F6" w:rsidRPr="002F5D52" w:rsidRDefault="002116F6" w:rsidP="002116F6">
            <w:pPr>
              <w:rPr>
                <w:rFonts w:ascii="Times New Roman" w:hAnsi="Times New Roman" w:cs="Times New Roman"/>
              </w:rPr>
            </w:pPr>
            <w:r w:rsidRPr="002F5D52">
              <w:rPr>
                <w:rFonts w:ascii="Times New Roman" w:hAnsi="Times New Roman" w:cs="Times New Roman"/>
                <w:b/>
                <w:bCs/>
              </w:rPr>
              <w:t>Thunderbird VA Clinic</w:t>
            </w:r>
            <w:r w:rsidRPr="002F5D52">
              <w:rPr>
                <w:rFonts w:ascii="Times New Roman" w:hAnsi="Times New Roman" w:cs="Times New Roman"/>
              </w:rPr>
              <w:br/>
              <w:t xml:space="preserve">9424 North 25th Avenue </w:t>
            </w:r>
            <w:r w:rsidRPr="002F5D52">
              <w:rPr>
                <w:rFonts w:ascii="Times New Roman" w:hAnsi="Times New Roman" w:cs="Times New Roman"/>
              </w:rPr>
              <w:br/>
              <w:t>Phoenix, AZ 85021</w:t>
            </w:r>
            <w:r w:rsidRPr="002F5D52">
              <w:rPr>
                <w:rFonts w:ascii="Times New Roman" w:hAnsi="Times New Roman" w:cs="Times New Roman"/>
              </w:rPr>
              <w:br/>
              <w:t>Deliver Time: By 12:00pm</w:t>
            </w:r>
            <w:r w:rsidRPr="002F5D52">
              <w:rPr>
                <w:rFonts w:ascii="Times New Roman" w:hAnsi="Times New Roman" w:cs="Times New Roman"/>
              </w:rPr>
              <w:br/>
              <w:t>Delivery Location: Front Desk</w:t>
            </w:r>
          </w:p>
        </w:tc>
        <w:tc>
          <w:tcPr>
            <w:tcW w:w="2060" w:type="dxa"/>
          </w:tcPr>
          <w:p w14:paraId="10B043DD" w14:textId="4C683C81" w:rsidR="002116F6" w:rsidRPr="002F5D52" w:rsidRDefault="002116F6" w:rsidP="002116F6">
            <w:pPr>
              <w:jc w:val="center"/>
              <w:rPr>
                <w:rFonts w:ascii="Times New Roman" w:hAnsi="Times New Roman" w:cs="Times New Roman"/>
              </w:rPr>
            </w:pPr>
            <w:r w:rsidRPr="002F5D52">
              <w:rPr>
                <w:rFonts w:ascii="Times New Roman" w:hAnsi="Times New Roman" w:cs="Times New Roman"/>
              </w:rPr>
              <w:t>260/year</w:t>
            </w:r>
          </w:p>
        </w:tc>
      </w:tr>
    </w:tbl>
    <w:p w14:paraId="55E6063E" w14:textId="77777777" w:rsidR="002116F6" w:rsidRPr="002F5D52" w:rsidRDefault="002116F6">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2116F6" w:rsidRPr="002F5D52" w14:paraId="6CE26E82" w14:textId="77777777" w:rsidTr="00CA70A8">
        <w:trPr>
          <w:trHeight w:val="395"/>
          <w:jc w:val="center"/>
        </w:trPr>
        <w:tc>
          <w:tcPr>
            <w:tcW w:w="9540" w:type="dxa"/>
            <w:gridSpan w:val="3"/>
            <w:vAlign w:val="center"/>
          </w:tcPr>
          <w:p w14:paraId="0301889C" w14:textId="791FA59C" w:rsidR="002116F6" w:rsidRPr="002F5D52" w:rsidRDefault="002116F6" w:rsidP="00CA70A8">
            <w:pPr>
              <w:jc w:val="center"/>
              <w:rPr>
                <w:rFonts w:ascii="Times New Roman" w:hAnsi="Times New Roman" w:cs="Times New Roman"/>
                <w:b/>
                <w:bCs/>
              </w:rPr>
            </w:pPr>
            <w:r w:rsidRPr="002F5D52">
              <w:rPr>
                <w:rFonts w:ascii="Times New Roman" w:hAnsi="Times New Roman" w:cs="Times New Roman"/>
                <w:b/>
                <w:bCs/>
              </w:rPr>
              <w:t>RUN 3</w:t>
            </w:r>
            <w:r w:rsidR="006F36C0">
              <w:rPr>
                <w:rFonts w:ascii="Times New Roman" w:hAnsi="Times New Roman" w:cs="Times New Roman"/>
                <w:b/>
                <w:bCs/>
              </w:rPr>
              <w:t>5</w:t>
            </w:r>
          </w:p>
        </w:tc>
      </w:tr>
      <w:tr w:rsidR="004246EA" w:rsidRPr="002F5D52" w14:paraId="434D3CE4" w14:textId="77777777" w:rsidTr="00CA70A8">
        <w:trPr>
          <w:trHeight w:val="1153"/>
          <w:jc w:val="center"/>
        </w:trPr>
        <w:tc>
          <w:tcPr>
            <w:tcW w:w="3695" w:type="dxa"/>
          </w:tcPr>
          <w:p w14:paraId="45B66704" w14:textId="2F0473A3" w:rsidR="004246EA" w:rsidRPr="002F5D52" w:rsidRDefault="004246EA" w:rsidP="004246EA">
            <w:pPr>
              <w:rPr>
                <w:rFonts w:ascii="Times New Roman" w:eastAsia="Times New Roman" w:hAnsi="Times New Roman" w:cs="Times New Roman"/>
                <w:color w:val="212121"/>
                <w:shd w:val="clear" w:color="auto" w:fill="FFFFFF"/>
              </w:rPr>
            </w:pPr>
            <w:r w:rsidRPr="002F5D52">
              <w:rPr>
                <w:rFonts w:ascii="Times New Roman" w:hAnsi="Times New Roman" w:cs="Times New Roman"/>
                <w:b/>
                <w:bCs/>
              </w:rPr>
              <w:t>Thunderbird VA Clinic</w:t>
            </w:r>
            <w:r w:rsidRPr="002F5D52">
              <w:rPr>
                <w:rFonts w:ascii="Times New Roman" w:hAnsi="Times New Roman" w:cs="Times New Roman"/>
              </w:rPr>
              <w:br/>
              <w:t xml:space="preserve">9424 North 25th Avenue </w:t>
            </w:r>
            <w:r w:rsidRPr="002F5D52">
              <w:rPr>
                <w:rFonts w:ascii="Times New Roman" w:hAnsi="Times New Roman" w:cs="Times New Roman"/>
              </w:rPr>
              <w:br/>
              <w:t>Phoenix, AZ 85021</w:t>
            </w:r>
            <w:r w:rsidRPr="002F5D52">
              <w:rPr>
                <w:rFonts w:ascii="Times New Roman" w:hAnsi="Times New Roman" w:cs="Times New Roman"/>
              </w:rPr>
              <w:br/>
              <w:t>Days: Monday – Friday</w:t>
            </w:r>
            <w:r w:rsidRPr="002F5D52">
              <w:rPr>
                <w:rFonts w:ascii="Times New Roman" w:hAnsi="Times New Roman" w:cs="Times New Roman"/>
              </w:rPr>
              <w:br/>
              <w:t xml:space="preserve">Pickup Time: 10:30am - 11:00am                                                                                  </w:t>
            </w:r>
            <w:r w:rsidRPr="002F5D52">
              <w:rPr>
                <w:rFonts w:ascii="Times New Roman" w:hAnsi="Times New Roman" w:cs="Times New Roman"/>
                <w:b/>
                <w:bCs/>
              </w:rPr>
              <w:t>User: Logistics</w:t>
            </w:r>
            <w:r w:rsidRPr="002F5D52">
              <w:rPr>
                <w:rFonts w:ascii="Times New Roman" w:hAnsi="Times New Roman" w:cs="Times New Roman"/>
              </w:rPr>
              <w:br/>
              <w:t>Pickup Location: Front Desk</w:t>
            </w:r>
          </w:p>
        </w:tc>
        <w:tc>
          <w:tcPr>
            <w:tcW w:w="3785" w:type="dxa"/>
          </w:tcPr>
          <w:p w14:paraId="019AE3B1" w14:textId="7CBD6C77" w:rsidR="004246EA" w:rsidRPr="002F5D52" w:rsidRDefault="004246EA" w:rsidP="004246EA">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Delivery Time: By 12:00pm</w:t>
            </w:r>
            <w:r w:rsidRPr="002F5D52">
              <w:rPr>
                <w:rFonts w:ascii="Times New Roman" w:hAnsi="Times New Roman" w:cs="Times New Roman"/>
              </w:rPr>
              <w:br/>
              <w:t>Delivery Location: Mailroom</w:t>
            </w:r>
          </w:p>
        </w:tc>
        <w:tc>
          <w:tcPr>
            <w:tcW w:w="2060" w:type="dxa"/>
          </w:tcPr>
          <w:p w14:paraId="2E1DAB9C" w14:textId="5A37EB51" w:rsidR="004246EA" w:rsidRPr="002F5D52" w:rsidRDefault="004246EA" w:rsidP="004246EA">
            <w:pPr>
              <w:jc w:val="center"/>
              <w:rPr>
                <w:rFonts w:ascii="Times New Roman" w:hAnsi="Times New Roman" w:cs="Times New Roman"/>
              </w:rPr>
            </w:pPr>
            <w:r w:rsidRPr="002F5D52">
              <w:rPr>
                <w:rFonts w:ascii="Times New Roman" w:hAnsi="Times New Roman" w:cs="Times New Roman"/>
              </w:rPr>
              <w:t>260/year</w:t>
            </w:r>
          </w:p>
        </w:tc>
      </w:tr>
    </w:tbl>
    <w:p w14:paraId="2E4B5E37" w14:textId="77777777" w:rsidR="004246EA" w:rsidRPr="002F5D52" w:rsidRDefault="004246EA">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2116F6" w:rsidRPr="002F5D52" w14:paraId="1509C59C" w14:textId="77777777" w:rsidTr="00CA70A8">
        <w:trPr>
          <w:trHeight w:val="395"/>
          <w:jc w:val="center"/>
        </w:trPr>
        <w:tc>
          <w:tcPr>
            <w:tcW w:w="9540" w:type="dxa"/>
            <w:gridSpan w:val="3"/>
            <w:vAlign w:val="center"/>
          </w:tcPr>
          <w:p w14:paraId="0525C52B" w14:textId="6D074A4C" w:rsidR="002116F6" w:rsidRPr="002F5D52" w:rsidRDefault="002116F6" w:rsidP="00CA70A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3</w:t>
            </w:r>
            <w:r w:rsidR="006F36C0">
              <w:rPr>
                <w:rFonts w:ascii="Times New Roman" w:hAnsi="Times New Roman" w:cs="Times New Roman"/>
                <w:b/>
                <w:bCs/>
              </w:rPr>
              <w:t>6</w:t>
            </w:r>
          </w:p>
        </w:tc>
      </w:tr>
      <w:tr w:rsidR="004246EA" w:rsidRPr="002F5D52" w14:paraId="39342D7E" w14:textId="77777777" w:rsidTr="00CA70A8">
        <w:trPr>
          <w:trHeight w:val="1153"/>
          <w:jc w:val="center"/>
        </w:trPr>
        <w:tc>
          <w:tcPr>
            <w:tcW w:w="3695" w:type="dxa"/>
          </w:tcPr>
          <w:p w14:paraId="32EEB3FC" w14:textId="3AD61180" w:rsidR="004246EA" w:rsidRPr="002F5D52" w:rsidRDefault="004246EA" w:rsidP="004246EA">
            <w:pPr>
              <w:rPr>
                <w:rFonts w:ascii="Times New Roman" w:eastAsia="Times New Roman" w:hAnsi="Times New Roman" w:cs="Times New Roman"/>
                <w:color w:val="212121"/>
                <w:shd w:val="clear" w:color="auto" w:fill="FFFFFF"/>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Days: Monday –Friday</w:t>
            </w:r>
            <w:r w:rsidRPr="002F5D52">
              <w:rPr>
                <w:rFonts w:ascii="Times New Roman" w:hAnsi="Times New Roman" w:cs="Times New Roman"/>
              </w:rPr>
              <w:br/>
              <w:t xml:space="preserve">Pickup Time: 10:00am - 10:30am                                                                             </w:t>
            </w:r>
            <w:r w:rsidRPr="002F5D52">
              <w:rPr>
                <w:rFonts w:ascii="Times New Roman" w:hAnsi="Times New Roman" w:cs="Times New Roman"/>
                <w:b/>
                <w:bCs/>
              </w:rPr>
              <w:t>User: Logistics</w:t>
            </w:r>
            <w:r w:rsidRPr="002F5D52">
              <w:rPr>
                <w:rFonts w:ascii="Times New Roman" w:hAnsi="Times New Roman" w:cs="Times New Roman"/>
              </w:rPr>
              <w:br/>
              <w:t>Pickup Location: Mailroom</w:t>
            </w:r>
          </w:p>
        </w:tc>
        <w:tc>
          <w:tcPr>
            <w:tcW w:w="3785" w:type="dxa"/>
          </w:tcPr>
          <w:p w14:paraId="0A7B9AE0" w14:textId="1FF51A27" w:rsidR="004246EA" w:rsidRPr="002F5D52" w:rsidRDefault="004246EA" w:rsidP="004246EA">
            <w:pPr>
              <w:rPr>
                <w:rFonts w:ascii="Times New Roman" w:hAnsi="Times New Roman" w:cs="Times New Roman"/>
              </w:rPr>
            </w:pPr>
            <w:r w:rsidRPr="002F5D52">
              <w:rPr>
                <w:rFonts w:ascii="Times New Roman" w:hAnsi="Times New Roman" w:cs="Times New Roman"/>
                <w:b/>
                <w:bCs/>
              </w:rPr>
              <w:t>Phoenix VA Clinic (32nd Street)</w:t>
            </w:r>
            <w:r w:rsidRPr="002F5D52">
              <w:rPr>
                <w:rFonts w:ascii="Times New Roman" w:hAnsi="Times New Roman" w:cs="Times New Roman"/>
              </w:rPr>
              <w:br/>
              <w:t>400 North 32nd Street</w:t>
            </w:r>
            <w:r w:rsidRPr="002F5D52">
              <w:rPr>
                <w:rFonts w:ascii="Times New Roman" w:hAnsi="Times New Roman" w:cs="Times New Roman"/>
              </w:rPr>
              <w:br/>
              <w:t>Phoenix, AZ 85008</w:t>
            </w:r>
            <w:r w:rsidRPr="002F5D52">
              <w:rPr>
                <w:rFonts w:ascii="Times New Roman" w:hAnsi="Times New Roman" w:cs="Times New Roman"/>
              </w:rPr>
              <w:br/>
              <w:t>Delivery Time: 11:30am</w:t>
            </w:r>
            <w:r w:rsidRPr="002F5D52">
              <w:rPr>
                <w:rFonts w:ascii="Times New Roman" w:hAnsi="Times New Roman" w:cs="Times New Roman"/>
              </w:rPr>
              <w:br/>
              <w:t>Delivery Location: Front Desk</w:t>
            </w:r>
          </w:p>
        </w:tc>
        <w:tc>
          <w:tcPr>
            <w:tcW w:w="2060" w:type="dxa"/>
          </w:tcPr>
          <w:p w14:paraId="42F12C10" w14:textId="02EFE56B" w:rsidR="004246EA" w:rsidRPr="002F5D52" w:rsidRDefault="004246EA" w:rsidP="004246EA">
            <w:pPr>
              <w:jc w:val="center"/>
              <w:rPr>
                <w:rFonts w:ascii="Times New Roman" w:hAnsi="Times New Roman" w:cs="Times New Roman"/>
              </w:rPr>
            </w:pPr>
            <w:r w:rsidRPr="002F5D52">
              <w:rPr>
                <w:rFonts w:ascii="Times New Roman" w:hAnsi="Times New Roman" w:cs="Times New Roman"/>
              </w:rPr>
              <w:t>260/year</w:t>
            </w:r>
          </w:p>
        </w:tc>
      </w:tr>
    </w:tbl>
    <w:p w14:paraId="4840DD46" w14:textId="77777777" w:rsidR="004246EA" w:rsidRPr="002F5D52" w:rsidRDefault="004246EA">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2116F6" w:rsidRPr="002F5D52" w14:paraId="2A7E80A9" w14:textId="77777777" w:rsidTr="00CA70A8">
        <w:trPr>
          <w:trHeight w:val="395"/>
          <w:jc w:val="center"/>
        </w:trPr>
        <w:tc>
          <w:tcPr>
            <w:tcW w:w="9540" w:type="dxa"/>
            <w:gridSpan w:val="3"/>
            <w:vAlign w:val="center"/>
          </w:tcPr>
          <w:p w14:paraId="21C1FFC9" w14:textId="42E73BF7" w:rsidR="002116F6" w:rsidRPr="002F5D52" w:rsidRDefault="002116F6" w:rsidP="00CA70A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3</w:t>
            </w:r>
            <w:r w:rsidR="006F36C0">
              <w:rPr>
                <w:rFonts w:ascii="Times New Roman" w:hAnsi="Times New Roman" w:cs="Times New Roman"/>
                <w:b/>
                <w:bCs/>
              </w:rPr>
              <w:t>7</w:t>
            </w:r>
          </w:p>
        </w:tc>
      </w:tr>
      <w:tr w:rsidR="00507727" w:rsidRPr="002F5D52" w14:paraId="65D5AE5C" w14:textId="77777777" w:rsidTr="00CA70A8">
        <w:trPr>
          <w:trHeight w:val="1153"/>
          <w:jc w:val="center"/>
        </w:trPr>
        <w:tc>
          <w:tcPr>
            <w:tcW w:w="3695" w:type="dxa"/>
          </w:tcPr>
          <w:p w14:paraId="521AA78A" w14:textId="4BAE1050" w:rsidR="00507727" w:rsidRPr="002F5D52" w:rsidRDefault="00507727" w:rsidP="00507727">
            <w:pPr>
              <w:rPr>
                <w:rFonts w:ascii="Times New Roman" w:eastAsia="Times New Roman" w:hAnsi="Times New Roman" w:cs="Times New Roman"/>
                <w:color w:val="212121"/>
                <w:shd w:val="clear" w:color="auto" w:fill="FFFFFF"/>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Days: Tuesdays and Fridays</w:t>
            </w:r>
            <w:r w:rsidRPr="002F5D52">
              <w:rPr>
                <w:rFonts w:ascii="Times New Roman" w:hAnsi="Times New Roman" w:cs="Times New Roman"/>
              </w:rPr>
              <w:br/>
              <w:t xml:space="preserve">Pickup Time: 10:00am - 11:00am                                                                       </w:t>
            </w:r>
            <w:r w:rsidRPr="002F5D52">
              <w:rPr>
                <w:rFonts w:ascii="Times New Roman" w:hAnsi="Times New Roman" w:cs="Times New Roman"/>
                <w:b/>
                <w:bCs/>
              </w:rPr>
              <w:t>User: Logistics</w:t>
            </w:r>
            <w:r w:rsidRPr="002F5D52">
              <w:rPr>
                <w:rFonts w:ascii="Times New Roman" w:hAnsi="Times New Roman" w:cs="Times New Roman"/>
              </w:rPr>
              <w:br/>
              <w:t>Pickup Location: Mailroom</w:t>
            </w:r>
          </w:p>
        </w:tc>
        <w:tc>
          <w:tcPr>
            <w:tcW w:w="3785" w:type="dxa"/>
          </w:tcPr>
          <w:p w14:paraId="639A324C" w14:textId="013734CD" w:rsidR="00507727" w:rsidRPr="002F5D52" w:rsidRDefault="00507727" w:rsidP="00507727">
            <w:pPr>
              <w:rPr>
                <w:rFonts w:ascii="Times New Roman" w:hAnsi="Times New Roman" w:cs="Times New Roman"/>
              </w:rPr>
            </w:pPr>
            <w:r w:rsidRPr="002F5D52">
              <w:rPr>
                <w:rFonts w:ascii="Times New Roman" w:hAnsi="Times New Roman" w:cs="Times New Roman"/>
                <w:b/>
                <w:bCs/>
              </w:rPr>
              <w:t>Mesa VA Clinic (Mesa Annex)</w:t>
            </w:r>
            <w:r w:rsidRPr="002F5D52">
              <w:rPr>
                <w:rFonts w:ascii="Times New Roman" w:hAnsi="Times New Roman" w:cs="Times New Roman"/>
              </w:rPr>
              <w:br/>
              <w:t>4135 South Power Road, Suite 103</w:t>
            </w:r>
            <w:r w:rsidRPr="002F5D52">
              <w:rPr>
                <w:rFonts w:ascii="Times New Roman" w:hAnsi="Times New Roman" w:cs="Times New Roman"/>
              </w:rPr>
              <w:br/>
              <w:t>Mesa, AZ 85212</w:t>
            </w:r>
            <w:r w:rsidRPr="002F5D52">
              <w:rPr>
                <w:rFonts w:ascii="Times New Roman" w:hAnsi="Times New Roman" w:cs="Times New Roman"/>
              </w:rPr>
              <w:br/>
              <w:t>Delivery: By 12:00pm</w:t>
            </w:r>
            <w:r w:rsidRPr="002F5D52">
              <w:rPr>
                <w:rFonts w:ascii="Times New Roman" w:hAnsi="Times New Roman" w:cs="Times New Roman"/>
              </w:rPr>
              <w:br/>
              <w:t>Delivery Location: Front Desk</w:t>
            </w:r>
          </w:p>
        </w:tc>
        <w:tc>
          <w:tcPr>
            <w:tcW w:w="2060" w:type="dxa"/>
          </w:tcPr>
          <w:p w14:paraId="2D886D4B" w14:textId="597309E8" w:rsidR="00507727" w:rsidRPr="002F5D52" w:rsidRDefault="00507727" w:rsidP="00507727">
            <w:pPr>
              <w:jc w:val="center"/>
              <w:rPr>
                <w:rFonts w:ascii="Times New Roman" w:hAnsi="Times New Roman" w:cs="Times New Roman"/>
              </w:rPr>
            </w:pPr>
            <w:r w:rsidRPr="002F5D52">
              <w:rPr>
                <w:rFonts w:ascii="Times New Roman" w:hAnsi="Times New Roman" w:cs="Times New Roman"/>
              </w:rPr>
              <w:t>104/year</w:t>
            </w:r>
          </w:p>
        </w:tc>
      </w:tr>
    </w:tbl>
    <w:p w14:paraId="2D4FDF00" w14:textId="77777777" w:rsidR="00507727" w:rsidRPr="002F5D52" w:rsidRDefault="00507727">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2116F6" w:rsidRPr="002F5D52" w14:paraId="73B288A9" w14:textId="77777777" w:rsidTr="00CA70A8">
        <w:trPr>
          <w:trHeight w:val="395"/>
          <w:jc w:val="center"/>
        </w:trPr>
        <w:tc>
          <w:tcPr>
            <w:tcW w:w="9540" w:type="dxa"/>
            <w:gridSpan w:val="3"/>
            <w:vAlign w:val="center"/>
          </w:tcPr>
          <w:p w14:paraId="518EF0A3" w14:textId="62C39421" w:rsidR="002116F6" w:rsidRPr="002F5D52" w:rsidRDefault="002116F6" w:rsidP="00CA70A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38</w:t>
            </w:r>
          </w:p>
        </w:tc>
      </w:tr>
      <w:tr w:rsidR="00507727" w:rsidRPr="002F5D52" w14:paraId="1F9A40BC" w14:textId="77777777" w:rsidTr="00CA70A8">
        <w:trPr>
          <w:trHeight w:val="1153"/>
          <w:jc w:val="center"/>
        </w:trPr>
        <w:tc>
          <w:tcPr>
            <w:tcW w:w="3695" w:type="dxa"/>
          </w:tcPr>
          <w:p w14:paraId="2331A75E" w14:textId="178A74B2" w:rsidR="00507727" w:rsidRPr="002F5D52" w:rsidRDefault="00507727" w:rsidP="00507727">
            <w:pPr>
              <w:rPr>
                <w:rFonts w:ascii="Times New Roman" w:eastAsia="Times New Roman" w:hAnsi="Times New Roman" w:cs="Times New Roman"/>
                <w:color w:val="212121"/>
                <w:shd w:val="clear" w:color="auto" w:fill="FFFFFF"/>
              </w:rPr>
            </w:pPr>
            <w:r w:rsidRPr="002F5D52">
              <w:rPr>
                <w:rFonts w:ascii="Times New Roman" w:hAnsi="Times New Roman" w:cs="Times New Roman"/>
                <w:b/>
                <w:bCs/>
              </w:rPr>
              <w:lastRenderedPageBreak/>
              <w:t>Mesa VA Clinic (Mesa Annex)</w:t>
            </w:r>
            <w:r w:rsidRPr="002F5D52">
              <w:rPr>
                <w:rFonts w:ascii="Times New Roman" w:hAnsi="Times New Roman" w:cs="Times New Roman"/>
              </w:rPr>
              <w:br/>
              <w:t>4135 South Power Road, Suite 103</w:t>
            </w:r>
            <w:r w:rsidRPr="002F5D52">
              <w:rPr>
                <w:rFonts w:ascii="Times New Roman" w:hAnsi="Times New Roman" w:cs="Times New Roman"/>
              </w:rPr>
              <w:br/>
              <w:t>Mesa, AZ 85212</w:t>
            </w:r>
            <w:r w:rsidRPr="002F5D52">
              <w:rPr>
                <w:rFonts w:ascii="Times New Roman" w:hAnsi="Times New Roman" w:cs="Times New Roman"/>
              </w:rPr>
              <w:br/>
              <w:t>Days: Tuesdays and Fridays</w:t>
            </w:r>
            <w:r w:rsidRPr="002F5D52">
              <w:rPr>
                <w:rFonts w:ascii="Times New Roman" w:hAnsi="Times New Roman" w:cs="Times New Roman"/>
              </w:rPr>
              <w:br/>
              <w:t>Pickup Time: 12:00pm - 1:00pm</w:t>
            </w:r>
            <w:r w:rsidRPr="002F5D52">
              <w:rPr>
                <w:rFonts w:ascii="Times New Roman" w:hAnsi="Times New Roman" w:cs="Times New Roman"/>
              </w:rPr>
              <w:br/>
            </w:r>
            <w:r w:rsidRPr="002F5D52">
              <w:rPr>
                <w:rFonts w:ascii="Times New Roman" w:hAnsi="Times New Roman" w:cs="Times New Roman"/>
                <w:b/>
                <w:bCs/>
              </w:rPr>
              <w:t>User: Logistics</w:t>
            </w:r>
            <w:r w:rsidRPr="002F5D52">
              <w:rPr>
                <w:rFonts w:ascii="Times New Roman" w:hAnsi="Times New Roman" w:cs="Times New Roman"/>
              </w:rPr>
              <w:t xml:space="preserve">                                                                                                 Pick up Location: Front Desk</w:t>
            </w:r>
          </w:p>
        </w:tc>
        <w:tc>
          <w:tcPr>
            <w:tcW w:w="3785" w:type="dxa"/>
          </w:tcPr>
          <w:p w14:paraId="42EE913F" w14:textId="13298606" w:rsidR="00507727" w:rsidRPr="002F5D52" w:rsidRDefault="00507727" w:rsidP="00507727">
            <w:pPr>
              <w:rPr>
                <w:rFonts w:ascii="Times New Roman" w:hAnsi="Times New Roman" w:cs="Times New Roman"/>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Delivery Time: By 3:00pm</w:t>
            </w:r>
            <w:r w:rsidRPr="002F5D52">
              <w:rPr>
                <w:rFonts w:ascii="Times New Roman" w:hAnsi="Times New Roman" w:cs="Times New Roman"/>
              </w:rPr>
              <w:br/>
              <w:t>Delivery Location: Mailroom</w:t>
            </w:r>
          </w:p>
        </w:tc>
        <w:tc>
          <w:tcPr>
            <w:tcW w:w="2060" w:type="dxa"/>
          </w:tcPr>
          <w:p w14:paraId="5546FE65" w14:textId="5B246899" w:rsidR="00507727" w:rsidRPr="002F5D52" w:rsidRDefault="00507727" w:rsidP="00507727">
            <w:pPr>
              <w:jc w:val="center"/>
              <w:rPr>
                <w:rFonts w:ascii="Times New Roman" w:hAnsi="Times New Roman" w:cs="Times New Roman"/>
              </w:rPr>
            </w:pPr>
            <w:r w:rsidRPr="002F5D52">
              <w:rPr>
                <w:rFonts w:ascii="Times New Roman" w:hAnsi="Times New Roman" w:cs="Times New Roman"/>
              </w:rPr>
              <w:t>104/year</w:t>
            </w:r>
          </w:p>
        </w:tc>
      </w:tr>
    </w:tbl>
    <w:p w14:paraId="2CE8C69F" w14:textId="77777777" w:rsidR="003F6B00" w:rsidRPr="002F5D52" w:rsidRDefault="003F6B00">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2116F6" w:rsidRPr="002F5D52" w14:paraId="7DEF4447" w14:textId="77777777" w:rsidTr="00CA70A8">
        <w:trPr>
          <w:trHeight w:val="395"/>
          <w:jc w:val="center"/>
        </w:trPr>
        <w:tc>
          <w:tcPr>
            <w:tcW w:w="9540" w:type="dxa"/>
            <w:gridSpan w:val="3"/>
            <w:vAlign w:val="center"/>
          </w:tcPr>
          <w:p w14:paraId="7BB2302E" w14:textId="6908D8EA" w:rsidR="002116F6" w:rsidRPr="002F5D52" w:rsidRDefault="002116F6" w:rsidP="00CA70A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39</w:t>
            </w:r>
          </w:p>
        </w:tc>
      </w:tr>
      <w:tr w:rsidR="003F6B00" w:rsidRPr="002F5D52" w14:paraId="703ABDE9" w14:textId="77777777" w:rsidTr="00CA70A8">
        <w:trPr>
          <w:trHeight w:val="1153"/>
          <w:jc w:val="center"/>
        </w:trPr>
        <w:tc>
          <w:tcPr>
            <w:tcW w:w="3695" w:type="dxa"/>
          </w:tcPr>
          <w:p w14:paraId="5F1B4377" w14:textId="0DBFF248" w:rsidR="003F6B00" w:rsidRPr="002F5D52" w:rsidRDefault="003F6B00" w:rsidP="003F6B00">
            <w:pPr>
              <w:rPr>
                <w:rFonts w:ascii="Times New Roman" w:eastAsia="Times New Roman" w:hAnsi="Times New Roman" w:cs="Times New Roman"/>
                <w:color w:val="212121"/>
                <w:shd w:val="clear" w:color="auto" w:fill="FFFFFF"/>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 xml:space="preserve">Days: Monday – Friday </w:t>
            </w:r>
            <w:r w:rsidRPr="002F5D52">
              <w:rPr>
                <w:rFonts w:ascii="Times New Roman" w:hAnsi="Times New Roman" w:cs="Times New Roman"/>
              </w:rPr>
              <w:br/>
              <w:t xml:space="preserve">Pickup Time: 9:00am – 9:30am                                                                   </w:t>
            </w:r>
            <w:r w:rsidRPr="002F5D52">
              <w:rPr>
                <w:rFonts w:ascii="Times New Roman" w:hAnsi="Times New Roman" w:cs="Times New Roman"/>
                <w:b/>
                <w:bCs/>
              </w:rPr>
              <w:t>User: SPS / Logistics</w:t>
            </w:r>
            <w:r w:rsidRPr="002F5D52">
              <w:rPr>
                <w:rFonts w:ascii="Times New Roman" w:hAnsi="Times New Roman" w:cs="Times New Roman"/>
              </w:rPr>
              <w:br/>
              <w:t xml:space="preserve">Pickup Location: Dental Clinic, Building 29 (SPS) / Mailroom (Logistics)                                                                                                                                                            </w:t>
            </w:r>
            <w:r w:rsidRPr="002F5D52">
              <w:rPr>
                <w:rFonts w:ascii="Times New Roman" w:hAnsi="Times New Roman" w:cs="Times New Roman"/>
                <w:i/>
                <w:iCs/>
              </w:rPr>
              <w:t xml:space="preserve">Note: Picking up clean </w:t>
            </w:r>
            <w:r w:rsidR="00216E27" w:rsidRPr="002F5D52">
              <w:rPr>
                <w:rFonts w:ascii="Times New Roman" w:hAnsi="Times New Roman" w:cs="Times New Roman"/>
                <w:i/>
                <w:iCs/>
              </w:rPr>
              <w:t>instruments</w:t>
            </w:r>
            <w:r w:rsidRPr="002F5D52">
              <w:rPr>
                <w:rFonts w:ascii="Times New Roman" w:hAnsi="Times New Roman" w:cs="Times New Roman"/>
                <w:i/>
                <w:iCs/>
              </w:rPr>
              <w:t xml:space="preserve"> for SPS. Clean instruments in blue bins located in room 1034 (empty red bins for returning dirty instruments located in room 1064B).</w:t>
            </w:r>
          </w:p>
        </w:tc>
        <w:tc>
          <w:tcPr>
            <w:tcW w:w="3785" w:type="dxa"/>
          </w:tcPr>
          <w:p w14:paraId="33F806D2" w14:textId="13BD8FB6" w:rsidR="003F6B00" w:rsidRPr="002F5D52" w:rsidRDefault="003F6B00" w:rsidP="003F6B00">
            <w:pPr>
              <w:rPr>
                <w:rFonts w:ascii="Times New Roman" w:hAnsi="Times New Roman" w:cs="Times New Roman"/>
              </w:rPr>
            </w:pPr>
            <w:r w:rsidRPr="002F5D52">
              <w:rPr>
                <w:rFonts w:ascii="Times New Roman" w:hAnsi="Times New Roman" w:cs="Times New Roman"/>
                <w:b/>
                <w:bCs/>
              </w:rPr>
              <w:t>Staff Sergeant Alexander W. Conrad VA Clinic (Southeast)</w:t>
            </w:r>
            <w:r w:rsidRPr="002F5D52">
              <w:rPr>
                <w:rFonts w:ascii="Times New Roman" w:hAnsi="Times New Roman" w:cs="Times New Roman"/>
              </w:rPr>
              <w:br/>
              <w:t>3285 South Val Vista Drive</w:t>
            </w:r>
            <w:r w:rsidRPr="002F5D52">
              <w:rPr>
                <w:rFonts w:ascii="Times New Roman" w:hAnsi="Times New Roman" w:cs="Times New Roman"/>
              </w:rPr>
              <w:br/>
              <w:t>Gilbert, AZ 85297</w:t>
            </w:r>
            <w:r w:rsidRPr="002F5D52">
              <w:rPr>
                <w:rFonts w:ascii="Times New Roman" w:hAnsi="Times New Roman" w:cs="Times New Roman"/>
              </w:rPr>
              <w:br/>
              <w:t>Delivery Time: 11:00am – 11:30am</w:t>
            </w:r>
            <w:r w:rsidRPr="002F5D52">
              <w:rPr>
                <w:rFonts w:ascii="Times New Roman" w:hAnsi="Times New Roman" w:cs="Times New Roman"/>
              </w:rPr>
              <w:br/>
              <w:t xml:space="preserve">Delivery Location: Dental Clinic </w:t>
            </w:r>
            <w:r w:rsidRPr="002F5D52">
              <w:rPr>
                <w:rFonts w:ascii="Times New Roman" w:hAnsi="Times New Roman" w:cs="Times New Roman"/>
              </w:rPr>
              <w:br/>
            </w:r>
            <w:r w:rsidRPr="002F5D52">
              <w:rPr>
                <w:rFonts w:ascii="Times New Roman" w:hAnsi="Times New Roman" w:cs="Times New Roman"/>
                <w:i/>
                <w:iCs/>
              </w:rPr>
              <w:t>Note: Dropping off clean instruments. Red and blue bins must be returned to the Maint</w:t>
            </w:r>
            <w:r w:rsidR="00216E27">
              <w:rPr>
                <w:rFonts w:ascii="Times New Roman" w:hAnsi="Times New Roman" w:cs="Times New Roman"/>
                <w:i/>
                <w:iCs/>
              </w:rPr>
              <w:t>enance</w:t>
            </w:r>
            <w:r w:rsidRPr="002F5D52">
              <w:rPr>
                <w:rFonts w:ascii="Times New Roman" w:hAnsi="Times New Roman" w:cs="Times New Roman"/>
                <w:i/>
                <w:iCs/>
              </w:rPr>
              <w:t xml:space="preserve"> Facility (Building 1, Room #1403, Rear Door).</w:t>
            </w:r>
          </w:p>
        </w:tc>
        <w:tc>
          <w:tcPr>
            <w:tcW w:w="2060" w:type="dxa"/>
          </w:tcPr>
          <w:p w14:paraId="4D2A70EB" w14:textId="6B63DA02" w:rsidR="003F6B00" w:rsidRPr="002F5D52" w:rsidRDefault="003F6B00" w:rsidP="003F6B00">
            <w:pPr>
              <w:jc w:val="center"/>
              <w:rPr>
                <w:rFonts w:ascii="Times New Roman" w:hAnsi="Times New Roman" w:cs="Times New Roman"/>
              </w:rPr>
            </w:pPr>
            <w:r w:rsidRPr="002F5D52">
              <w:rPr>
                <w:rFonts w:ascii="Times New Roman" w:hAnsi="Times New Roman" w:cs="Times New Roman"/>
              </w:rPr>
              <w:t>260/year</w:t>
            </w:r>
          </w:p>
        </w:tc>
      </w:tr>
    </w:tbl>
    <w:p w14:paraId="70AF7B08" w14:textId="77777777" w:rsidR="003F6B00" w:rsidRPr="002F5D52" w:rsidRDefault="003F6B00">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2116F6" w:rsidRPr="002F5D52" w14:paraId="15CAEB3C" w14:textId="77777777" w:rsidTr="00CA70A8">
        <w:trPr>
          <w:trHeight w:val="395"/>
          <w:jc w:val="center"/>
        </w:trPr>
        <w:tc>
          <w:tcPr>
            <w:tcW w:w="9540" w:type="dxa"/>
            <w:gridSpan w:val="3"/>
            <w:vAlign w:val="center"/>
          </w:tcPr>
          <w:p w14:paraId="18948BFB" w14:textId="425E721D" w:rsidR="002116F6" w:rsidRPr="002F5D52" w:rsidRDefault="002116F6" w:rsidP="00CA70A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4</w:t>
            </w:r>
            <w:r w:rsidR="006F36C0">
              <w:rPr>
                <w:rFonts w:ascii="Times New Roman" w:hAnsi="Times New Roman" w:cs="Times New Roman"/>
                <w:b/>
                <w:bCs/>
              </w:rPr>
              <w:t>0</w:t>
            </w:r>
          </w:p>
        </w:tc>
      </w:tr>
      <w:tr w:rsidR="003F6B00" w:rsidRPr="002F5D52" w14:paraId="2D4A6E76" w14:textId="77777777" w:rsidTr="00CA70A8">
        <w:trPr>
          <w:trHeight w:val="1153"/>
          <w:jc w:val="center"/>
        </w:trPr>
        <w:tc>
          <w:tcPr>
            <w:tcW w:w="3695" w:type="dxa"/>
          </w:tcPr>
          <w:p w14:paraId="24AF287A" w14:textId="6A8D821A" w:rsidR="003F6B00" w:rsidRPr="002F5D52" w:rsidRDefault="003F6B00" w:rsidP="003F6B00">
            <w:pPr>
              <w:rPr>
                <w:rFonts w:ascii="Times New Roman" w:eastAsia="Times New Roman" w:hAnsi="Times New Roman" w:cs="Times New Roman"/>
                <w:color w:val="212121"/>
                <w:shd w:val="clear" w:color="auto" w:fill="FFFFFF"/>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 xml:space="preserve">Days: Monday – Friday </w:t>
            </w:r>
            <w:r w:rsidRPr="002F5D52">
              <w:rPr>
                <w:rFonts w:ascii="Times New Roman" w:hAnsi="Times New Roman" w:cs="Times New Roman"/>
              </w:rPr>
              <w:br/>
              <w:t xml:space="preserve">Pickup Time: 12:00pm - 1:00pm                                                                         </w:t>
            </w:r>
            <w:r w:rsidRPr="002F5D52">
              <w:rPr>
                <w:rFonts w:ascii="Times New Roman" w:hAnsi="Times New Roman" w:cs="Times New Roman"/>
                <w:b/>
                <w:bCs/>
              </w:rPr>
              <w:t>User: Logistics</w:t>
            </w:r>
            <w:r w:rsidRPr="002F5D52">
              <w:rPr>
                <w:rFonts w:ascii="Times New Roman" w:hAnsi="Times New Roman" w:cs="Times New Roman"/>
                <w:b/>
                <w:bCs/>
              </w:rPr>
              <w:br/>
            </w:r>
            <w:r w:rsidRPr="002F5D52">
              <w:rPr>
                <w:rFonts w:ascii="Times New Roman" w:hAnsi="Times New Roman" w:cs="Times New Roman"/>
              </w:rPr>
              <w:t xml:space="preserve">Pickup Location: Mailroom </w:t>
            </w:r>
          </w:p>
        </w:tc>
        <w:tc>
          <w:tcPr>
            <w:tcW w:w="3785" w:type="dxa"/>
          </w:tcPr>
          <w:p w14:paraId="6EB09554" w14:textId="11AC9CDE" w:rsidR="003F6B00" w:rsidRPr="002F5D52" w:rsidRDefault="003F6B00" w:rsidP="003F6B00">
            <w:pPr>
              <w:rPr>
                <w:rFonts w:ascii="Times New Roman" w:hAnsi="Times New Roman" w:cs="Times New Roman"/>
              </w:rPr>
            </w:pPr>
            <w:r w:rsidRPr="002F5D52">
              <w:rPr>
                <w:rFonts w:ascii="Times New Roman" w:hAnsi="Times New Roman" w:cs="Times New Roman"/>
                <w:b/>
                <w:bCs/>
              </w:rPr>
              <w:t>Midtown VA Clinic</w:t>
            </w:r>
            <w:r w:rsidRPr="002F5D52">
              <w:rPr>
                <w:rFonts w:ascii="Times New Roman" w:hAnsi="Times New Roman" w:cs="Times New Roman"/>
              </w:rPr>
              <w:br/>
              <w:t>5040 North 15th Avenue</w:t>
            </w:r>
            <w:r w:rsidRPr="002F5D52">
              <w:rPr>
                <w:rFonts w:ascii="Times New Roman" w:hAnsi="Times New Roman" w:cs="Times New Roman"/>
              </w:rPr>
              <w:br/>
              <w:t>Phoenix, AZ 85015</w:t>
            </w:r>
            <w:r w:rsidRPr="002F5D52">
              <w:rPr>
                <w:rFonts w:ascii="Times New Roman" w:hAnsi="Times New Roman" w:cs="Times New Roman"/>
              </w:rPr>
              <w:br/>
              <w:t>Delivery Time: 1:30pm - 3:00pm</w:t>
            </w:r>
            <w:r w:rsidRPr="002F5D52">
              <w:rPr>
                <w:rFonts w:ascii="Times New Roman" w:hAnsi="Times New Roman" w:cs="Times New Roman"/>
              </w:rPr>
              <w:br/>
              <w:t>Delivery Location: Front Desk</w:t>
            </w:r>
          </w:p>
        </w:tc>
        <w:tc>
          <w:tcPr>
            <w:tcW w:w="2060" w:type="dxa"/>
          </w:tcPr>
          <w:p w14:paraId="075D9C86" w14:textId="277C79EB" w:rsidR="003F6B00" w:rsidRPr="002F5D52" w:rsidRDefault="003F6B00" w:rsidP="003F6B00">
            <w:pPr>
              <w:jc w:val="center"/>
              <w:rPr>
                <w:rFonts w:ascii="Times New Roman" w:hAnsi="Times New Roman" w:cs="Times New Roman"/>
              </w:rPr>
            </w:pPr>
            <w:r w:rsidRPr="002F5D52">
              <w:rPr>
                <w:rFonts w:ascii="Times New Roman" w:hAnsi="Times New Roman" w:cs="Times New Roman"/>
              </w:rPr>
              <w:t>260/year</w:t>
            </w:r>
          </w:p>
        </w:tc>
      </w:tr>
    </w:tbl>
    <w:p w14:paraId="35BE7BF5" w14:textId="77777777" w:rsidR="003F6B00" w:rsidRPr="002F5D52" w:rsidRDefault="003F6B00">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2116F6" w:rsidRPr="002F5D52" w14:paraId="11FBD898" w14:textId="77777777" w:rsidTr="00CA70A8">
        <w:trPr>
          <w:trHeight w:val="395"/>
          <w:jc w:val="center"/>
        </w:trPr>
        <w:tc>
          <w:tcPr>
            <w:tcW w:w="9540" w:type="dxa"/>
            <w:gridSpan w:val="3"/>
            <w:vAlign w:val="center"/>
          </w:tcPr>
          <w:p w14:paraId="1B7C7E09" w14:textId="609F517D" w:rsidR="002116F6" w:rsidRPr="002F5D52" w:rsidRDefault="002116F6" w:rsidP="00CA70A8">
            <w:pPr>
              <w:jc w:val="center"/>
              <w:rPr>
                <w:rFonts w:ascii="Times New Roman" w:hAnsi="Times New Roman" w:cs="Times New Roman"/>
                <w:b/>
                <w:bCs/>
              </w:rPr>
            </w:pPr>
            <w:r w:rsidRPr="002F5D52">
              <w:rPr>
                <w:rFonts w:ascii="Times New Roman" w:hAnsi="Times New Roman" w:cs="Times New Roman"/>
                <w:b/>
                <w:bCs/>
              </w:rPr>
              <w:t xml:space="preserve">RUN </w:t>
            </w:r>
            <w:r w:rsidR="003F6B00" w:rsidRPr="002F5D52">
              <w:rPr>
                <w:rFonts w:ascii="Times New Roman" w:hAnsi="Times New Roman" w:cs="Times New Roman"/>
                <w:b/>
                <w:bCs/>
              </w:rPr>
              <w:t>4</w:t>
            </w:r>
            <w:r w:rsidR="006F36C0">
              <w:rPr>
                <w:rFonts w:ascii="Times New Roman" w:hAnsi="Times New Roman" w:cs="Times New Roman"/>
                <w:b/>
                <w:bCs/>
              </w:rPr>
              <w:t>1</w:t>
            </w:r>
          </w:p>
        </w:tc>
      </w:tr>
      <w:tr w:rsidR="002F5D52" w:rsidRPr="002F5D52" w14:paraId="4517D490" w14:textId="77777777" w:rsidTr="00CA70A8">
        <w:trPr>
          <w:trHeight w:val="1153"/>
          <w:jc w:val="center"/>
        </w:trPr>
        <w:tc>
          <w:tcPr>
            <w:tcW w:w="3695" w:type="dxa"/>
          </w:tcPr>
          <w:p w14:paraId="05B0F0FA" w14:textId="0731DF47" w:rsidR="002F5D52" w:rsidRPr="002F5D52" w:rsidRDefault="002F5D52" w:rsidP="002F5D52">
            <w:pPr>
              <w:rPr>
                <w:rFonts w:ascii="Times New Roman" w:eastAsia="Times New Roman" w:hAnsi="Times New Roman" w:cs="Times New Roman"/>
                <w:color w:val="212121"/>
                <w:shd w:val="clear" w:color="auto" w:fill="FFFFFF"/>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Days: Wednesdays</w:t>
            </w:r>
            <w:r w:rsidRPr="002F5D52">
              <w:rPr>
                <w:rFonts w:ascii="Times New Roman" w:hAnsi="Times New Roman" w:cs="Times New Roman"/>
              </w:rPr>
              <w:br/>
              <w:t xml:space="preserve">Pickup Time: 8:00am - 10:00am                                                                         </w:t>
            </w:r>
            <w:r w:rsidRPr="002F5D52">
              <w:rPr>
                <w:rFonts w:ascii="Times New Roman" w:hAnsi="Times New Roman" w:cs="Times New Roman"/>
                <w:b/>
                <w:bCs/>
              </w:rPr>
              <w:t>User: Logistics</w:t>
            </w:r>
            <w:r w:rsidRPr="002F5D52">
              <w:rPr>
                <w:rFonts w:ascii="Times New Roman" w:hAnsi="Times New Roman" w:cs="Times New Roman"/>
                <w:b/>
                <w:bCs/>
              </w:rPr>
              <w:br/>
            </w:r>
            <w:r w:rsidRPr="002F5D52">
              <w:rPr>
                <w:rFonts w:ascii="Times New Roman" w:hAnsi="Times New Roman" w:cs="Times New Roman"/>
              </w:rPr>
              <w:t xml:space="preserve">Pickup Location: Mailroom </w:t>
            </w:r>
          </w:p>
        </w:tc>
        <w:tc>
          <w:tcPr>
            <w:tcW w:w="3785" w:type="dxa"/>
          </w:tcPr>
          <w:p w14:paraId="70194B4F" w14:textId="42639972" w:rsidR="002F5D52" w:rsidRPr="002F5D52" w:rsidRDefault="002F5D52" w:rsidP="002F5D52">
            <w:pPr>
              <w:rPr>
                <w:rFonts w:ascii="Times New Roman" w:hAnsi="Times New Roman" w:cs="Times New Roman"/>
              </w:rPr>
            </w:pPr>
            <w:r w:rsidRPr="002F5D52">
              <w:rPr>
                <w:rFonts w:ascii="Times New Roman" w:hAnsi="Times New Roman" w:cs="Times New Roman"/>
                <w:b/>
                <w:bCs/>
              </w:rPr>
              <w:t>Globe VA Clinic</w:t>
            </w:r>
            <w:r w:rsidRPr="002F5D52">
              <w:rPr>
                <w:rFonts w:ascii="Times New Roman" w:hAnsi="Times New Roman" w:cs="Times New Roman"/>
              </w:rPr>
              <w:br/>
              <w:t>5860 South Hospital Drive, Suite 111</w:t>
            </w:r>
            <w:r w:rsidRPr="002F5D52">
              <w:rPr>
                <w:rFonts w:ascii="Times New Roman" w:hAnsi="Times New Roman" w:cs="Times New Roman"/>
              </w:rPr>
              <w:br/>
              <w:t>Globe, AZ 85501</w:t>
            </w:r>
            <w:r w:rsidRPr="002F5D52">
              <w:rPr>
                <w:rFonts w:ascii="Times New Roman" w:hAnsi="Times New Roman" w:cs="Times New Roman"/>
              </w:rPr>
              <w:br/>
              <w:t xml:space="preserve">Pickup Time: 3:00pm – 4:00pm            </w:t>
            </w:r>
            <w:r w:rsidRPr="002F5D52">
              <w:rPr>
                <w:rFonts w:ascii="Times New Roman" w:hAnsi="Times New Roman" w:cs="Times New Roman"/>
              </w:rPr>
              <w:br/>
              <w:t>Delivery Location: Front Desk</w:t>
            </w:r>
          </w:p>
        </w:tc>
        <w:tc>
          <w:tcPr>
            <w:tcW w:w="2060" w:type="dxa"/>
          </w:tcPr>
          <w:p w14:paraId="156B0126" w14:textId="6B33AD7E" w:rsidR="002F5D52" w:rsidRPr="002F5D52" w:rsidRDefault="008B0437" w:rsidP="002F5D52">
            <w:pPr>
              <w:jc w:val="center"/>
              <w:rPr>
                <w:rFonts w:ascii="Times New Roman" w:hAnsi="Times New Roman" w:cs="Times New Roman"/>
              </w:rPr>
            </w:pPr>
            <w:r>
              <w:rPr>
                <w:rFonts w:ascii="Times New Roman" w:hAnsi="Times New Roman" w:cs="Times New Roman"/>
              </w:rPr>
              <w:t>52</w:t>
            </w:r>
            <w:r w:rsidR="002F5D52" w:rsidRPr="002F5D52">
              <w:rPr>
                <w:rFonts w:ascii="Times New Roman" w:hAnsi="Times New Roman" w:cs="Times New Roman"/>
              </w:rPr>
              <w:t>/year</w:t>
            </w:r>
          </w:p>
        </w:tc>
      </w:tr>
    </w:tbl>
    <w:p w14:paraId="79D5C65B" w14:textId="77777777" w:rsidR="002F5D52" w:rsidRPr="002F5D52" w:rsidRDefault="002F5D52">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B520D0" w:rsidRPr="002F5D52" w14:paraId="5A9EC49C" w14:textId="77777777" w:rsidTr="001C68B8">
        <w:trPr>
          <w:trHeight w:val="395"/>
          <w:jc w:val="center"/>
        </w:trPr>
        <w:tc>
          <w:tcPr>
            <w:tcW w:w="9540" w:type="dxa"/>
            <w:gridSpan w:val="3"/>
            <w:vAlign w:val="center"/>
          </w:tcPr>
          <w:p w14:paraId="5D0D19AC" w14:textId="10EA3EEA" w:rsidR="00B520D0" w:rsidRPr="002F5D52" w:rsidRDefault="00B520D0" w:rsidP="001C68B8">
            <w:pPr>
              <w:jc w:val="center"/>
              <w:rPr>
                <w:rFonts w:ascii="Times New Roman" w:hAnsi="Times New Roman" w:cs="Times New Roman"/>
                <w:b/>
                <w:bCs/>
              </w:rPr>
            </w:pPr>
            <w:r w:rsidRPr="002F5D52">
              <w:rPr>
                <w:rFonts w:ascii="Times New Roman" w:hAnsi="Times New Roman" w:cs="Times New Roman"/>
                <w:b/>
                <w:bCs/>
              </w:rPr>
              <w:lastRenderedPageBreak/>
              <w:t>RUN 4</w:t>
            </w:r>
            <w:r w:rsidR="006F36C0">
              <w:rPr>
                <w:rFonts w:ascii="Times New Roman" w:hAnsi="Times New Roman" w:cs="Times New Roman"/>
                <w:b/>
                <w:bCs/>
              </w:rPr>
              <w:t>2</w:t>
            </w:r>
          </w:p>
        </w:tc>
      </w:tr>
      <w:tr w:rsidR="002F5D52" w:rsidRPr="002F5D52" w14:paraId="291A87BA" w14:textId="77777777" w:rsidTr="00B520D0">
        <w:trPr>
          <w:trHeight w:val="1153"/>
          <w:jc w:val="center"/>
        </w:trPr>
        <w:tc>
          <w:tcPr>
            <w:tcW w:w="3695" w:type="dxa"/>
          </w:tcPr>
          <w:p w14:paraId="2F7DF2E2" w14:textId="4070A4BD" w:rsidR="002F5D52" w:rsidRPr="002F5D52" w:rsidRDefault="002F5D52" w:rsidP="002F5D52">
            <w:pPr>
              <w:rPr>
                <w:rFonts w:ascii="Times New Roman" w:eastAsia="Times New Roman" w:hAnsi="Times New Roman" w:cs="Times New Roman"/>
                <w:color w:val="212121"/>
                <w:shd w:val="clear" w:color="auto" w:fill="FFFFFF"/>
              </w:rPr>
            </w:pPr>
            <w:r w:rsidRPr="002F5D52">
              <w:rPr>
                <w:rFonts w:ascii="Times New Roman" w:hAnsi="Times New Roman" w:cs="Times New Roman"/>
                <w:b/>
                <w:bCs/>
              </w:rPr>
              <w:t>Carl T. Hayden VA Medical Center (Main)</w:t>
            </w:r>
            <w:r w:rsidRPr="002F5D52">
              <w:rPr>
                <w:rFonts w:ascii="Times New Roman" w:hAnsi="Times New Roman" w:cs="Times New Roman"/>
              </w:rPr>
              <w:br/>
              <w:t>650 East Indian School Road</w:t>
            </w:r>
            <w:r w:rsidRPr="002F5D52">
              <w:rPr>
                <w:rFonts w:ascii="Times New Roman" w:hAnsi="Times New Roman" w:cs="Times New Roman"/>
              </w:rPr>
              <w:br/>
              <w:t>Phoenix, AZ 85012</w:t>
            </w:r>
            <w:r w:rsidRPr="002F5D52">
              <w:rPr>
                <w:rFonts w:ascii="Times New Roman" w:hAnsi="Times New Roman" w:cs="Times New Roman"/>
              </w:rPr>
              <w:br/>
              <w:t xml:space="preserve">Days: Wednesdays </w:t>
            </w:r>
            <w:r w:rsidRPr="002F5D52">
              <w:rPr>
                <w:rFonts w:ascii="Times New Roman" w:hAnsi="Times New Roman" w:cs="Times New Roman"/>
              </w:rPr>
              <w:br/>
              <w:t xml:space="preserve">Pickup Time: 8:00am - 10:00am                                                                         </w:t>
            </w:r>
            <w:r w:rsidRPr="002F5D52">
              <w:rPr>
                <w:rFonts w:ascii="Times New Roman" w:hAnsi="Times New Roman" w:cs="Times New Roman"/>
                <w:b/>
                <w:bCs/>
              </w:rPr>
              <w:t>User: Logistics</w:t>
            </w:r>
            <w:r w:rsidRPr="002F5D52">
              <w:rPr>
                <w:rFonts w:ascii="Times New Roman" w:hAnsi="Times New Roman" w:cs="Times New Roman"/>
                <w:b/>
                <w:bCs/>
              </w:rPr>
              <w:br/>
            </w:r>
            <w:r w:rsidRPr="002F5D52">
              <w:rPr>
                <w:rFonts w:ascii="Times New Roman" w:hAnsi="Times New Roman" w:cs="Times New Roman"/>
              </w:rPr>
              <w:t xml:space="preserve">Pickup Location: Mailroom </w:t>
            </w:r>
          </w:p>
        </w:tc>
        <w:tc>
          <w:tcPr>
            <w:tcW w:w="3785" w:type="dxa"/>
          </w:tcPr>
          <w:p w14:paraId="0DDB8DA3" w14:textId="307B5EB2" w:rsidR="002F5D52" w:rsidRPr="002F5D52" w:rsidRDefault="002F5D52" w:rsidP="002F5D52">
            <w:pPr>
              <w:rPr>
                <w:rFonts w:ascii="Times New Roman" w:hAnsi="Times New Roman" w:cs="Times New Roman"/>
              </w:rPr>
            </w:pPr>
            <w:r w:rsidRPr="002F5D52">
              <w:rPr>
                <w:rFonts w:ascii="Times New Roman" w:hAnsi="Times New Roman" w:cs="Times New Roman"/>
                <w:b/>
                <w:bCs/>
              </w:rPr>
              <w:t>Show Low VA Clinic</w:t>
            </w:r>
            <w:r w:rsidRPr="002F5D52">
              <w:rPr>
                <w:rFonts w:ascii="Times New Roman" w:hAnsi="Times New Roman" w:cs="Times New Roman"/>
              </w:rPr>
              <w:br/>
              <w:t>5171 Cub Lake Road, Suite C380</w:t>
            </w:r>
            <w:r w:rsidRPr="002F5D52">
              <w:rPr>
                <w:rFonts w:ascii="Times New Roman" w:hAnsi="Times New Roman" w:cs="Times New Roman"/>
              </w:rPr>
              <w:br/>
              <w:t>Show Low, AZ 85901</w:t>
            </w:r>
            <w:r w:rsidRPr="002F5D52">
              <w:rPr>
                <w:rFonts w:ascii="Times New Roman" w:hAnsi="Times New Roman" w:cs="Times New Roman"/>
              </w:rPr>
              <w:br/>
              <w:t xml:space="preserve">Pickup Time: 1:00pm – 1:30pm                              </w:t>
            </w:r>
            <w:r w:rsidRPr="002F5D52">
              <w:rPr>
                <w:rFonts w:ascii="Times New Roman" w:hAnsi="Times New Roman" w:cs="Times New Roman"/>
              </w:rPr>
              <w:br/>
              <w:t>Delivery Location: Front Desk</w:t>
            </w:r>
          </w:p>
        </w:tc>
        <w:tc>
          <w:tcPr>
            <w:tcW w:w="2060" w:type="dxa"/>
          </w:tcPr>
          <w:p w14:paraId="3AD56F45" w14:textId="0E4115ED" w:rsidR="002F5D52" w:rsidRPr="002F5D52" w:rsidRDefault="008B0437" w:rsidP="002F5D52">
            <w:pPr>
              <w:jc w:val="center"/>
              <w:rPr>
                <w:rFonts w:ascii="Times New Roman" w:hAnsi="Times New Roman" w:cs="Times New Roman"/>
              </w:rPr>
            </w:pPr>
            <w:r>
              <w:rPr>
                <w:rFonts w:ascii="Times New Roman" w:hAnsi="Times New Roman" w:cs="Times New Roman"/>
              </w:rPr>
              <w:t>52</w:t>
            </w:r>
            <w:r w:rsidR="002F5D52" w:rsidRPr="002F5D52">
              <w:rPr>
                <w:rFonts w:ascii="Times New Roman" w:hAnsi="Times New Roman" w:cs="Times New Roman"/>
              </w:rPr>
              <w:t>/year</w:t>
            </w:r>
          </w:p>
        </w:tc>
      </w:tr>
    </w:tbl>
    <w:p w14:paraId="19277E75" w14:textId="77777777" w:rsidR="002F5D52" w:rsidRPr="002F5D52" w:rsidRDefault="002F5D52">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B520D0" w:rsidRPr="0036670B" w14:paraId="42FC2A32" w14:textId="77777777" w:rsidTr="001C68B8">
        <w:trPr>
          <w:trHeight w:val="1153"/>
          <w:jc w:val="center"/>
        </w:trPr>
        <w:tc>
          <w:tcPr>
            <w:tcW w:w="9540" w:type="dxa"/>
            <w:gridSpan w:val="3"/>
          </w:tcPr>
          <w:p w14:paraId="1982224B" w14:textId="2B2766B0" w:rsidR="00B520D0" w:rsidRDefault="00B520D0" w:rsidP="001C68B8">
            <w:pPr>
              <w:jc w:val="center"/>
              <w:rPr>
                <w:rFonts w:ascii="Times New Roman" w:hAnsi="Times New Roman"/>
                <w:b/>
                <w:bCs/>
                <w:sz w:val="28"/>
                <w:szCs w:val="28"/>
              </w:rPr>
            </w:pPr>
            <w:r>
              <w:rPr>
                <w:rFonts w:ascii="Times New Roman" w:hAnsi="Times New Roman"/>
                <w:b/>
                <w:bCs/>
                <w:sz w:val="28"/>
                <w:szCs w:val="28"/>
              </w:rPr>
              <w:t>PVAHCS</w:t>
            </w:r>
            <w:r w:rsidRPr="00A06581">
              <w:rPr>
                <w:rFonts w:ascii="Times New Roman" w:hAnsi="Times New Roman"/>
                <w:b/>
                <w:bCs/>
                <w:sz w:val="28"/>
                <w:szCs w:val="28"/>
              </w:rPr>
              <w:t xml:space="preserve"> </w:t>
            </w:r>
            <w:r w:rsidR="00C00119">
              <w:rPr>
                <w:rFonts w:ascii="Times New Roman" w:hAnsi="Times New Roman"/>
                <w:b/>
                <w:bCs/>
                <w:sz w:val="28"/>
                <w:szCs w:val="28"/>
              </w:rPr>
              <w:t xml:space="preserve">As Needed / </w:t>
            </w:r>
            <w:r w:rsidRPr="00A06581">
              <w:rPr>
                <w:rFonts w:ascii="Times New Roman" w:hAnsi="Times New Roman"/>
                <w:b/>
                <w:bCs/>
                <w:sz w:val="28"/>
                <w:szCs w:val="28"/>
              </w:rPr>
              <w:t xml:space="preserve">STAT </w:t>
            </w:r>
            <w:r>
              <w:rPr>
                <w:rFonts w:ascii="Times New Roman" w:hAnsi="Times New Roman"/>
                <w:b/>
                <w:bCs/>
                <w:sz w:val="28"/>
                <w:szCs w:val="28"/>
              </w:rPr>
              <w:t>runs</w:t>
            </w:r>
          </w:p>
          <w:p w14:paraId="79E0DFF1" w14:textId="7CD37741" w:rsidR="00B520D0" w:rsidRPr="00B62901" w:rsidRDefault="00B520D0" w:rsidP="00B62901">
            <w:pPr>
              <w:jc w:val="center"/>
              <w:rPr>
                <w:rFonts w:ascii="Times New Roman" w:hAnsi="Times New Roman"/>
                <w:b/>
                <w:bCs/>
                <w:sz w:val="28"/>
                <w:szCs w:val="28"/>
              </w:rPr>
            </w:pPr>
            <w:r>
              <w:rPr>
                <w:rFonts w:ascii="Times New Roman" w:hAnsi="Times New Roman"/>
                <w:b/>
                <w:bCs/>
                <w:sz w:val="28"/>
                <w:szCs w:val="28"/>
              </w:rPr>
              <w:t>These courier runs 4</w:t>
            </w:r>
            <w:r w:rsidR="00E27919">
              <w:rPr>
                <w:rFonts w:ascii="Times New Roman" w:hAnsi="Times New Roman"/>
                <w:b/>
                <w:bCs/>
                <w:sz w:val="28"/>
                <w:szCs w:val="28"/>
              </w:rPr>
              <w:t>3</w:t>
            </w:r>
            <w:r>
              <w:rPr>
                <w:rFonts w:ascii="Times New Roman" w:hAnsi="Times New Roman"/>
                <w:b/>
                <w:bCs/>
                <w:sz w:val="28"/>
                <w:szCs w:val="28"/>
              </w:rPr>
              <w:t xml:space="preserve"> – 4</w:t>
            </w:r>
            <w:r w:rsidR="00E27919">
              <w:rPr>
                <w:rFonts w:ascii="Times New Roman" w:hAnsi="Times New Roman"/>
                <w:b/>
                <w:bCs/>
                <w:sz w:val="28"/>
                <w:szCs w:val="28"/>
              </w:rPr>
              <w:t>5</w:t>
            </w:r>
            <w:r>
              <w:rPr>
                <w:rFonts w:ascii="Times New Roman" w:hAnsi="Times New Roman"/>
                <w:b/>
                <w:bCs/>
                <w:sz w:val="28"/>
                <w:szCs w:val="28"/>
              </w:rPr>
              <w:t xml:space="preserve"> can be one-way or round trip, as needed trips, and must be scheduled with 60 minutes of vendor notification.</w:t>
            </w:r>
          </w:p>
        </w:tc>
      </w:tr>
      <w:tr w:rsidR="00D56C12" w:rsidRPr="002F5D52" w14:paraId="69D36814" w14:textId="77777777" w:rsidTr="00E5395D">
        <w:trPr>
          <w:trHeight w:val="395"/>
          <w:jc w:val="center"/>
        </w:trPr>
        <w:tc>
          <w:tcPr>
            <w:tcW w:w="9540" w:type="dxa"/>
            <w:gridSpan w:val="3"/>
            <w:vAlign w:val="center"/>
          </w:tcPr>
          <w:p w14:paraId="7147C813" w14:textId="100AFD24"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4</w:t>
            </w:r>
            <w:r w:rsidR="006F36C0">
              <w:rPr>
                <w:rFonts w:ascii="Times New Roman" w:hAnsi="Times New Roman" w:cs="Times New Roman"/>
                <w:b/>
                <w:bCs/>
              </w:rPr>
              <w:t>3</w:t>
            </w:r>
          </w:p>
        </w:tc>
      </w:tr>
      <w:tr w:rsidR="00A27E70" w:rsidRPr="002F5D52" w14:paraId="1D460CFA" w14:textId="77777777" w:rsidTr="00E5395D">
        <w:trPr>
          <w:trHeight w:val="1153"/>
          <w:jc w:val="center"/>
        </w:trPr>
        <w:tc>
          <w:tcPr>
            <w:tcW w:w="3695" w:type="dxa"/>
          </w:tcPr>
          <w:p w14:paraId="261FBB77" w14:textId="77777777" w:rsidR="00A27E70" w:rsidRPr="002F5D52" w:rsidRDefault="00A27E70" w:rsidP="00C03858">
            <w:pPr>
              <w:rPr>
                <w:rFonts w:ascii="Times New Roman" w:hAnsi="Times New Roman" w:cs="Times New Roman"/>
                <w:b/>
                <w:bCs/>
              </w:rPr>
            </w:pPr>
            <w:r w:rsidRPr="002F5D52">
              <w:rPr>
                <w:rFonts w:ascii="Times New Roman" w:hAnsi="Times New Roman" w:cs="Times New Roman"/>
                <w:b/>
                <w:bCs/>
              </w:rPr>
              <w:t>Banner Health Surgical Center</w:t>
            </w:r>
          </w:p>
          <w:p w14:paraId="2A6789C4" w14:textId="77777777" w:rsidR="00A27E70" w:rsidRPr="002F5D52" w:rsidRDefault="00A27E70" w:rsidP="00C03858">
            <w:pPr>
              <w:rPr>
                <w:rFonts w:ascii="Times New Roman" w:hAnsi="Times New Roman" w:cs="Times New Roman"/>
              </w:rPr>
            </w:pPr>
            <w:r w:rsidRPr="002F5D52">
              <w:rPr>
                <w:rFonts w:ascii="Times New Roman" w:hAnsi="Times New Roman" w:cs="Times New Roman"/>
              </w:rPr>
              <w:t xml:space="preserve">1040 E. McDowell Road </w:t>
            </w:r>
          </w:p>
          <w:p w14:paraId="611CED42" w14:textId="77777777" w:rsidR="00A27E70" w:rsidRPr="002F5D52" w:rsidRDefault="00A27E70" w:rsidP="00C03858">
            <w:pPr>
              <w:rPr>
                <w:rFonts w:ascii="Times New Roman" w:hAnsi="Times New Roman" w:cs="Times New Roman"/>
              </w:rPr>
            </w:pPr>
            <w:r w:rsidRPr="002F5D52">
              <w:rPr>
                <w:rFonts w:ascii="Times New Roman" w:hAnsi="Times New Roman" w:cs="Times New Roman"/>
              </w:rPr>
              <w:t xml:space="preserve">Phoenix, AZ 85006 </w:t>
            </w:r>
          </w:p>
          <w:p w14:paraId="2DC6DAA3" w14:textId="77777777" w:rsidR="00A27E70" w:rsidRPr="002F5D52" w:rsidRDefault="00A27E70" w:rsidP="00C03858">
            <w:pPr>
              <w:rPr>
                <w:rFonts w:ascii="Times New Roman" w:hAnsi="Times New Roman" w:cs="Times New Roman"/>
              </w:rPr>
            </w:pPr>
            <w:r w:rsidRPr="002F5D52">
              <w:rPr>
                <w:rFonts w:ascii="Times New Roman" w:hAnsi="Times New Roman" w:cs="Times New Roman"/>
              </w:rPr>
              <w:t>Days: Only as needed/requested (On-Call)</w:t>
            </w:r>
          </w:p>
          <w:p w14:paraId="40BE7B01" w14:textId="77777777" w:rsidR="00A27E70" w:rsidRPr="002F5D52" w:rsidRDefault="00A27E70" w:rsidP="00C03858">
            <w:pPr>
              <w:rPr>
                <w:rFonts w:ascii="Times New Roman" w:hAnsi="Times New Roman" w:cs="Times New Roman"/>
              </w:rPr>
            </w:pPr>
            <w:r w:rsidRPr="002F5D52">
              <w:rPr>
                <w:rFonts w:ascii="Times New Roman" w:hAnsi="Times New Roman" w:cs="Times New Roman"/>
              </w:rPr>
              <w:t>Pickup Time: Between 11:00am – 12:00pm</w:t>
            </w:r>
          </w:p>
          <w:p w14:paraId="66819C65" w14:textId="0009C241" w:rsidR="004A7D7E" w:rsidRPr="002F5D52" w:rsidRDefault="00A27E70" w:rsidP="00C03858">
            <w:pPr>
              <w:shd w:val="clear" w:color="auto" w:fill="FFFFFF"/>
              <w:rPr>
                <w:rFonts w:ascii="Times New Roman" w:eastAsia="Times New Roman" w:hAnsi="Times New Roman" w:cs="Times New Roman"/>
                <w:color w:val="212121"/>
              </w:rPr>
            </w:pPr>
            <w:r w:rsidRPr="002F5D52">
              <w:rPr>
                <w:rFonts w:ascii="Times New Roman" w:eastAsia="Times New Roman" w:hAnsi="Times New Roman" w:cs="Times New Roman"/>
                <w:color w:val="212121"/>
              </w:rPr>
              <w:t>Pickup Location: TBD</w:t>
            </w:r>
          </w:p>
        </w:tc>
        <w:tc>
          <w:tcPr>
            <w:tcW w:w="3785" w:type="dxa"/>
          </w:tcPr>
          <w:p w14:paraId="1559B007" w14:textId="2D413F6B" w:rsidR="00A27E70" w:rsidRPr="002F5D52" w:rsidRDefault="00A27E70" w:rsidP="00C03858">
            <w:pPr>
              <w:shd w:val="clear" w:color="auto" w:fill="FFFFFF"/>
              <w:rPr>
                <w:rFonts w:ascii="Times New Roman" w:hAnsi="Times New Roman" w:cs="Times New Roman"/>
                <w:b/>
                <w:bCs/>
              </w:rPr>
            </w:pPr>
            <w:r w:rsidRPr="002F5D52">
              <w:rPr>
                <w:rFonts w:ascii="Times New Roman" w:hAnsi="Times New Roman" w:cs="Times New Roman"/>
                <w:b/>
                <w:bCs/>
              </w:rPr>
              <w:t>Carl T. Hayden VA Medical Center</w:t>
            </w:r>
          </w:p>
          <w:p w14:paraId="2CC2AE26" w14:textId="77777777" w:rsidR="00A27E70" w:rsidRPr="002F5D52" w:rsidRDefault="00A27E70" w:rsidP="00C03858">
            <w:pPr>
              <w:shd w:val="clear" w:color="auto" w:fill="FFFFFF"/>
              <w:rPr>
                <w:rFonts w:ascii="Times New Roman" w:eastAsia="Times New Roman" w:hAnsi="Times New Roman" w:cs="Times New Roman"/>
                <w:color w:val="212121"/>
              </w:rPr>
            </w:pPr>
            <w:r w:rsidRPr="002F5D52">
              <w:rPr>
                <w:rFonts w:ascii="Times New Roman" w:eastAsia="Times New Roman" w:hAnsi="Times New Roman" w:cs="Times New Roman"/>
                <w:color w:val="212121"/>
              </w:rPr>
              <w:t>650 East Indian School Rd</w:t>
            </w:r>
          </w:p>
          <w:p w14:paraId="439FA4B9" w14:textId="77777777" w:rsidR="00A27E70" w:rsidRPr="002F5D52" w:rsidRDefault="00A27E70" w:rsidP="00C03858">
            <w:pPr>
              <w:shd w:val="clear" w:color="auto" w:fill="FFFFFF"/>
              <w:rPr>
                <w:rFonts w:ascii="Times New Roman" w:eastAsia="Times New Roman" w:hAnsi="Times New Roman" w:cs="Times New Roman"/>
                <w:color w:val="212121"/>
              </w:rPr>
            </w:pPr>
            <w:r w:rsidRPr="002F5D52">
              <w:rPr>
                <w:rFonts w:ascii="Times New Roman" w:eastAsia="Times New Roman" w:hAnsi="Times New Roman" w:cs="Times New Roman"/>
                <w:color w:val="212121"/>
              </w:rPr>
              <w:t>Phoenix, AZ 85012</w:t>
            </w:r>
          </w:p>
          <w:p w14:paraId="5E7F1A88" w14:textId="77777777" w:rsidR="00A27E70" w:rsidRPr="002F5D52" w:rsidRDefault="00A27E70" w:rsidP="00C03858">
            <w:pPr>
              <w:rPr>
                <w:rFonts w:ascii="Times New Roman" w:eastAsia="Times New Roman" w:hAnsi="Times New Roman" w:cs="Times New Roman"/>
                <w:color w:val="212121"/>
              </w:rPr>
            </w:pPr>
            <w:r w:rsidRPr="002F5D52">
              <w:rPr>
                <w:rFonts w:ascii="Times New Roman" w:eastAsia="Times New Roman" w:hAnsi="Times New Roman" w:cs="Times New Roman"/>
                <w:color w:val="212121"/>
              </w:rPr>
              <w:t>Deliver Time: Between 1:00pm – 1:30pm</w:t>
            </w:r>
          </w:p>
          <w:p w14:paraId="4D29BEA1" w14:textId="77777777" w:rsidR="00A27E70" w:rsidRPr="002F5D52" w:rsidRDefault="00A27E70" w:rsidP="00C03858">
            <w:pPr>
              <w:rPr>
                <w:rFonts w:ascii="Times New Roman" w:hAnsi="Times New Roman" w:cs="Times New Roman"/>
              </w:rPr>
            </w:pPr>
            <w:r w:rsidRPr="002F5D52">
              <w:rPr>
                <w:rFonts w:ascii="Times New Roman" w:eastAsia="Times New Roman" w:hAnsi="Times New Roman" w:cs="Times New Roman"/>
                <w:color w:val="212121"/>
              </w:rPr>
              <w:t>Delivery Location: Room E200</w:t>
            </w:r>
          </w:p>
        </w:tc>
        <w:tc>
          <w:tcPr>
            <w:tcW w:w="2060" w:type="dxa"/>
          </w:tcPr>
          <w:p w14:paraId="5582FD8E" w14:textId="77777777" w:rsidR="00A27E70" w:rsidRPr="002F5D52" w:rsidRDefault="00A27E70" w:rsidP="00C03858">
            <w:pPr>
              <w:jc w:val="center"/>
              <w:rPr>
                <w:rFonts w:ascii="Times New Roman" w:hAnsi="Times New Roman" w:cs="Times New Roman"/>
              </w:rPr>
            </w:pPr>
            <w:r w:rsidRPr="002F5D52">
              <w:rPr>
                <w:rFonts w:ascii="Times New Roman" w:hAnsi="Times New Roman" w:cs="Times New Roman"/>
              </w:rPr>
              <w:t>60/year</w:t>
            </w:r>
          </w:p>
        </w:tc>
      </w:tr>
    </w:tbl>
    <w:p w14:paraId="71F702B8"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0D7F9277" w14:textId="77777777" w:rsidTr="00E5395D">
        <w:trPr>
          <w:trHeight w:val="395"/>
          <w:jc w:val="center"/>
        </w:trPr>
        <w:tc>
          <w:tcPr>
            <w:tcW w:w="9540" w:type="dxa"/>
            <w:gridSpan w:val="3"/>
            <w:vAlign w:val="center"/>
          </w:tcPr>
          <w:p w14:paraId="6E4CA5BF" w14:textId="1775245B"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4</w:t>
            </w:r>
            <w:r w:rsidR="006F36C0">
              <w:rPr>
                <w:rFonts w:ascii="Times New Roman" w:hAnsi="Times New Roman" w:cs="Times New Roman"/>
                <w:b/>
                <w:bCs/>
              </w:rPr>
              <w:t>4</w:t>
            </w:r>
          </w:p>
        </w:tc>
      </w:tr>
      <w:tr w:rsidR="00A27E70" w:rsidRPr="002F5D52" w14:paraId="6AC17AA7" w14:textId="77777777" w:rsidTr="00E5395D">
        <w:trPr>
          <w:trHeight w:val="1153"/>
          <w:jc w:val="center"/>
        </w:trPr>
        <w:tc>
          <w:tcPr>
            <w:tcW w:w="3695" w:type="dxa"/>
          </w:tcPr>
          <w:p w14:paraId="236C84E0" w14:textId="77777777" w:rsidR="00A27E70" w:rsidRPr="002F5D52" w:rsidRDefault="00A27E70" w:rsidP="00C03858">
            <w:pPr>
              <w:rPr>
                <w:rFonts w:ascii="Times New Roman" w:hAnsi="Times New Roman" w:cs="Times New Roman"/>
                <w:b/>
                <w:bCs/>
              </w:rPr>
            </w:pPr>
            <w:r w:rsidRPr="002F5D52">
              <w:rPr>
                <w:rFonts w:ascii="Times New Roman" w:hAnsi="Times New Roman" w:cs="Times New Roman"/>
                <w:b/>
                <w:bCs/>
              </w:rPr>
              <w:t>Banner Health Surgical Center</w:t>
            </w:r>
          </w:p>
          <w:p w14:paraId="153245BE" w14:textId="77777777" w:rsidR="00A27E70" w:rsidRPr="002F5D52" w:rsidRDefault="00A27E70" w:rsidP="00C03858">
            <w:pPr>
              <w:rPr>
                <w:rFonts w:ascii="Times New Roman" w:hAnsi="Times New Roman" w:cs="Times New Roman"/>
              </w:rPr>
            </w:pPr>
            <w:r w:rsidRPr="002F5D52">
              <w:rPr>
                <w:rFonts w:ascii="Times New Roman" w:hAnsi="Times New Roman" w:cs="Times New Roman"/>
              </w:rPr>
              <w:t xml:space="preserve">1040 E McDowell Road </w:t>
            </w:r>
          </w:p>
          <w:p w14:paraId="44AA3EA0" w14:textId="77777777" w:rsidR="00A27E70" w:rsidRPr="002F5D52" w:rsidRDefault="00A27E70" w:rsidP="00C03858">
            <w:pPr>
              <w:rPr>
                <w:rFonts w:ascii="Times New Roman" w:hAnsi="Times New Roman" w:cs="Times New Roman"/>
              </w:rPr>
            </w:pPr>
            <w:r w:rsidRPr="002F5D52">
              <w:rPr>
                <w:rFonts w:ascii="Times New Roman" w:hAnsi="Times New Roman" w:cs="Times New Roman"/>
              </w:rPr>
              <w:t xml:space="preserve">Phoenix, AZ 85006 </w:t>
            </w:r>
          </w:p>
          <w:p w14:paraId="5231473B" w14:textId="77777777" w:rsidR="00A27E70" w:rsidRPr="002F5D52" w:rsidRDefault="00A27E70" w:rsidP="00C03858">
            <w:pPr>
              <w:rPr>
                <w:rFonts w:ascii="Times New Roman" w:hAnsi="Times New Roman" w:cs="Times New Roman"/>
              </w:rPr>
            </w:pPr>
            <w:r w:rsidRPr="002F5D52">
              <w:rPr>
                <w:rFonts w:ascii="Times New Roman" w:hAnsi="Times New Roman" w:cs="Times New Roman"/>
              </w:rPr>
              <w:t>Days: Only as needed/requested (On-Call)</w:t>
            </w:r>
          </w:p>
          <w:p w14:paraId="47868ABC" w14:textId="77777777" w:rsidR="00A27E70" w:rsidRPr="002F5D52" w:rsidRDefault="00A27E70" w:rsidP="00C03858">
            <w:pPr>
              <w:rPr>
                <w:rFonts w:ascii="Times New Roman" w:hAnsi="Times New Roman" w:cs="Times New Roman"/>
              </w:rPr>
            </w:pPr>
            <w:r w:rsidRPr="002F5D52">
              <w:rPr>
                <w:rFonts w:ascii="Times New Roman" w:hAnsi="Times New Roman" w:cs="Times New Roman"/>
              </w:rPr>
              <w:t>Pickup Time: Between 3:30pm – 4:30pm</w:t>
            </w:r>
          </w:p>
          <w:p w14:paraId="0F852225" w14:textId="57191AFA" w:rsidR="004A7D7E" w:rsidRPr="002F5D52" w:rsidRDefault="00A27E70" w:rsidP="00C03858">
            <w:pPr>
              <w:shd w:val="clear" w:color="auto" w:fill="FFFFFF"/>
              <w:rPr>
                <w:rFonts w:ascii="Times New Roman" w:eastAsia="Times New Roman" w:hAnsi="Times New Roman" w:cs="Times New Roman"/>
                <w:color w:val="212121"/>
              </w:rPr>
            </w:pPr>
            <w:r w:rsidRPr="002F5D52">
              <w:rPr>
                <w:rFonts w:ascii="Times New Roman" w:eastAsia="Times New Roman" w:hAnsi="Times New Roman" w:cs="Times New Roman"/>
                <w:color w:val="212121"/>
              </w:rPr>
              <w:t>Pickup Location: TBD</w:t>
            </w:r>
          </w:p>
        </w:tc>
        <w:tc>
          <w:tcPr>
            <w:tcW w:w="3785" w:type="dxa"/>
          </w:tcPr>
          <w:p w14:paraId="017BA2BD" w14:textId="1402064C" w:rsidR="00A27E70" w:rsidRPr="002F5D52" w:rsidRDefault="00A27E70" w:rsidP="00C03858">
            <w:pPr>
              <w:shd w:val="clear" w:color="auto" w:fill="FFFFFF"/>
              <w:rPr>
                <w:rFonts w:ascii="Times New Roman" w:hAnsi="Times New Roman" w:cs="Times New Roman"/>
                <w:b/>
                <w:bCs/>
              </w:rPr>
            </w:pPr>
            <w:r w:rsidRPr="002F5D52">
              <w:rPr>
                <w:rFonts w:ascii="Times New Roman" w:hAnsi="Times New Roman" w:cs="Times New Roman"/>
                <w:b/>
                <w:bCs/>
              </w:rPr>
              <w:t>Carl T. Hayden VA Medical Center</w:t>
            </w:r>
          </w:p>
          <w:p w14:paraId="7F1ED019" w14:textId="77777777" w:rsidR="00A27E70" w:rsidRPr="002F5D52" w:rsidRDefault="00A27E70" w:rsidP="00C03858">
            <w:pPr>
              <w:shd w:val="clear" w:color="auto" w:fill="FFFFFF"/>
              <w:rPr>
                <w:rFonts w:ascii="Times New Roman" w:eastAsia="Times New Roman" w:hAnsi="Times New Roman" w:cs="Times New Roman"/>
                <w:color w:val="212121"/>
              </w:rPr>
            </w:pPr>
            <w:r w:rsidRPr="002F5D52">
              <w:rPr>
                <w:rFonts w:ascii="Times New Roman" w:eastAsia="Times New Roman" w:hAnsi="Times New Roman" w:cs="Times New Roman"/>
                <w:color w:val="212121"/>
              </w:rPr>
              <w:t>650 East Indian School Rd</w:t>
            </w:r>
          </w:p>
          <w:p w14:paraId="5C224C10" w14:textId="77777777" w:rsidR="00A27E70" w:rsidRPr="002F5D52" w:rsidRDefault="00A27E70" w:rsidP="00C03858">
            <w:pPr>
              <w:shd w:val="clear" w:color="auto" w:fill="FFFFFF"/>
              <w:rPr>
                <w:rFonts w:ascii="Times New Roman" w:eastAsia="Times New Roman" w:hAnsi="Times New Roman" w:cs="Times New Roman"/>
                <w:color w:val="212121"/>
              </w:rPr>
            </w:pPr>
            <w:r w:rsidRPr="002F5D52">
              <w:rPr>
                <w:rFonts w:ascii="Times New Roman" w:eastAsia="Times New Roman" w:hAnsi="Times New Roman" w:cs="Times New Roman"/>
                <w:color w:val="212121"/>
              </w:rPr>
              <w:t>Phoenix, AZ 85012</w:t>
            </w:r>
          </w:p>
          <w:p w14:paraId="2ACCE64B" w14:textId="77777777" w:rsidR="00A27E70" w:rsidRPr="002F5D52" w:rsidRDefault="00A27E70" w:rsidP="00C03858">
            <w:pPr>
              <w:rPr>
                <w:rFonts w:ascii="Times New Roman" w:eastAsia="Times New Roman" w:hAnsi="Times New Roman" w:cs="Times New Roman"/>
                <w:color w:val="212121"/>
              </w:rPr>
            </w:pPr>
            <w:r w:rsidRPr="002F5D52">
              <w:rPr>
                <w:rFonts w:ascii="Times New Roman" w:eastAsia="Times New Roman" w:hAnsi="Times New Roman" w:cs="Times New Roman"/>
                <w:color w:val="212121"/>
              </w:rPr>
              <w:t xml:space="preserve">Delivery Time: Between 5:30pm </w:t>
            </w:r>
            <w:r w:rsidRPr="002F5D52">
              <w:rPr>
                <w:rFonts w:ascii="Times New Roman" w:hAnsi="Times New Roman" w:cs="Times New Roman"/>
              </w:rPr>
              <w:t xml:space="preserve">– </w:t>
            </w:r>
            <w:r w:rsidRPr="002F5D52">
              <w:rPr>
                <w:rFonts w:ascii="Times New Roman" w:eastAsia="Times New Roman" w:hAnsi="Times New Roman" w:cs="Times New Roman"/>
                <w:color w:val="212121"/>
              </w:rPr>
              <w:t>6:00pm</w:t>
            </w:r>
          </w:p>
          <w:p w14:paraId="11AB94FB" w14:textId="77777777" w:rsidR="00A27E70" w:rsidRPr="002F5D52" w:rsidRDefault="00A27E70" w:rsidP="00C03858">
            <w:pPr>
              <w:rPr>
                <w:rFonts w:ascii="Times New Roman" w:hAnsi="Times New Roman" w:cs="Times New Roman"/>
              </w:rPr>
            </w:pPr>
            <w:r w:rsidRPr="002F5D52">
              <w:rPr>
                <w:rFonts w:ascii="Times New Roman" w:eastAsia="Times New Roman" w:hAnsi="Times New Roman" w:cs="Times New Roman"/>
                <w:color w:val="212121"/>
              </w:rPr>
              <w:t>Delivery Location: Room E200</w:t>
            </w:r>
          </w:p>
        </w:tc>
        <w:tc>
          <w:tcPr>
            <w:tcW w:w="2060" w:type="dxa"/>
          </w:tcPr>
          <w:p w14:paraId="7E7F0A77" w14:textId="77777777" w:rsidR="00A27E70" w:rsidRPr="002F5D52" w:rsidRDefault="00A27E70" w:rsidP="00C03858">
            <w:pPr>
              <w:jc w:val="center"/>
              <w:rPr>
                <w:rFonts w:ascii="Times New Roman" w:hAnsi="Times New Roman" w:cs="Times New Roman"/>
              </w:rPr>
            </w:pPr>
            <w:r w:rsidRPr="002F5D52">
              <w:rPr>
                <w:rFonts w:ascii="Times New Roman" w:hAnsi="Times New Roman" w:cs="Times New Roman"/>
              </w:rPr>
              <w:t>36/year</w:t>
            </w:r>
          </w:p>
        </w:tc>
      </w:tr>
    </w:tbl>
    <w:p w14:paraId="2C304CE6" w14:textId="77777777" w:rsidR="00C10E59" w:rsidRPr="002F5D52" w:rsidRDefault="00C10E59">
      <w:pPr>
        <w:rPr>
          <w:rFonts w:ascii="Times New Roman" w:hAnsi="Times New Roman" w:cs="Times New Roman"/>
        </w:rPr>
      </w:pPr>
    </w:p>
    <w:tbl>
      <w:tblPr>
        <w:tblStyle w:val="TableGrid"/>
        <w:tblW w:w="9540" w:type="dxa"/>
        <w:jc w:val="center"/>
        <w:tblLayout w:type="fixed"/>
        <w:tblLook w:val="04A0" w:firstRow="1" w:lastRow="0" w:firstColumn="1" w:lastColumn="0" w:noHBand="0" w:noVBand="1"/>
      </w:tblPr>
      <w:tblGrid>
        <w:gridCol w:w="3695"/>
        <w:gridCol w:w="3785"/>
        <w:gridCol w:w="2060"/>
      </w:tblGrid>
      <w:tr w:rsidR="00D56C12" w:rsidRPr="002F5D52" w14:paraId="3545E5B3" w14:textId="77777777" w:rsidTr="00E5395D">
        <w:trPr>
          <w:trHeight w:val="395"/>
          <w:jc w:val="center"/>
        </w:trPr>
        <w:tc>
          <w:tcPr>
            <w:tcW w:w="9540" w:type="dxa"/>
            <w:gridSpan w:val="3"/>
            <w:vAlign w:val="center"/>
          </w:tcPr>
          <w:p w14:paraId="72229F4B" w14:textId="23060D46" w:rsidR="00D56C12" w:rsidRPr="002F5D52" w:rsidRDefault="00D56C12" w:rsidP="000B715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4</w:t>
            </w:r>
            <w:r w:rsidR="006F36C0">
              <w:rPr>
                <w:rFonts w:ascii="Times New Roman" w:hAnsi="Times New Roman" w:cs="Times New Roman"/>
                <w:b/>
                <w:bCs/>
              </w:rPr>
              <w:t>5</w:t>
            </w:r>
          </w:p>
        </w:tc>
      </w:tr>
      <w:tr w:rsidR="00A27E70" w:rsidRPr="002F5D52" w14:paraId="2613C760" w14:textId="77777777" w:rsidTr="00E5395D">
        <w:trPr>
          <w:trHeight w:val="1153"/>
          <w:jc w:val="center"/>
        </w:trPr>
        <w:tc>
          <w:tcPr>
            <w:tcW w:w="3695" w:type="dxa"/>
          </w:tcPr>
          <w:p w14:paraId="1B8B4996" w14:textId="738A2319" w:rsidR="00A27E70" w:rsidRPr="002F5D52" w:rsidRDefault="00A27E70" w:rsidP="00C03858">
            <w:pPr>
              <w:rPr>
                <w:rFonts w:ascii="Times New Roman" w:hAnsi="Times New Roman" w:cs="Times New Roman"/>
                <w:b/>
                <w:bCs/>
              </w:rPr>
            </w:pPr>
            <w:r w:rsidRPr="002F5D52">
              <w:rPr>
                <w:rFonts w:ascii="Times New Roman" w:hAnsi="Times New Roman" w:cs="Times New Roman"/>
                <w:b/>
                <w:bCs/>
              </w:rPr>
              <w:t>Community Resource &amp; Referral Center</w:t>
            </w:r>
          </w:p>
          <w:p w14:paraId="4992CF11" w14:textId="77777777" w:rsidR="00A27E70" w:rsidRPr="002F5D52" w:rsidRDefault="00A27E70" w:rsidP="00C03858">
            <w:pPr>
              <w:rPr>
                <w:rFonts w:ascii="Times New Roman" w:hAnsi="Times New Roman" w:cs="Times New Roman"/>
                <w:color w:val="212121"/>
                <w:shd w:val="clear" w:color="auto" w:fill="FFFFFF"/>
              </w:rPr>
            </w:pPr>
            <w:r w:rsidRPr="002F5D52">
              <w:rPr>
                <w:rFonts w:ascii="Times New Roman" w:hAnsi="Times New Roman" w:cs="Times New Roman"/>
                <w:color w:val="212121"/>
                <w:shd w:val="clear" w:color="auto" w:fill="FFFFFF"/>
              </w:rPr>
              <w:t>1500 East Thomas Road, Suite 106</w:t>
            </w:r>
          </w:p>
          <w:p w14:paraId="201E9545" w14:textId="77777777" w:rsidR="00A27E70" w:rsidRPr="002F5D52" w:rsidRDefault="00A27E70" w:rsidP="00C03858">
            <w:pPr>
              <w:rPr>
                <w:rFonts w:ascii="Times New Roman" w:hAnsi="Times New Roman" w:cs="Times New Roman"/>
                <w:color w:val="212121"/>
                <w:shd w:val="clear" w:color="auto" w:fill="FFFFFF"/>
              </w:rPr>
            </w:pPr>
            <w:r w:rsidRPr="002F5D52">
              <w:rPr>
                <w:rFonts w:ascii="Times New Roman" w:hAnsi="Times New Roman" w:cs="Times New Roman"/>
                <w:color w:val="212121"/>
                <w:shd w:val="clear" w:color="auto" w:fill="FFFFFF"/>
              </w:rPr>
              <w:t>Phoenix, AZ 85014</w:t>
            </w:r>
          </w:p>
          <w:p w14:paraId="50514697" w14:textId="77777777" w:rsidR="00A27E70" w:rsidRPr="002F5D52" w:rsidRDefault="00A27E70" w:rsidP="00C03858">
            <w:pPr>
              <w:rPr>
                <w:rFonts w:ascii="Times New Roman" w:hAnsi="Times New Roman" w:cs="Times New Roman"/>
                <w:color w:val="212121"/>
                <w:shd w:val="clear" w:color="auto" w:fill="FFFFFF"/>
              </w:rPr>
            </w:pPr>
            <w:r w:rsidRPr="002F5D52">
              <w:rPr>
                <w:rFonts w:ascii="Times New Roman" w:hAnsi="Times New Roman" w:cs="Times New Roman"/>
                <w:color w:val="212121"/>
                <w:shd w:val="clear" w:color="auto" w:fill="FFFFFF"/>
              </w:rPr>
              <w:t>Days: Only as needed/requested (On-Call)</w:t>
            </w:r>
          </w:p>
          <w:p w14:paraId="590DF67B" w14:textId="77777777" w:rsidR="00A27E70" w:rsidRPr="002F5D52" w:rsidRDefault="00A27E70" w:rsidP="00C03858">
            <w:pPr>
              <w:rPr>
                <w:rFonts w:ascii="Times New Roman" w:hAnsi="Times New Roman" w:cs="Times New Roman"/>
                <w:color w:val="212121"/>
                <w:shd w:val="clear" w:color="auto" w:fill="FFFFFF"/>
              </w:rPr>
            </w:pPr>
            <w:r w:rsidRPr="002F5D52">
              <w:rPr>
                <w:rFonts w:ascii="Times New Roman" w:hAnsi="Times New Roman" w:cs="Times New Roman"/>
                <w:color w:val="212121"/>
                <w:shd w:val="clear" w:color="auto" w:fill="FFFFFF"/>
              </w:rPr>
              <w:t>Pickup Time: Between 2:00pm – 3:00pm</w:t>
            </w:r>
          </w:p>
          <w:p w14:paraId="07B5AE8B" w14:textId="4BFFBD3D" w:rsidR="004A7D7E" w:rsidRPr="002F5D52" w:rsidRDefault="00A27E70" w:rsidP="00C03858">
            <w:pPr>
              <w:shd w:val="clear" w:color="auto" w:fill="FFFFFF"/>
              <w:rPr>
                <w:rFonts w:ascii="Times New Roman" w:eastAsia="Times New Roman" w:hAnsi="Times New Roman" w:cs="Times New Roman"/>
                <w:color w:val="212121"/>
              </w:rPr>
            </w:pPr>
            <w:r w:rsidRPr="002F5D52">
              <w:rPr>
                <w:rFonts w:ascii="Times New Roman" w:eastAsia="Times New Roman" w:hAnsi="Times New Roman" w:cs="Times New Roman"/>
                <w:color w:val="212121"/>
              </w:rPr>
              <w:t>Pickup Location: TBD</w:t>
            </w:r>
          </w:p>
        </w:tc>
        <w:tc>
          <w:tcPr>
            <w:tcW w:w="3785" w:type="dxa"/>
          </w:tcPr>
          <w:p w14:paraId="5FF5C683" w14:textId="081AD0F1" w:rsidR="00A27E70" w:rsidRPr="002F5D52" w:rsidRDefault="00A27E70" w:rsidP="00C03858">
            <w:pPr>
              <w:shd w:val="clear" w:color="auto" w:fill="FFFFFF"/>
              <w:rPr>
                <w:rFonts w:ascii="Times New Roman" w:hAnsi="Times New Roman" w:cs="Times New Roman"/>
                <w:b/>
                <w:bCs/>
              </w:rPr>
            </w:pPr>
            <w:r w:rsidRPr="002F5D52">
              <w:rPr>
                <w:rFonts w:ascii="Times New Roman" w:hAnsi="Times New Roman" w:cs="Times New Roman"/>
                <w:b/>
                <w:bCs/>
              </w:rPr>
              <w:t>Carl T. Hayden VA Medical Center</w:t>
            </w:r>
          </w:p>
          <w:p w14:paraId="72CD7C62" w14:textId="77777777" w:rsidR="00A27E70" w:rsidRPr="002F5D52" w:rsidRDefault="00A27E70" w:rsidP="00C03858">
            <w:pPr>
              <w:shd w:val="clear" w:color="auto" w:fill="FFFFFF"/>
              <w:rPr>
                <w:rFonts w:ascii="Times New Roman" w:eastAsia="Times New Roman" w:hAnsi="Times New Roman" w:cs="Times New Roman"/>
                <w:color w:val="212121"/>
              </w:rPr>
            </w:pPr>
            <w:r w:rsidRPr="002F5D52">
              <w:rPr>
                <w:rFonts w:ascii="Times New Roman" w:eastAsia="Times New Roman" w:hAnsi="Times New Roman" w:cs="Times New Roman"/>
                <w:color w:val="212121"/>
              </w:rPr>
              <w:t>650 East Indian School Rd</w:t>
            </w:r>
          </w:p>
          <w:p w14:paraId="5029B1EA" w14:textId="77777777" w:rsidR="00A27E70" w:rsidRPr="002F5D52" w:rsidRDefault="00A27E70" w:rsidP="00C03858">
            <w:pPr>
              <w:shd w:val="clear" w:color="auto" w:fill="FFFFFF"/>
              <w:rPr>
                <w:rFonts w:ascii="Times New Roman" w:eastAsia="Times New Roman" w:hAnsi="Times New Roman" w:cs="Times New Roman"/>
                <w:color w:val="212121"/>
              </w:rPr>
            </w:pPr>
            <w:r w:rsidRPr="002F5D52">
              <w:rPr>
                <w:rFonts w:ascii="Times New Roman" w:eastAsia="Times New Roman" w:hAnsi="Times New Roman" w:cs="Times New Roman"/>
                <w:color w:val="212121"/>
              </w:rPr>
              <w:t>Phoenix, AZ 85012</w:t>
            </w:r>
          </w:p>
          <w:p w14:paraId="6A9B30A7" w14:textId="77777777" w:rsidR="00A27E70" w:rsidRPr="002F5D52" w:rsidRDefault="00A27E70" w:rsidP="00C03858">
            <w:pPr>
              <w:rPr>
                <w:rFonts w:ascii="Times New Roman" w:eastAsia="Times New Roman" w:hAnsi="Times New Roman" w:cs="Times New Roman"/>
                <w:color w:val="212121"/>
              </w:rPr>
            </w:pPr>
            <w:r w:rsidRPr="002F5D52">
              <w:rPr>
                <w:rFonts w:ascii="Times New Roman" w:eastAsia="Times New Roman" w:hAnsi="Times New Roman" w:cs="Times New Roman"/>
                <w:color w:val="212121"/>
              </w:rPr>
              <w:t>Deliver Time: Between 3:00pm – 3:30pm</w:t>
            </w:r>
          </w:p>
          <w:p w14:paraId="5EA65DEB" w14:textId="77777777" w:rsidR="00A27E70" w:rsidRPr="002F5D52" w:rsidRDefault="00A27E70" w:rsidP="00C03858">
            <w:pPr>
              <w:rPr>
                <w:rFonts w:ascii="Times New Roman" w:hAnsi="Times New Roman" w:cs="Times New Roman"/>
              </w:rPr>
            </w:pPr>
            <w:r w:rsidRPr="002F5D52">
              <w:rPr>
                <w:rFonts w:ascii="Times New Roman" w:eastAsia="Times New Roman" w:hAnsi="Times New Roman" w:cs="Times New Roman"/>
                <w:color w:val="212121"/>
              </w:rPr>
              <w:t>Delivery Location: Room E200</w:t>
            </w:r>
          </w:p>
        </w:tc>
        <w:tc>
          <w:tcPr>
            <w:tcW w:w="2060" w:type="dxa"/>
          </w:tcPr>
          <w:p w14:paraId="2F6DE5C0" w14:textId="77777777" w:rsidR="00A27E70" w:rsidRPr="002F5D52" w:rsidRDefault="00A27E70" w:rsidP="00C03858">
            <w:pPr>
              <w:jc w:val="center"/>
              <w:rPr>
                <w:rFonts w:ascii="Times New Roman" w:hAnsi="Times New Roman" w:cs="Times New Roman"/>
              </w:rPr>
            </w:pPr>
            <w:r w:rsidRPr="002F5D52">
              <w:rPr>
                <w:rFonts w:ascii="Times New Roman" w:hAnsi="Times New Roman" w:cs="Times New Roman"/>
              </w:rPr>
              <w:t>24/year</w:t>
            </w:r>
          </w:p>
        </w:tc>
      </w:tr>
      <w:tr w:rsidR="00962436" w:rsidRPr="002F5D52" w14:paraId="303CD4DB" w14:textId="77777777" w:rsidTr="00E5395D">
        <w:trPr>
          <w:trHeight w:val="1153"/>
          <w:jc w:val="center"/>
        </w:trPr>
        <w:tc>
          <w:tcPr>
            <w:tcW w:w="9540" w:type="dxa"/>
            <w:gridSpan w:val="3"/>
          </w:tcPr>
          <w:p w14:paraId="7FA9CD7B" w14:textId="4251E8A6" w:rsidR="00962436" w:rsidRPr="002F5D52" w:rsidRDefault="00962436" w:rsidP="00962436">
            <w:pPr>
              <w:rPr>
                <w:rFonts w:ascii="Times New Roman" w:hAnsi="Times New Roman" w:cs="Times New Roman"/>
              </w:rPr>
            </w:pPr>
            <w:r w:rsidRPr="002F5D52">
              <w:rPr>
                <w:rFonts w:ascii="Times New Roman" w:hAnsi="Times New Roman" w:cs="Times New Roman"/>
              </w:rPr>
              <w:lastRenderedPageBreak/>
              <w:t>**Note:</w:t>
            </w:r>
          </w:p>
        </w:tc>
      </w:tr>
      <w:bookmarkEnd w:id="4"/>
    </w:tbl>
    <w:p w14:paraId="650C9370" w14:textId="77777777" w:rsidR="000952BF" w:rsidRPr="002F5D52" w:rsidRDefault="000952BF" w:rsidP="003B3206">
      <w:pPr>
        <w:rPr>
          <w:rFonts w:ascii="Times New Roman" w:hAnsi="Times New Roman" w:cs="Times New Roman"/>
          <w:b/>
          <w:bCs/>
        </w:rPr>
      </w:pPr>
    </w:p>
    <w:p w14:paraId="00C40F41" w14:textId="6AFF73DB" w:rsidR="00261D70" w:rsidRPr="00252B97" w:rsidRDefault="00261D70" w:rsidP="0073066D">
      <w:pPr>
        <w:jc w:val="center"/>
        <w:rPr>
          <w:rFonts w:ascii="Times New Roman" w:hAnsi="Times New Roman" w:cs="Times New Roman"/>
          <w:b/>
          <w:bCs/>
          <w:sz w:val="32"/>
          <w:szCs w:val="32"/>
        </w:rPr>
      </w:pPr>
      <w:r w:rsidRPr="00252B97">
        <w:rPr>
          <w:rFonts w:ascii="Times New Roman" w:hAnsi="Times New Roman" w:cs="Times New Roman"/>
          <w:b/>
          <w:bCs/>
          <w:sz w:val="32"/>
          <w:szCs w:val="32"/>
        </w:rPr>
        <w:t>Southern Arizona VA Healthcare System (SAVAHCS), Tucson, Arizona</w:t>
      </w:r>
    </w:p>
    <w:tbl>
      <w:tblPr>
        <w:tblStyle w:val="TableGrid"/>
        <w:tblW w:w="9625" w:type="dxa"/>
        <w:jc w:val="center"/>
        <w:tblLayout w:type="fixed"/>
        <w:tblLook w:val="04A0" w:firstRow="1" w:lastRow="0" w:firstColumn="1" w:lastColumn="0" w:noHBand="0" w:noVBand="1"/>
      </w:tblPr>
      <w:tblGrid>
        <w:gridCol w:w="4225"/>
        <w:gridCol w:w="3780"/>
        <w:gridCol w:w="1620"/>
      </w:tblGrid>
      <w:tr w:rsidR="007C40D3" w:rsidRPr="002F5D52" w14:paraId="5F26898D" w14:textId="77777777" w:rsidTr="00E5395D">
        <w:trPr>
          <w:trHeight w:val="350"/>
          <w:jc w:val="center"/>
        </w:trPr>
        <w:tc>
          <w:tcPr>
            <w:tcW w:w="4225" w:type="dxa"/>
          </w:tcPr>
          <w:p w14:paraId="7C89D45A" w14:textId="77777777" w:rsidR="00261D70" w:rsidRPr="002F5D52" w:rsidRDefault="00261D70" w:rsidP="00C03858">
            <w:pPr>
              <w:shd w:val="clear" w:color="auto" w:fill="FFFFFF"/>
              <w:jc w:val="center"/>
              <w:rPr>
                <w:rFonts w:ascii="Times New Roman" w:hAnsi="Times New Roman" w:cs="Times New Roman"/>
              </w:rPr>
            </w:pPr>
            <w:r w:rsidRPr="002F5D52">
              <w:rPr>
                <w:rFonts w:ascii="Times New Roman" w:hAnsi="Times New Roman" w:cs="Times New Roman"/>
                <w:b/>
                <w:bCs/>
              </w:rPr>
              <w:t>From:</w:t>
            </w:r>
          </w:p>
        </w:tc>
        <w:tc>
          <w:tcPr>
            <w:tcW w:w="3780" w:type="dxa"/>
          </w:tcPr>
          <w:p w14:paraId="4EA47330" w14:textId="77777777" w:rsidR="00261D70" w:rsidRPr="002F5D52" w:rsidRDefault="00261D70" w:rsidP="00C03858">
            <w:pPr>
              <w:shd w:val="clear" w:color="auto" w:fill="FFFFFF"/>
              <w:jc w:val="center"/>
              <w:rPr>
                <w:rFonts w:ascii="Times New Roman" w:eastAsia="Times New Roman" w:hAnsi="Times New Roman" w:cs="Times New Roman"/>
              </w:rPr>
            </w:pPr>
            <w:r w:rsidRPr="002F5D52">
              <w:rPr>
                <w:rFonts w:ascii="Times New Roman" w:hAnsi="Times New Roman" w:cs="Times New Roman"/>
                <w:b/>
                <w:bCs/>
              </w:rPr>
              <w:t>To:</w:t>
            </w:r>
          </w:p>
        </w:tc>
        <w:tc>
          <w:tcPr>
            <w:tcW w:w="1620" w:type="dxa"/>
            <w:vAlign w:val="center"/>
          </w:tcPr>
          <w:p w14:paraId="15E3CC6F" w14:textId="77777777" w:rsidR="00261D70" w:rsidRPr="002F5D52" w:rsidRDefault="00261D70" w:rsidP="005A0337">
            <w:pPr>
              <w:jc w:val="center"/>
              <w:rPr>
                <w:rFonts w:ascii="Times New Roman" w:hAnsi="Times New Roman" w:cs="Times New Roman"/>
              </w:rPr>
            </w:pPr>
            <w:r w:rsidRPr="002F5D52">
              <w:rPr>
                <w:rFonts w:ascii="Times New Roman" w:hAnsi="Times New Roman" w:cs="Times New Roman"/>
                <w:b/>
                <w:bCs/>
              </w:rPr>
              <w:t>Est. Frequency</w:t>
            </w:r>
          </w:p>
        </w:tc>
      </w:tr>
      <w:tr w:rsidR="00D56C12" w:rsidRPr="002F5D52" w14:paraId="460CA6D7" w14:textId="77777777" w:rsidTr="00E5395D">
        <w:trPr>
          <w:trHeight w:val="350"/>
          <w:jc w:val="center"/>
        </w:trPr>
        <w:tc>
          <w:tcPr>
            <w:tcW w:w="9625" w:type="dxa"/>
            <w:gridSpan w:val="3"/>
            <w:vAlign w:val="center"/>
          </w:tcPr>
          <w:p w14:paraId="0A21998F" w14:textId="11C130AB" w:rsidR="00D56C12" w:rsidRPr="002F5D52" w:rsidRDefault="00D56C12" w:rsidP="005A0337">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4</w:t>
            </w:r>
            <w:r w:rsidR="006F36C0">
              <w:rPr>
                <w:rFonts w:ascii="Times New Roman" w:hAnsi="Times New Roman" w:cs="Times New Roman"/>
                <w:b/>
                <w:bCs/>
              </w:rPr>
              <w:t>6</w:t>
            </w:r>
          </w:p>
        </w:tc>
      </w:tr>
      <w:tr w:rsidR="003568D4" w:rsidRPr="002F5D52" w14:paraId="043423BC" w14:textId="77777777" w:rsidTr="001D5BBA">
        <w:trPr>
          <w:trHeight w:val="1070"/>
          <w:jc w:val="center"/>
        </w:trPr>
        <w:tc>
          <w:tcPr>
            <w:tcW w:w="4225" w:type="dxa"/>
          </w:tcPr>
          <w:p w14:paraId="486BC2CC" w14:textId="77777777" w:rsidR="00E20FC8" w:rsidRPr="00E20FC8" w:rsidRDefault="00E20FC8" w:rsidP="00E20FC8">
            <w:pPr>
              <w:rPr>
                <w:rFonts w:ascii="Times New Roman" w:hAnsi="Times New Roman" w:cs="Times New Roman"/>
                <w:b/>
                <w:bCs/>
              </w:rPr>
            </w:pPr>
            <w:r w:rsidRPr="00E20FC8">
              <w:rPr>
                <w:rFonts w:ascii="Times New Roman" w:hAnsi="Times New Roman" w:cs="Times New Roman"/>
                <w:b/>
                <w:bCs/>
              </w:rPr>
              <w:t>SAVAHCS</w:t>
            </w:r>
          </w:p>
          <w:p w14:paraId="691CEA84"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Clinical Laboratory</w:t>
            </w:r>
          </w:p>
          <w:p w14:paraId="155DC510"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Southern Arizona VA Health Care</w:t>
            </w:r>
          </w:p>
          <w:p w14:paraId="495DBAFF"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Building 57, Hallway B125</w:t>
            </w:r>
          </w:p>
          <w:p w14:paraId="2BDBADB7"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3601 S. 6th Ave.</w:t>
            </w:r>
          </w:p>
          <w:p w14:paraId="25A42098"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Tucson, AZ 85723</w:t>
            </w:r>
          </w:p>
          <w:p w14:paraId="24833C44"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Days/Week: Monday-Friday excluding Federal Holidays</w:t>
            </w:r>
          </w:p>
          <w:p w14:paraId="59ABB666"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Pick-up: Between 8:30am-10:30am</w:t>
            </w:r>
          </w:p>
          <w:p w14:paraId="2B813BA6" w14:textId="77777777" w:rsidR="00E20FC8" w:rsidRPr="00E20FC8" w:rsidRDefault="00E20FC8" w:rsidP="00E20FC8">
            <w:pPr>
              <w:rPr>
                <w:rFonts w:ascii="Times New Roman" w:hAnsi="Times New Roman" w:cs="Times New Roman"/>
                <w:b/>
                <w:bCs/>
              </w:rPr>
            </w:pPr>
          </w:p>
          <w:p w14:paraId="17DA2BEB" w14:textId="77777777" w:rsidR="00E20FC8" w:rsidRPr="00E20FC8" w:rsidRDefault="00E20FC8" w:rsidP="00E20FC8">
            <w:pPr>
              <w:rPr>
                <w:rFonts w:ascii="Times New Roman" w:hAnsi="Times New Roman" w:cs="Times New Roman"/>
                <w:b/>
                <w:bCs/>
              </w:rPr>
            </w:pPr>
            <w:r w:rsidRPr="00E20FC8">
              <w:rPr>
                <w:rFonts w:ascii="Times New Roman" w:hAnsi="Times New Roman" w:cs="Times New Roman"/>
                <w:b/>
                <w:bCs/>
              </w:rPr>
              <w:t>SAVAHCS</w:t>
            </w:r>
          </w:p>
          <w:p w14:paraId="27D39D54"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Pharmacy Service</w:t>
            </w:r>
          </w:p>
          <w:p w14:paraId="7C4779E0"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Building 80, Room 1702</w:t>
            </w:r>
          </w:p>
          <w:p w14:paraId="5D1B88D3"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Southern Arizona VA Healthcare</w:t>
            </w:r>
          </w:p>
          <w:p w14:paraId="045CE9A3"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3601 S. 6th Ave.</w:t>
            </w:r>
          </w:p>
          <w:p w14:paraId="7B7BC3AA"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Tucson, AZ 85723</w:t>
            </w:r>
          </w:p>
          <w:p w14:paraId="560E4C77"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Days/Week: Monday-Friday excluding Federal Holidays</w:t>
            </w:r>
          </w:p>
          <w:p w14:paraId="7D9846DF"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Pick-up: Between 8:30am - 10:30am</w:t>
            </w:r>
          </w:p>
          <w:p w14:paraId="55E3CA74" w14:textId="77777777" w:rsidR="00E20FC8" w:rsidRPr="00E20FC8" w:rsidRDefault="00E20FC8" w:rsidP="00E20FC8">
            <w:pPr>
              <w:rPr>
                <w:rFonts w:ascii="Times New Roman" w:hAnsi="Times New Roman" w:cs="Times New Roman"/>
                <w:b/>
                <w:bCs/>
              </w:rPr>
            </w:pPr>
          </w:p>
          <w:p w14:paraId="1EDA9E48" w14:textId="77777777" w:rsidR="00E20FC8" w:rsidRPr="00E20FC8" w:rsidRDefault="00E20FC8" w:rsidP="00E20FC8">
            <w:pPr>
              <w:rPr>
                <w:rFonts w:ascii="Times New Roman" w:hAnsi="Times New Roman" w:cs="Times New Roman"/>
                <w:b/>
                <w:bCs/>
              </w:rPr>
            </w:pPr>
            <w:r w:rsidRPr="00E20FC8">
              <w:rPr>
                <w:rFonts w:ascii="Times New Roman" w:hAnsi="Times New Roman" w:cs="Times New Roman"/>
                <w:b/>
                <w:bCs/>
              </w:rPr>
              <w:t>SAVAHCS</w:t>
            </w:r>
          </w:p>
          <w:p w14:paraId="43F6F757"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 xml:space="preserve">Supply Chain Management </w:t>
            </w:r>
          </w:p>
          <w:p w14:paraId="747B8D82"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Building 57, Room 190 &amp; Room 138</w:t>
            </w:r>
          </w:p>
          <w:p w14:paraId="42F0AA50"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Southern Arizona VA Healthcare</w:t>
            </w:r>
          </w:p>
          <w:p w14:paraId="25C2A318"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3601 S. 6th Ave.</w:t>
            </w:r>
          </w:p>
          <w:p w14:paraId="36F79601"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Tucson, AZ 85723</w:t>
            </w:r>
          </w:p>
          <w:p w14:paraId="53426660"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Days/Week: Monday-Friday excluding Federal Holidays</w:t>
            </w:r>
          </w:p>
          <w:p w14:paraId="355E4BB0"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Pick-up: Between 8:30am - 10:30am</w:t>
            </w:r>
          </w:p>
          <w:p w14:paraId="7D8A7E78" w14:textId="77777777" w:rsidR="00E20FC8" w:rsidRPr="00E20FC8" w:rsidRDefault="00E20FC8" w:rsidP="00E20FC8">
            <w:pPr>
              <w:rPr>
                <w:rFonts w:ascii="Times New Roman" w:hAnsi="Times New Roman" w:cs="Times New Roman"/>
                <w:b/>
                <w:bCs/>
              </w:rPr>
            </w:pPr>
          </w:p>
          <w:p w14:paraId="4522B223" w14:textId="77777777" w:rsidR="00E20FC8" w:rsidRPr="00E20FC8" w:rsidRDefault="00E20FC8" w:rsidP="00E20FC8">
            <w:pPr>
              <w:rPr>
                <w:rFonts w:ascii="Times New Roman" w:hAnsi="Times New Roman" w:cs="Times New Roman"/>
                <w:b/>
                <w:bCs/>
              </w:rPr>
            </w:pPr>
            <w:r w:rsidRPr="00E20FC8">
              <w:rPr>
                <w:rFonts w:ascii="Times New Roman" w:hAnsi="Times New Roman" w:cs="Times New Roman"/>
                <w:b/>
                <w:bCs/>
              </w:rPr>
              <w:t>SAVAHCS</w:t>
            </w:r>
          </w:p>
          <w:p w14:paraId="5F18BBF5"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Supply Chain Management/ Mailroom</w:t>
            </w:r>
          </w:p>
          <w:p w14:paraId="52EF9EA3"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Building 14, Warehouse 101-14</w:t>
            </w:r>
          </w:p>
          <w:p w14:paraId="4DA5BDFD"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Southern Arizona VA Healthcare</w:t>
            </w:r>
          </w:p>
          <w:p w14:paraId="6A766687"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3601 S. 6th Ave.</w:t>
            </w:r>
          </w:p>
          <w:p w14:paraId="5B483E28"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t>Tucson, AZ 85723</w:t>
            </w:r>
          </w:p>
          <w:p w14:paraId="7D855AB2" w14:textId="77777777" w:rsidR="00E20FC8" w:rsidRPr="00E20FC8" w:rsidRDefault="00E20FC8" w:rsidP="00E20FC8">
            <w:pPr>
              <w:rPr>
                <w:rFonts w:ascii="Times New Roman" w:hAnsi="Times New Roman" w:cs="Times New Roman"/>
              </w:rPr>
            </w:pPr>
            <w:r w:rsidRPr="00E20FC8">
              <w:rPr>
                <w:rFonts w:ascii="Times New Roman" w:hAnsi="Times New Roman" w:cs="Times New Roman"/>
              </w:rPr>
              <w:lastRenderedPageBreak/>
              <w:t>Days/Week: Monday-Friday excluding Federal Holidays</w:t>
            </w:r>
          </w:p>
          <w:p w14:paraId="173DA63B" w14:textId="7FF55A84" w:rsidR="003568D4" w:rsidRPr="002F5D52" w:rsidRDefault="00E20FC8" w:rsidP="00E20FC8">
            <w:pPr>
              <w:shd w:val="clear" w:color="auto" w:fill="FFFFFF"/>
              <w:rPr>
                <w:rFonts w:ascii="Times New Roman" w:eastAsia="Times New Roman" w:hAnsi="Times New Roman" w:cs="Times New Roman"/>
              </w:rPr>
            </w:pPr>
            <w:r w:rsidRPr="00E20FC8">
              <w:rPr>
                <w:rFonts w:ascii="Times New Roman" w:hAnsi="Times New Roman" w:cs="Times New Roman"/>
              </w:rPr>
              <w:t>Pick-up: Between 7:30am - 10:30am</w:t>
            </w:r>
          </w:p>
        </w:tc>
        <w:tc>
          <w:tcPr>
            <w:tcW w:w="3780" w:type="dxa"/>
          </w:tcPr>
          <w:p w14:paraId="748C587C" w14:textId="77777777" w:rsidR="003568D4" w:rsidRPr="002F5D52" w:rsidRDefault="003568D4" w:rsidP="00AC316E">
            <w:pPr>
              <w:shd w:val="clear" w:color="auto" w:fill="FFFFFF"/>
              <w:rPr>
                <w:rFonts w:ascii="Times New Roman" w:hAnsi="Times New Roman" w:cs="Times New Roman"/>
                <w:b/>
                <w:bCs/>
              </w:rPr>
            </w:pPr>
            <w:r w:rsidRPr="002F5D52">
              <w:rPr>
                <w:rFonts w:ascii="Times New Roman" w:hAnsi="Times New Roman" w:cs="Times New Roman"/>
                <w:b/>
                <w:bCs/>
              </w:rPr>
              <w:lastRenderedPageBreak/>
              <w:t>Casa Grande VA Clinic</w:t>
            </w:r>
          </w:p>
          <w:p w14:paraId="472B9472" w14:textId="77777777" w:rsidR="003568D4" w:rsidRPr="002F5D52" w:rsidRDefault="003568D4" w:rsidP="00AC316E">
            <w:pPr>
              <w:shd w:val="clear" w:color="auto" w:fill="FFFFFF"/>
              <w:rPr>
                <w:rFonts w:ascii="Times New Roman" w:hAnsi="Times New Roman" w:cs="Times New Roman"/>
              </w:rPr>
            </w:pPr>
            <w:r w:rsidRPr="002F5D52">
              <w:rPr>
                <w:rFonts w:ascii="Times New Roman" w:hAnsi="Times New Roman" w:cs="Times New Roman"/>
              </w:rPr>
              <w:t>1876 East Sabin Drive, Suite 15, Building A</w:t>
            </w:r>
          </w:p>
          <w:p w14:paraId="6DEAAC82" w14:textId="77777777" w:rsidR="003568D4" w:rsidRPr="002F5D52" w:rsidRDefault="003568D4" w:rsidP="00AC316E">
            <w:pPr>
              <w:shd w:val="clear" w:color="auto" w:fill="FFFFFF"/>
              <w:rPr>
                <w:rFonts w:ascii="Times New Roman" w:eastAsia="Times New Roman" w:hAnsi="Times New Roman" w:cs="Times New Roman"/>
              </w:rPr>
            </w:pPr>
            <w:r w:rsidRPr="002F5D52">
              <w:rPr>
                <w:rFonts w:ascii="Times New Roman" w:eastAsia="Times New Roman" w:hAnsi="Times New Roman" w:cs="Times New Roman"/>
              </w:rPr>
              <w:t>Casa Grande, Arizona 85122</w:t>
            </w:r>
          </w:p>
          <w:p w14:paraId="00459E8F" w14:textId="001EA521" w:rsidR="003568D4" w:rsidRPr="002F5D52" w:rsidRDefault="003568D4" w:rsidP="00AC316E">
            <w:pPr>
              <w:shd w:val="clear" w:color="auto" w:fill="FFFFFF"/>
              <w:rPr>
                <w:rFonts w:ascii="Times New Roman" w:hAnsi="Times New Roman" w:cs="Times New Roman"/>
              </w:rPr>
            </w:pPr>
            <w:r w:rsidRPr="002F5D52">
              <w:rPr>
                <w:rFonts w:ascii="Times New Roman" w:hAnsi="Times New Roman" w:cs="Times New Roman"/>
              </w:rPr>
              <w:t>Delivery: Between 2:00pm-2:30pm</w:t>
            </w:r>
          </w:p>
        </w:tc>
        <w:tc>
          <w:tcPr>
            <w:tcW w:w="1620" w:type="dxa"/>
            <w:vMerge w:val="restart"/>
            <w:vAlign w:val="center"/>
          </w:tcPr>
          <w:p w14:paraId="09E07D50" w14:textId="4A67D930" w:rsidR="003568D4" w:rsidRPr="002F5D52" w:rsidRDefault="003568D4" w:rsidP="00AC316E">
            <w:pPr>
              <w:jc w:val="center"/>
              <w:rPr>
                <w:rFonts w:ascii="Times New Roman" w:hAnsi="Times New Roman" w:cs="Times New Roman"/>
              </w:rPr>
            </w:pPr>
            <w:r w:rsidRPr="002F5D52">
              <w:rPr>
                <w:rFonts w:ascii="Times New Roman" w:hAnsi="Times New Roman" w:cs="Times New Roman"/>
              </w:rPr>
              <w:t>260 runs/year</w:t>
            </w:r>
          </w:p>
        </w:tc>
      </w:tr>
      <w:tr w:rsidR="00472560" w:rsidRPr="002F5D52" w14:paraId="7A025055" w14:textId="77777777" w:rsidTr="00E5395D">
        <w:trPr>
          <w:trHeight w:val="1592"/>
          <w:jc w:val="center"/>
        </w:trPr>
        <w:tc>
          <w:tcPr>
            <w:tcW w:w="4225" w:type="dxa"/>
          </w:tcPr>
          <w:p w14:paraId="26AB5FB2" w14:textId="77777777" w:rsidR="00472560" w:rsidRPr="002F5D52" w:rsidRDefault="00472560" w:rsidP="00472560">
            <w:pPr>
              <w:shd w:val="clear" w:color="auto" w:fill="FFFFFF"/>
              <w:rPr>
                <w:rFonts w:ascii="Times New Roman" w:hAnsi="Times New Roman" w:cs="Times New Roman"/>
                <w:b/>
                <w:bCs/>
              </w:rPr>
            </w:pPr>
            <w:r w:rsidRPr="002F5D52">
              <w:rPr>
                <w:rFonts w:ascii="Times New Roman" w:hAnsi="Times New Roman" w:cs="Times New Roman"/>
                <w:b/>
                <w:bCs/>
              </w:rPr>
              <w:t>Casa Grande VA Clinic</w:t>
            </w:r>
          </w:p>
          <w:p w14:paraId="1782E5C4" w14:textId="77777777" w:rsidR="00472560" w:rsidRPr="002F5D52" w:rsidRDefault="00472560" w:rsidP="00472560">
            <w:pPr>
              <w:shd w:val="clear" w:color="auto" w:fill="FFFFFF"/>
              <w:rPr>
                <w:rFonts w:ascii="Times New Roman" w:hAnsi="Times New Roman" w:cs="Times New Roman"/>
              </w:rPr>
            </w:pPr>
            <w:r w:rsidRPr="002F5D52">
              <w:rPr>
                <w:rFonts w:ascii="Times New Roman" w:hAnsi="Times New Roman" w:cs="Times New Roman"/>
              </w:rPr>
              <w:t>1876 East Sabin Drive, Suite 15, Building A</w:t>
            </w:r>
          </w:p>
          <w:p w14:paraId="13B5493A" w14:textId="77777777" w:rsidR="00472560" w:rsidRPr="002F5D52" w:rsidRDefault="00472560" w:rsidP="00472560">
            <w:pPr>
              <w:shd w:val="clear" w:color="auto" w:fill="FFFFFF"/>
              <w:rPr>
                <w:rFonts w:ascii="Times New Roman" w:eastAsia="Times New Roman" w:hAnsi="Times New Roman" w:cs="Times New Roman"/>
              </w:rPr>
            </w:pPr>
            <w:r w:rsidRPr="002F5D52">
              <w:rPr>
                <w:rFonts w:ascii="Times New Roman" w:eastAsia="Times New Roman" w:hAnsi="Times New Roman" w:cs="Times New Roman"/>
              </w:rPr>
              <w:t>Casa Grande, Arizona 85122</w:t>
            </w:r>
          </w:p>
          <w:p w14:paraId="674AC266" w14:textId="77777777" w:rsidR="00472560" w:rsidRPr="002F5D52" w:rsidRDefault="00472560" w:rsidP="00472560">
            <w:pPr>
              <w:rPr>
                <w:rFonts w:ascii="Times New Roman" w:hAnsi="Times New Roman" w:cs="Times New Roman"/>
              </w:rPr>
            </w:pPr>
            <w:r w:rsidRPr="002F5D52">
              <w:rPr>
                <w:rFonts w:ascii="Times New Roman" w:hAnsi="Times New Roman" w:cs="Times New Roman"/>
              </w:rPr>
              <w:t>Days/Week: Monday-Friday excluding Federal Holidays</w:t>
            </w:r>
          </w:p>
          <w:p w14:paraId="2FC73110" w14:textId="2CC9D30F" w:rsidR="00472560" w:rsidRPr="002F5D52" w:rsidRDefault="00472560" w:rsidP="00472560">
            <w:pPr>
              <w:shd w:val="clear" w:color="auto" w:fill="FFFFFF"/>
              <w:rPr>
                <w:rFonts w:ascii="Times New Roman" w:hAnsi="Times New Roman" w:cs="Times New Roman"/>
                <w:b/>
                <w:bCs/>
              </w:rPr>
            </w:pPr>
            <w:r w:rsidRPr="002F5D52">
              <w:rPr>
                <w:rFonts w:ascii="Times New Roman" w:hAnsi="Times New Roman" w:cs="Times New Roman"/>
              </w:rPr>
              <w:t>Pick-up: Between 2:00pm-2:30pm</w:t>
            </w:r>
          </w:p>
        </w:tc>
        <w:tc>
          <w:tcPr>
            <w:tcW w:w="3780" w:type="dxa"/>
          </w:tcPr>
          <w:p w14:paraId="23EF87C4" w14:textId="77777777" w:rsidR="00472560" w:rsidRPr="00DA223F" w:rsidRDefault="00472560" w:rsidP="00472560">
            <w:pPr>
              <w:rPr>
                <w:rFonts w:ascii="Times New Roman" w:hAnsi="Times New Roman" w:cs="Times New Roman"/>
                <w:b/>
                <w:bCs/>
              </w:rPr>
            </w:pPr>
            <w:r w:rsidRPr="00DA223F">
              <w:rPr>
                <w:rFonts w:ascii="Times New Roman" w:hAnsi="Times New Roman" w:cs="Times New Roman"/>
                <w:b/>
                <w:bCs/>
              </w:rPr>
              <w:t>SAVAHCS</w:t>
            </w:r>
          </w:p>
          <w:p w14:paraId="37383CDA"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Clinical Laboratory</w:t>
            </w:r>
          </w:p>
          <w:p w14:paraId="03833816"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Building 57, Front Desk, Room B126</w:t>
            </w:r>
          </w:p>
          <w:p w14:paraId="5C0B6301"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Southern Arizona VA Health Care</w:t>
            </w:r>
          </w:p>
          <w:p w14:paraId="3BE2145A"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6B338541"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Tucson, AZ 85723</w:t>
            </w:r>
          </w:p>
          <w:p w14:paraId="328BF02C"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Delivery: No later than 6:00pm</w:t>
            </w:r>
          </w:p>
          <w:p w14:paraId="3D898EA4" w14:textId="77777777" w:rsidR="00472560" w:rsidRPr="00DA223F" w:rsidRDefault="00472560" w:rsidP="00472560">
            <w:pPr>
              <w:shd w:val="clear" w:color="auto" w:fill="FFFFFF"/>
              <w:rPr>
                <w:rFonts w:ascii="Times New Roman" w:hAnsi="Times New Roman" w:cs="Times New Roman"/>
                <w:b/>
                <w:bCs/>
              </w:rPr>
            </w:pPr>
          </w:p>
          <w:p w14:paraId="61320E6E" w14:textId="77777777" w:rsidR="00472560" w:rsidRPr="00DA223F" w:rsidRDefault="00472560" w:rsidP="00472560">
            <w:pPr>
              <w:shd w:val="clear" w:color="auto" w:fill="FFFFFF"/>
              <w:rPr>
                <w:rFonts w:ascii="Times New Roman" w:hAnsi="Times New Roman" w:cs="Times New Roman"/>
              </w:rPr>
            </w:pPr>
            <w:r w:rsidRPr="00DA223F">
              <w:rPr>
                <w:rFonts w:ascii="Times New Roman" w:hAnsi="Times New Roman" w:cs="Times New Roman"/>
                <w:b/>
                <w:bCs/>
              </w:rPr>
              <w:t>SAVAHCS</w:t>
            </w:r>
          </w:p>
          <w:p w14:paraId="58607E88" w14:textId="77777777" w:rsidR="00472560" w:rsidRPr="00DA223F" w:rsidRDefault="00472560" w:rsidP="00472560">
            <w:pPr>
              <w:shd w:val="clear" w:color="auto" w:fill="FFFFFF"/>
              <w:rPr>
                <w:rFonts w:ascii="Times New Roman" w:hAnsi="Times New Roman" w:cs="Times New Roman"/>
              </w:rPr>
            </w:pPr>
            <w:r w:rsidRPr="00DA223F">
              <w:rPr>
                <w:rFonts w:ascii="Times New Roman" w:hAnsi="Times New Roman" w:cs="Times New Roman"/>
              </w:rPr>
              <w:t>Pharmacy Service</w:t>
            </w:r>
          </w:p>
          <w:p w14:paraId="08E308D1" w14:textId="77777777" w:rsidR="00472560" w:rsidRPr="00DA223F" w:rsidRDefault="00472560" w:rsidP="00472560">
            <w:pPr>
              <w:shd w:val="clear" w:color="auto" w:fill="FFFFFF"/>
              <w:rPr>
                <w:rFonts w:ascii="Times New Roman" w:hAnsi="Times New Roman" w:cs="Times New Roman"/>
              </w:rPr>
            </w:pPr>
            <w:r w:rsidRPr="00DA223F">
              <w:rPr>
                <w:rFonts w:ascii="Times New Roman" w:hAnsi="Times New Roman" w:cs="Times New Roman"/>
              </w:rPr>
              <w:t>Southern Arizona VA Healthcare</w:t>
            </w:r>
          </w:p>
          <w:p w14:paraId="08D5F280" w14:textId="77777777" w:rsidR="00472560" w:rsidRPr="00DA223F" w:rsidRDefault="00472560" w:rsidP="00472560">
            <w:pPr>
              <w:shd w:val="clear" w:color="auto" w:fill="FFFFFF"/>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12C4D14C" w14:textId="77777777" w:rsidR="00472560" w:rsidRPr="00DA223F" w:rsidRDefault="00472560" w:rsidP="00472560">
            <w:pPr>
              <w:shd w:val="clear" w:color="auto" w:fill="FFFFFF"/>
              <w:rPr>
                <w:rFonts w:ascii="Times New Roman" w:hAnsi="Times New Roman" w:cs="Times New Roman"/>
              </w:rPr>
            </w:pPr>
            <w:r w:rsidRPr="00DA223F">
              <w:rPr>
                <w:rFonts w:ascii="Times New Roman" w:hAnsi="Times New Roman" w:cs="Times New Roman"/>
              </w:rPr>
              <w:t>Tucson, AZ 85723</w:t>
            </w:r>
          </w:p>
          <w:p w14:paraId="239E1E50" w14:textId="77777777" w:rsidR="00472560" w:rsidRPr="00DA223F" w:rsidRDefault="00472560" w:rsidP="00472560">
            <w:pPr>
              <w:shd w:val="clear" w:color="auto" w:fill="FFFFFF"/>
              <w:rPr>
                <w:rFonts w:ascii="Times New Roman" w:hAnsi="Times New Roman" w:cs="Times New Roman"/>
              </w:rPr>
            </w:pPr>
            <w:r w:rsidRPr="00DA223F">
              <w:rPr>
                <w:rFonts w:ascii="Times New Roman" w:hAnsi="Times New Roman" w:cs="Times New Roman"/>
              </w:rPr>
              <w:t xml:space="preserve">Delivery: </w:t>
            </w:r>
          </w:p>
          <w:p w14:paraId="03FDA467" w14:textId="77777777" w:rsidR="00472560" w:rsidRPr="00DA223F" w:rsidRDefault="00472560" w:rsidP="00472560">
            <w:pPr>
              <w:shd w:val="clear" w:color="auto" w:fill="FFFFFF"/>
              <w:rPr>
                <w:rFonts w:ascii="Times New Roman" w:hAnsi="Times New Roman" w:cs="Times New Roman"/>
              </w:rPr>
            </w:pPr>
            <w:r w:rsidRPr="00DA223F">
              <w:rPr>
                <w:rFonts w:ascii="Times New Roman" w:hAnsi="Times New Roman" w:cs="Times New Roman"/>
              </w:rPr>
              <w:t xml:space="preserve">Outpatient Pharmacy if </w:t>
            </w:r>
            <w:r w:rsidRPr="00DA223F">
              <w:rPr>
                <w:rFonts w:ascii="Times New Roman" w:hAnsi="Times New Roman" w:cs="Times New Roman"/>
                <w:b/>
                <w:bCs/>
              </w:rPr>
              <w:t xml:space="preserve">before 6pm </w:t>
            </w:r>
            <w:r w:rsidRPr="00DA223F">
              <w:rPr>
                <w:rFonts w:ascii="Times New Roman" w:hAnsi="Times New Roman" w:cs="Times New Roman"/>
              </w:rPr>
              <w:t>(Building 80, Room 1702)</w:t>
            </w:r>
          </w:p>
          <w:p w14:paraId="3498C5E1"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 xml:space="preserve">Inpatient Pharmacy if </w:t>
            </w:r>
            <w:r w:rsidRPr="00DA223F">
              <w:rPr>
                <w:rFonts w:ascii="Times New Roman" w:hAnsi="Times New Roman" w:cs="Times New Roman"/>
                <w:b/>
                <w:bCs/>
              </w:rPr>
              <w:t>after 6pm</w:t>
            </w:r>
            <w:r w:rsidRPr="00DA223F">
              <w:rPr>
                <w:rFonts w:ascii="Times New Roman" w:hAnsi="Times New Roman" w:cs="Times New Roman"/>
              </w:rPr>
              <w:t xml:space="preserve"> (Building 57, Room BA081)</w:t>
            </w:r>
          </w:p>
          <w:p w14:paraId="63EC26FF" w14:textId="77777777" w:rsidR="00472560" w:rsidRPr="00DA223F" w:rsidRDefault="00472560" w:rsidP="00472560">
            <w:pPr>
              <w:shd w:val="clear" w:color="auto" w:fill="FFFFFF"/>
              <w:rPr>
                <w:rFonts w:ascii="Times New Roman" w:hAnsi="Times New Roman" w:cs="Times New Roman"/>
              </w:rPr>
            </w:pPr>
          </w:p>
          <w:p w14:paraId="75A0F1CE" w14:textId="77777777" w:rsidR="00472560" w:rsidRPr="00DA223F" w:rsidRDefault="00472560" w:rsidP="00472560">
            <w:pPr>
              <w:rPr>
                <w:rFonts w:ascii="Times New Roman" w:hAnsi="Times New Roman" w:cs="Times New Roman"/>
                <w:b/>
                <w:bCs/>
              </w:rPr>
            </w:pPr>
            <w:r w:rsidRPr="00DA223F">
              <w:rPr>
                <w:rFonts w:ascii="Times New Roman" w:hAnsi="Times New Roman" w:cs="Times New Roman"/>
                <w:b/>
                <w:bCs/>
              </w:rPr>
              <w:t>SAVAHCS</w:t>
            </w:r>
          </w:p>
          <w:p w14:paraId="3A695EA0"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 xml:space="preserve">Supply Chain Management </w:t>
            </w:r>
          </w:p>
          <w:p w14:paraId="77600473"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Building 57, Room 190 &amp; Room 138</w:t>
            </w:r>
          </w:p>
          <w:p w14:paraId="3997B84C"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Southern Arizona VA Healthcare</w:t>
            </w:r>
          </w:p>
          <w:p w14:paraId="0C8613A7"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3601 S. 6th Ave.</w:t>
            </w:r>
          </w:p>
          <w:p w14:paraId="0EACB18E"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Tucson, AZ 85723</w:t>
            </w:r>
          </w:p>
          <w:p w14:paraId="12245DCB"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Delivery: No later than 6:00pm</w:t>
            </w:r>
          </w:p>
          <w:p w14:paraId="182EF9FC" w14:textId="77777777" w:rsidR="00472560" w:rsidRPr="00DA223F" w:rsidRDefault="00472560" w:rsidP="00472560">
            <w:pPr>
              <w:rPr>
                <w:rFonts w:ascii="Times New Roman" w:hAnsi="Times New Roman" w:cs="Times New Roman"/>
              </w:rPr>
            </w:pPr>
          </w:p>
          <w:p w14:paraId="5D38E5BA" w14:textId="77777777" w:rsidR="00472560" w:rsidRPr="00DA223F" w:rsidRDefault="00472560" w:rsidP="00472560">
            <w:pPr>
              <w:rPr>
                <w:rFonts w:ascii="Times New Roman" w:hAnsi="Times New Roman" w:cs="Times New Roman"/>
                <w:b/>
                <w:bCs/>
              </w:rPr>
            </w:pPr>
            <w:r w:rsidRPr="00DA223F">
              <w:rPr>
                <w:rFonts w:ascii="Times New Roman" w:hAnsi="Times New Roman" w:cs="Times New Roman"/>
                <w:b/>
                <w:bCs/>
              </w:rPr>
              <w:t>SAVAHCS</w:t>
            </w:r>
          </w:p>
          <w:p w14:paraId="6AD1FEB6"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Supply Chain Management/ Mailroom</w:t>
            </w:r>
          </w:p>
          <w:p w14:paraId="15258CC6"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Room 14 Building Room 101-14</w:t>
            </w:r>
          </w:p>
          <w:p w14:paraId="5C9636C2"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Southern Arizona VA Healthcare</w:t>
            </w:r>
          </w:p>
          <w:p w14:paraId="09BF9E7A"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3601 S. 6th Ave.</w:t>
            </w:r>
          </w:p>
          <w:p w14:paraId="172F5450"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Tucson, AZ 85723</w:t>
            </w:r>
          </w:p>
          <w:p w14:paraId="0DC23810" w14:textId="77777777" w:rsidR="00472560" w:rsidRPr="00DA223F" w:rsidRDefault="00472560" w:rsidP="00472560">
            <w:pPr>
              <w:rPr>
                <w:rFonts w:ascii="Times New Roman" w:hAnsi="Times New Roman" w:cs="Times New Roman"/>
              </w:rPr>
            </w:pPr>
            <w:r w:rsidRPr="00DA223F">
              <w:rPr>
                <w:rFonts w:ascii="Times New Roman" w:hAnsi="Times New Roman" w:cs="Times New Roman"/>
              </w:rPr>
              <w:t>Delivery: No later than 3:30pm</w:t>
            </w:r>
          </w:p>
          <w:p w14:paraId="6EED7DB9" w14:textId="77777777" w:rsidR="00472560" w:rsidRPr="00DA223F" w:rsidRDefault="00472560" w:rsidP="00472560">
            <w:pPr>
              <w:rPr>
                <w:rFonts w:ascii="Times New Roman" w:hAnsi="Times New Roman" w:cs="Times New Roman"/>
              </w:rPr>
            </w:pPr>
          </w:p>
          <w:p w14:paraId="07B20384" w14:textId="2E8448F4" w:rsidR="00472560" w:rsidRPr="002F5D52" w:rsidRDefault="00472560" w:rsidP="00472560">
            <w:pPr>
              <w:rPr>
                <w:rFonts w:ascii="Times New Roman" w:hAnsi="Times New Roman" w:cs="Times New Roman"/>
                <w:b/>
                <w:bCs/>
              </w:rPr>
            </w:pPr>
          </w:p>
        </w:tc>
        <w:tc>
          <w:tcPr>
            <w:tcW w:w="1620" w:type="dxa"/>
            <w:vMerge/>
            <w:vAlign w:val="center"/>
          </w:tcPr>
          <w:p w14:paraId="533D841E" w14:textId="77777777" w:rsidR="00472560" w:rsidRPr="002F5D52" w:rsidRDefault="00472560" w:rsidP="00472560">
            <w:pPr>
              <w:jc w:val="center"/>
              <w:rPr>
                <w:rFonts w:ascii="Times New Roman" w:hAnsi="Times New Roman" w:cs="Times New Roman"/>
              </w:rPr>
            </w:pPr>
          </w:p>
        </w:tc>
      </w:tr>
    </w:tbl>
    <w:p w14:paraId="5402D75D"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AC316E" w:rsidRPr="002F5D52" w14:paraId="47CDFD2F" w14:textId="77777777" w:rsidTr="00E5395D">
        <w:trPr>
          <w:trHeight w:val="350"/>
          <w:jc w:val="center"/>
        </w:trPr>
        <w:tc>
          <w:tcPr>
            <w:tcW w:w="9625" w:type="dxa"/>
            <w:gridSpan w:val="3"/>
            <w:vAlign w:val="center"/>
          </w:tcPr>
          <w:p w14:paraId="289A702B" w14:textId="08B47F71" w:rsidR="00AC316E" w:rsidRPr="002F5D52" w:rsidRDefault="00AC316E" w:rsidP="00AC316E">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4</w:t>
            </w:r>
            <w:r w:rsidR="006F36C0">
              <w:rPr>
                <w:rFonts w:ascii="Times New Roman" w:hAnsi="Times New Roman" w:cs="Times New Roman"/>
                <w:b/>
                <w:bCs/>
              </w:rPr>
              <w:t>7</w:t>
            </w:r>
          </w:p>
        </w:tc>
      </w:tr>
      <w:tr w:rsidR="003568D4" w:rsidRPr="002F5D52" w14:paraId="22DEFF07" w14:textId="77777777" w:rsidTr="00426062">
        <w:trPr>
          <w:trHeight w:val="1387"/>
          <w:jc w:val="center"/>
        </w:trPr>
        <w:tc>
          <w:tcPr>
            <w:tcW w:w="4225" w:type="dxa"/>
          </w:tcPr>
          <w:p w14:paraId="5B64AC78" w14:textId="77777777" w:rsidR="003568D4" w:rsidRDefault="003568D4" w:rsidP="003568D4">
            <w:pPr>
              <w:rPr>
                <w:rFonts w:ascii="Times New Roman" w:hAnsi="Times New Roman" w:cs="Times New Roman"/>
              </w:rPr>
            </w:pPr>
            <w:r w:rsidRPr="002F5D52">
              <w:rPr>
                <w:rFonts w:ascii="Times New Roman" w:hAnsi="Times New Roman" w:cs="Times New Roman"/>
                <w:b/>
                <w:bCs/>
              </w:rPr>
              <w:t>SAVAHCS</w:t>
            </w:r>
            <w:r w:rsidRPr="002F5D52">
              <w:rPr>
                <w:rFonts w:ascii="Times New Roman" w:hAnsi="Times New Roman" w:cs="Times New Roman"/>
              </w:rPr>
              <w:br/>
              <w:t>Clinical Laboratory</w:t>
            </w:r>
            <w:r w:rsidRPr="002F5D52">
              <w:rPr>
                <w:rFonts w:ascii="Times New Roman" w:hAnsi="Times New Roman" w:cs="Times New Roman"/>
              </w:rPr>
              <w:br/>
              <w:t>Southern Arizona VA Health Care</w:t>
            </w:r>
            <w:r w:rsidRPr="002F5D52">
              <w:rPr>
                <w:rFonts w:ascii="Times New Roman" w:hAnsi="Times New Roman" w:cs="Times New Roman"/>
              </w:rPr>
              <w:br/>
              <w:t>3601 S. 6th Ave.</w:t>
            </w:r>
            <w:r w:rsidRPr="002F5D52">
              <w:rPr>
                <w:rFonts w:ascii="Times New Roman" w:hAnsi="Times New Roman" w:cs="Times New Roman"/>
              </w:rPr>
              <w:br/>
              <w:t>Tucson, AZ 85723</w:t>
            </w:r>
            <w:r w:rsidRPr="002F5D52">
              <w:rPr>
                <w:rFonts w:ascii="Times New Roman" w:hAnsi="Times New Roman" w:cs="Times New Roman"/>
              </w:rPr>
              <w:br/>
              <w:t xml:space="preserve">Days/Week: Monday-Friday excluding </w:t>
            </w:r>
            <w:r w:rsidRPr="002F5D52">
              <w:rPr>
                <w:rFonts w:ascii="Times New Roman" w:hAnsi="Times New Roman" w:cs="Times New Roman"/>
              </w:rPr>
              <w:lastRenderedPageBreak/>
              <w:t>Federal Holidays</w:t>
            </w:r>
            <w:r w:rsidRPr="002F5D52">
              <w:rPr>
                <w:rFonts w:ascii="Times New Roman" w:hAnsi="Times New Roman" w:cs="Times New Roman"/>
              </w:rPr>
              <w:br/>
              <w:t>Pick-up: Between 7:30am-10:00am</w:t>
            </w:r>
          </w:p>
          <w:p w14:paraId="446541C4" w14:textId="77777777" w:rsidR="001D5BBA" w:rsidRDefault="001D5BBA" w:rsidP="003568D4">
            <w:pPr>
              <w:rPr>
                <w:rFonts w:ascii="Times New Roman" w:hAnsi="Times New Roman" w:cs="Times New Roman"/>
              </w:rPr>
            </w:pPr>
          </w:p>
          <w:p w14:paraId="40394FC9" w14:textId="77777777" w:rsidR="001D5BBA" w:rsidRPr="00DA223F" w:rsidRDefault="001D5BBA" w:rsidP="001D5BBA">
            <w:pPr>
              <w:rPr>
                <w:rFonts w:ascii="Times New Roman" w:hAnsi="Times New Roman" w:cs="Times New Roman"/>
                <w:b/>
                <w:bCs/>
              </w:rPr>
            </w:pPr>
            <w:r w:rsidRPr="00DA223F">
              <w:rPr>
                <w:rFonts w:ascii="Times New Roman" w:hAnsi="Times New Roman" w:cs="Times New Roman"/>
                <w:b/>
                <w:bCs/>
              </w:rPr>
              <w:t>SAVAHCS</w:t>
            </w:r>
          </w:p>
          <w:p w14:paraId="71B6A3D7" w14:textId="77777777" w:rsidR="001D5BBA" w:rsidRPr="00DA223F" w:rsidRDefault="001D5BBA" w:rsidP="001D5BBA">
            <w:pPr>
              <w:rPr>
                <w:rFonts w:ascii="Times New Roman" w:hAnsi="Times New Roman" w:cs="Times New Roman"/>
              </w:rPr>
            </w:pPr>
            <w:r w:rsidRPr="00DA223F">
              <w:rPr>
                <w:rFonts w:ascii="Times New Roman" w:hAnsi="Times New Roman" w:cs="Times New Roman"/>
              </w:rPr>
              <w:t xml:space="preserve">Supply Chain Management </w:t>
            </w:r>
          </w:p>
          <w:p w14:paraId="06B8566F" w14:textId="77777777" w:rsidR="001D5BBA" w:rsidRPr="00DA223F" w:rsidRDefault="001D5BBA" w:rsidP="001D5BBA">
            <w:pPr>
              <w:rPr>
                <w:rFonts w:ascii="Times New Roman" w:hAnsi="Times New Roman" w:cs="Times New Roman"/>
              </w:rPr>
            </w:pPr>
            <w:r w:rsidRPr="00DA223F">
              <w:rPr>
                <w:rFonts w:ascii="Times New Roman" w:hAnsi="Times New Roman" w:cs="Times New Roman"/>
              </w:rPr>
              <w:t>Building 57, Room 190 &amp; Room 138</w:t>
            </w:r>
          </w:p>
          <w:p w14:paraId="68D8A661" w14:textId="77777777" w:rsidR="001D5BBA" w:rsidRPr="00DA223F" w:rsidRDefault="001D5BBA" w:rsidP="001D5BBA">
            <w:pPr>
              <w:rPr>
                <w:rFonts w:ascii="Times New Roman" w:hAnsi="Times New Roman" w:cs="Times New Roman"/>
              </w:rPr>
            </w:pPr>
            <w:r w:rsidRPr="00DA223F">
              <w:rPr>
                <w:rFonts w:ascii="Times New Roman" w:hAnsi="Times New Roman" w:cs="Times New Roman"/>
              </w:rPr>
              <w:t>Southern Arizona VA Healthcare</w:t>
            </w:r>
          </w:p>
          <w:p w14:paraId="5A73D112" w14:textId="77777777" w:rsidR="001D5BBA" w:rsidRPr="00DA223F" w:rsidRDefault="001D5BBA" w:rsidP="001D5BBA">
            <w:pPr>
              <w:rPr>
                <w:rFonts w:ascii="Times New Roman" w:hAnsi="Times New Roman" w:cs="Times New Roman"/>
              </w:rPr>
            </w:pPr>
            <w:r w:rsidRPr="00DA223F">
              <w:rPr>
                <w:rFonts w:ascii="Times New Roman" w:hAnsi="Times New Roman" w:cs="Times New Roman"/>
              </w:rPr>
              <w:t>3601 S. 6th Ave.</w:t>
            </w:r>
          </w:p>
          <w:p w14:paraId="282886B8" w14:textId="77777777" w:rsidR="001D5BBA" w:rsidRPr="00DA223F" w:rsidRDefault="001D5BBA" w:rsidP="001D5BBA">
            <w:pPr>
              <w:rPr>
                <w:rFonts w:ascii="Times New Roman" w:hAnsi="Times New Roman" w:cs="Times New Roman"/>
              </w:rPr>
            </w:pPr>
            <w:r w:rsidRPr="00DA223F">
              <w:rPr>
                <w:rFonts w:ascii="Times New Roman" w:hAnsi="Times New Roman" w:cs="Times New Roman"/>
              </w:rPr>
              <w:t>Tucson, AZ 85723</w:t>
            </w:r>
          </w:p>
          <w:p w14:paraId="35C4F8E4" w14:textId="77777777" w:rsidR="001D5BBA" w:rsidRPr="00DA223F" w:rsidRDefault="001D5BBA" w:rsidP="001D5BBA">
            <w:pPr>
              <w:rPr>
                <w:rFonts w:ascii="Times New Roman" w:hAnsi="Times New Roman" w:cs="Times New Roman"/>
              </w:rPr>
            </w:pPr>
            <w:r w:rsidRPr="00DA223F">
              <w:rPr>
                <w:rFonts w:ascii="Times New Roman" w:hAnsi="Times New Roman" w:cs="Times New Roman"/>
              </w:rPr>
              <w:t>Days/Week: Monday-Friday excluding Federal Holidays</w:t>
            </w:r>
          </w:p>
          <w:p w14:paraId="608D1792" w14:textId="77777777" w:rsidR="001D5BBA" w:rsidRPr="00DA223F" w:rsidRDefault="001D5BBA" w:rsidP="001D5BBA">
            <w:pPr>
              <w:shd w:val="clear" w:color="auto" w:fill="FFFFFF"/>
              <w:rPr>
                <w:rFonts w:ascii="Times New Roman" w:hAnsi="Times New Roman" w:cs="Times New Roman"/>
              </w:rPr>
            </w:pPr>
            <w:r w:rsidRPr="00DA223F">
              <w:rPr>
                <w:rFonts w:ascii="Times New Roman" w:hAnsi="Times New Roman" w:cs="Times New Roman"/>
              </w:rPr>
              <w:t>Pick-up: Between 8:30am - 10:30am</w:t>
            </w:r>
          </w:p>
          <w:p w14:paraId="1FCE2697" w14:textId="77777777" w:rsidR="001D5BBA" w:rsidRPr="00DA223F" w:rsidRDefault="001D5BBA" w:rsidP="001D5BBA">
            <w:pPr>
              <w:shd w:val="clear" w:color="auto" w:fill="FFFFFF"/>
              <w:rPr>
                <w:rFonts w:ascii="Times New Roman" w:hAnsi="Times New Roman" w:cs="Times New Roman"/>
              </w:rPr>
            </w:pPr>
          </w:p>
          <w:p w14:paraId="42AB2D92" w14:textId="77777777" w:rsidR="001D5BBA" w:rsidRPr="00DA223F" w:rsidRDefault="001D5BBA" w:rsidP="001D5BBA">
            <w:pPr>
              <w:rPr>
                <w:rFonts w:ascii="Times New Roman" w:hAnsi="Times New Roman" w:cs="Times New Roman"/>
                <w:b/>
                <w:bCs/>
              </w:rPr>
            </w:pPr>
            <w:r w:rsidRPr="00DA223F">
              <w:rPr>
                <w:rFonts w:ascii="Times New Roman" w:hAnsi="Times New Roman" w:cs="Times New Roman"/>
                <w:b/>
                <w:bCs/>
              </w:rPr>
              <w:t>SAVAHCS</w:t>
            </w:r>
          </w:p>
          <w:p w14:paraId="3C001527" w14:textId="77777777" w:rsidR="001D5BBA" w:rsidRPr="00DA223F" w:rsidRDefault="001D5BBA" w:rsidP="001D5BBA">
            <w:pPr>
              <w:rPr>
                <w:rFonts w:ascii="Times New Roman" w:hAnsi="Times New Roman" w:cs="Times New Roman"/>
              </w:rPr>
            </w:pPr>
            <w:r w:rsidRPr="00DA223F">
              <w:rPr>
                <w:rFonts w:ascii="Times New Roman" w:hAnsi="Times New Roman" w:cs="Times New Roman"/>
              </w:rPr>
              <w:t>Supply Chain Management/ Mailroom</w:t>
            </w:r>
          </w:p>
          <w:p w14:paraId="6A384E36" w14:textId="77777777" w:rsidR="001D5BBA" w:rsidRPr="00DA223F" w:rsidRDefault="001D5BBA" w:rsidP="001D5BBA">
            <w:pPr>
              <w:rPr>
                <w:rFonts w:ascii="Times New Roman" w:hAnsi="Times New Roman" w:cs="Times New Roman"/>
              </w:rPr>
            </w:pPr>
            <w:r w:rsidRPr="00DA223F">
              <w:rPr>
                <w:rFonts w:ascii="Times New Roman" w:hAnsi="Times New Roman" w:cs="Times New Roman"/>
              </w:rPr>
              <w:t>Building 14, Warehouse 101-14</w:t>
            </w:r>
          </w:p>
          <w:p w14:paraId="0D1D4DAE" w14:textId="77777777" w:rsidR="001D5BBA" w:rsidRPr="00DA223F" w:rsidRDefault="001D5BBA" w:rsidP="001D5BBA">
            <w:pPr>
              <w:rPr>
                <w:rFonts w:ascii="Times New Roman" w:hAnsi="Times New Roman" w:cs="Times New Roman"/>
              </w:rPr>
            </w:pPr>
            <w:r w:rsidRPr="00DA223F">
              <w:rPr>
                <w:rFonts w:ascii="Times New Roman" w:hAnsi="Times New Roman" w:cs="Times New Roman"/>
              </w:rPr>
              <w:t>Southern Arizona VA Healthcare</w:t>
            </w:r>
          </w:p>
          <w:p w14:paraId="3839BA71" w14:textId="77777777" w:rsidR="001D5BBA" w:rsidRPr="00DA223F" w:rsidRDefault="001D5BBA" w:rsidP="001D5BBA">
            <w:pPr>
              <w:rPr>
                <w:rFonts w:ascii="Times New Roman" w:hAnsi="Times New Roman" w:cs="Times New Roman"/>
              </w:rPr>
            </w:pPr>
            <w:r w:rsidRPr="00DA223F">
              <w:rPr>
                <w:rFonts w:ascii="Times New Roman" w:hAnsi="Times New Roman" w:cs="Times New Roman"/>
              </w:rPr>
              <w:t>3601 S. 6th Ave.</w:t>
            </w:r>
          </w:p>
          <w:p w14:paraId="19B25DAA" w14:textId="77777777" w:rsidR="001D5BBA" w:rsidRPr="00DA223F" w:rsidRDefault="001D5BBA" w:rsidP="001D5BBA">
            <w:pPr>
              <w:rPr>
                <w:rFonts w:ascii="Times New Roman" w:hAnsi="Times New Roman" w:cs="Times New Roman"/>
              </w:rPr>
            </w:pPr>
            <w:r w:rsidRPr="00DA223F">
              <w:rPr>
                <w:rFonts w:ascii="Times New Roman" w:hAnsi="Times New Roman" w:cs="Times New Roman"/>
              </w:rPr>
              <w:t>Tucson, AZ 85723</w:t>
            </w:r>
          </w:p>
          <w:p w14:paraId="6AC009B6" w14:textId="77777777" w:rsidR="001D5BBA" w:rsidRPr="00DA223F" w:rsidRDefault="001D5BBA" w:rsidP="001D5BBA">
            <w:pPr>
              <w:rPr>
                <w:rFonts w:ascii="Times New Roman" w:hAnsi="Times New Roman" w:cs="Times New Roman"/>
              </w:rPr>
            </w:pPr>
            <w:r w:rsidRPr="00DA223F">
              <w:rPr>
                <w:rFonts w:ascii="Times New Roman" w:hAnsi="Times New Roman" w:cs="Times New Roman"/>
              </w:rPr>
              <w:t>Days/Week: Monday-Friday excluding Federal Holidays</w:t>
            </w:r>
          </w:p>
          <w:p w14:paraId="7517E4B5" w14:textId="77777777" w:rsidR="001D5BBA" w:rsidRDefault="001D5BBA" w:rsidP="001D5BBA">
            <w:pPr>
              <w:shd w:val="clear" w:color="auto" w:fill="FFFFFF"/>
              <w:rPr>
                <w:rFonts w:ascii="Times New Roman" w:hAnsi="Times New Roman" w:cs="Times New Roman"/>
              </w:rPr>
            </w:pPr>
            <w:r w:rsidRPr="00DA223F">
              <w:rPr>
                <w:rFonts w:ascii="Times New Roman" w:hAnsi="Times New Roman" w:cs="Times New Roman"/>
              </w:rPr>
              <w:t>Pick-up: Between 7:30am - 10:30am</w:t>
            </w:r>
          </w:p>
          <w:p w14:paraId="6BB71551" w14:textId="7A777029" w:rsidR="001D5BBA" w:rsidRPr="002F5D52" w:rsidRDefault="001D5BBA" w:rsidP="001D5BBA">
            <w:pPr>
              <w:shd w:val="clear" w:color="auto" w:fill="FFFFFF"/>
              <w:rPr>
                <w:rFonts w:ascii="Times New Roman" w:hAnsi="Times New Roman" w:cs="Times New Roman"/>
              </w:rPr>
            </w:pPr>
          </w:p>
        </w:tc>
        <w:tc>
          <w:tcPr>
            <w:tcW w:w="3780" w:type="dxa"/>
          </w:tcPr>
          <w:p w14:paraId="2F30ED1E" w14:textId="77777777" w:rsidR="003568D4" w:rsidRPr="002F5D52" w:rsidRDefault="003568D4" w:rsidP="003568D4">
            <w:pPr>
              <w:shd w:val="clear" w:color="auto" w:fill="FFFFFF"/>
              <w:rPr>
                <w:rFonts w:ascii="Times New Roman" w:hAnsi="Times New Roman" w:cs="Times New Roman"/>
                <w:b/>
                <w:bCs/>
              </w:rPr>
            </w:pPr>
            <w:r w:rsidRPr="002F5D52">
              <w:rPr>
                <w:rFonts w:ascii="Times New Roman" w:hAnsi="Times New Roman" w:cs="Times New Roman"/>
                <w:b/>
                <w:bCs/>
              </w:rPr>
              <w:lastRenderedPageBreak/>
              <w:t>Pinal County VA Clinic</w:t>
            </w:r>
          </w:p>
          <w:p w14:paraId="030575DD" w14:textId="77777777" w:rsidR="003568D4" w:rsidRPr="002F5D52" w:rsidRDefault="003568D4" w:rsidP="003568D4">
            <w:pPr>
              <w:shd w:val="clear" w:color="auto" w:fill="FFFFFF"/>
              <w:rPr>
                <w:rFonts w:ascii="Times New Roman" w:hAnsi="Times New Roman" w:cs="Times New Roman"/>
              </w:rPr>
            </w:pPr>
            <w:r w:rsidRPr="002F5D52">
              <w:rPr>
                <w:rFonts w:ascii="Times New Roman" w:hAnsi="Times New Roman" w:cs="Times New Roman"/>
              </w:rPr>
              <w:t>1179 E Cottonwood Lane</w:t>
            </w:r>
          </w:p>
          <w:p w14:paraId="03874A39" w14:textId="77777777" w:rsidR="003568D4" w:rsidRPr="002F5D52" w:rsidRDefault="003568D4" w:rsidP="003568D4">
            <w:pPr>
              <w:shd w:val="clear" w:color="auto" w:fill="FFFFFF"/>
              <w:rPr>
                <w:rFonts w:ascii="Times New Roman" w:hAnsi="Times New Roman" w:cs="Times New Roman"/>
              </w:rPr>
            </w:pPr>
            <w:r w:rsidRPr="002F5D52">
              <w:rPr>
                <w:rFonts w:ascii="Times New Roman" w:hAnsi="Times New Roman" w:cs="Times New Roman"/>
              </w:rPr>
              <w:t>Casa Grande, Arizona 85122</w:t>
            </w:r>
          </w:p>
          <w:p w14:paraId="7AAFF538" w14:textId="6BD7CEBA" w:rsidR="003568D4" w:rsidRPr="002F5D52" w:rsidRDefault="003568D4" w:rsidP="00AC316E">
            <w:pPr>
              <w:rPr>
                <w:rFonts w:ascii="Times New Roman" w:hAnsi="Times New Roman" w:cs="Times New Roman"/>
              </w:rPr>
            </w:pPr>
            <w:r w:rsidRPr="002F5D52">
              <w:rPr>
                <w:rFonts w:ascii="Times New Roman" w:hAnsi="Times New Roman" w:cs="Times New Roman"/>
              </w:rPr>
              <w:t>Delivery: Between 3:30pm-4:00pm</w:t>
            </w:r>
          </w:p>
        </w:tc>
        <w:tc>
          <w:tcPr>
            <w:tcW w:w="1620" w:type="dxa"/>
            <w:vMerge w:val="restart"/>
            <w:vAlign w:val="center"/>
          </w:tcPr>
          <w:p w14:paraId="3122693E" w14:textId="7DA9D651" w:rsidR="003568D4" w:rsidRPr="002F5D52" w:rsidRDefault="003568D4" w:rsidP="00426062">
            <w:pPr>
              <w:jc w:val="center"/>
              <w:rPr>
                <w:rFonts w:ascii="Times New Roman" w:hAnsi="Times New Roman" w:cs="Times New Roman"/>
              </w:rPr>
            </w:pPr>
            <w:r w:rsidRPr="002F5D52">
              <w:rPr>
                <w:rFonts w:ascii="Times New Roman" w:hAnsi="Times New Roman" w:cs="Times New Roman"/>
              </w:rPr>
              <w:t>260 runs/year</w:t>
            </w:r>
          </w:p>
          <w:p w14:paraId="0E326485" w14:textId="77777777" w:rsidR="003568D4" w:rsidRPr="002F5D52" w:rsidRDefault="003568D4" w:rsidP="00426062">
            <w:pPr>
              <w:jc w:val="center"/>
              <w:rPr>
                <w:rFonts w:ascii="Times New Roman" w:hAnsi="Times New Roman" w:cs="Times New Roman"/>
              </w:rPr>
            </w:pPr>
          </w:p>
          <w:p w14:paraId="457B0575" w14:textId="77777777" w:rsidR="003568D4" w:rsidRPr="002F5D52" w:rsidRDefault="003568D4" w:rsidP="00426062">
            <w:pPr>
              <w:jc w:val="center"/>
              <w:rPr>
                <w:rFonts w:ascii="Times New Roman" w:hAnsi="Times New Roman" w:cs="Times New Roman"/>
              </w:rPr>
            </w:pPr>
          </w:p>
          <w:p w14:paraId="147017B4" w14:textId="77777777" w:rsidR="003568D4" w:rsidRPr="002F5D52" w:rsidRDefault="003568D4" w:rsidP="00426062">
            <w:pPr>
              <w:jc w:val="center"/>
              <w:rPr>
                <w:rFonts w:ascii="Times New Roman" w:hAnsi="Times New Roman" w:cs="Times New Roman"/>
              </w:rPr>
            </w:pPr>
          </w:p>
          <w:p w14:paraId="4B5F5224" w14:textId="116A9D59" w:rsidR="003568D4" w:rsidRPr="002F5D52" w:rsidRDefault="003568D4" w:rsidP="00426062">
            <w:pPr>
              <w:jc w:val="center"/>
              <w:rPr>
                <w:rFonts w:ascii="Times New Roman" w:hAnsi="Times New Roman" w:cs="Times New Roman"/>
              </w:rPr>
            </w:pPr>
          </w:p>
        </w:tc>
      </w:tr>
      <w:tr w:rsidR="003568D4" w:rsidRPr="002F5D52" w14:paraId="59723310" w14:textId="77777777" w:rsidTr="00E5395D">
        <w:trPr>
          <w:trHeight w:val="1387"/>
          <w:jc w:val="center"/>
        </w:trPr>
        <w:tc>
          <w:tcPr>
            <w:tcW w:w="4225" w:type="dxa"/>
          </w:tcPr>
          <w:p w14:paraId="0ACB7720" w14:textId="77777777" w:rsidR="005024DF" w:rsidRPr="00DA223F" w:rsidRDefault="005024DF" w:rsidP="005024DF">
            <w:pPr>
              <w:shd w:val="clear" w:color="auto" w:fill="FFFFFF"/>
              <w:rPr>
                <w:rFonts w:ascii="Times New Roman" w:hAnsi="Times New Roman" w:cs="Times New Roman"/>
                <w:b/>
                <w:bCs/>
              </w:rPr>
            </w:pPr>
            <w:r w:rsidRPr="00DA223F">
              <w:rPr>
                <w:rFonts w:ascii="Times New Roman" w:hAnsi="Times New Roman" w:cs="Times New Roman"/>
                <w:b/>
                <w:bCs/>
              </w:rPr>
              <w:t>Pinal County VA Clinic</w:t>
            </w:r>
          </w:p>
          <w:p w14:paraId="3AA5CE1B" w14:textId="77777777" w:rsidR="005024DF" w:rsidRPr="00DA223F" w:rsidRDefault="005024DF" w:rsidP="005024DF">
            <w:pPr>
              <w:shd w:val="clear" w:color="auto" w:fill="FFFFFF"/>
              <w:rPr>
                <w:rFonts w:ascii="Times New Roman" w:hAnsi="Times New Roman" w:cs="Times New Roman"/>
              </w:rPr>
            </w:pPr>
            <w:r w:rsidRPr="00DA223F">
              <w:rPr>
                <w:rFonts w:ascii="Times New Roman" w:hAnsi="Times New Roman" w:cs="Times New Roman"/>
              </w:rPr>
              <w:t>1179 E Cottonwood Lane</w:t>
            </w:r>
          </w:p>
          <w:p w14:paraId="05E0C697" w14:textId="77777777" w:rsidR="005024DF" w:rsidRPr="00DA223F" w:rsidRDefault="005024DF" w:rsidP="005024DF">
            <w:pPr>
              <w:shd w:val="clear" w:color="auto" w:fill="FFFFFF"/>
              <w:rPr>
                <w:rFonts w:ascii="Times New Roman" w:hAnsi="Times New Roman" w:cs="Times New Roman"/>
              </w:rPr>
            </w:pPr>
            <w:r w:rsidRPr="00DA223F">
              <w:rPr>
                <w:rFonts w:ascii="Times New Roman" w:hAnsi="Times New Roman" w:cs="Times New Roman"/>
              </w:rPr>
              <w:t>Casa Grande, Arizona 85122</w:t>
            </w:r>
          </w:p>
          <w:p w14:paraId="1B2F4E19" w14:textId="77777777" w:rsidR="005024DF" w:rsidRPr="00DA223F" w:rsidRDefault="005024DF" w:rsidP="005024DF">
            <w:pPr>
              <w:rPr>
                <w:rFonts w:ascii="Times New Roman" w:hAnsi="Times New Roman" w:cs="Times New Roman"/>
              </w:rPr>
            </w:pPr>
            <w:r w:rsidRPr="00DA223F">
              <w:rPr>
                <w:rFonts w:ascii="Times New Roman" w:hAnsi="Times New Roman" w:cs="Times New Roman"/>
              </w:rPr>
              <w:t>Days/Week: Monday-Friday excluding Federal Holidays</w:t>
            </w:r>
          </w:p>
          <w:p w14:paraId="53E36DDB" w14:textId="07678D46" w:rsidR="003568D4" w:rsidRPr="001D5BBA" w:rsidRDefault="005024DF" w:rsidP="001D5BBA">
            <w:pPr>
              <w:shd w:val="clear" w:color="auto" w:fill="FFFFFF"/>
              <w:rPr>
                <w:rFonts w:ascii="Times New Roman" w:hAnsi="Times New Roman" w:cs="Times New Roman"/>
              </w:rPr>
            </w:pPr>
            <w:r w:rsidRPr="00DA223F">
              <w:rPr>
                <w:rFonts w:ascii="Times New Roman" w:hAnsi="Times New Roman" w:cs="Times New Roman"/>
              </w:rPr>
              <w:t>Pick-up: Between 3:30pm-4:00pm</w:t>
            </w:r>
          </w:p>
        </w:tc>
        <w:tc>
          <w:tcPr>
            <w:tcW w:w="3780" w:type="dxa"/>
          </w:tcPr>
          <w:p w14:paraId="052E6813" w14:textId="77777777" w:rsidR="001A7FDC" w:rsidRPr="00DA223F" w:rsidRDefault="001A7FDC" w:rsidP="001A7FDC">
            <w:pPr>
              <w:rPr>
                <w:rFonts w:ascii="Times New Roman" w:hAnsi="Times New Roman" w:cs="Times New Roman"/>
                <w:b/>
                <w:bCs/>
              </w:rPr>
            </w:pPr>
            <w:r w:rsidRPr="00DA223F">
              <w:rPr>
                <w:rFonts w:ascii="Times New Roman" w:hAnsi="Times New Roman" w:cs="Times New Roman"/>
                <w:b/>
                <w:bCs/>
              </w:rPr>
              <w:t>SAVAHCS</w:t>
            </w:r>
          </w:p>
          <w:p w14:paraId="605B64DC"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Clinical Laboratory</w:t>
            </w:r>
          </w:p>
          <w:p w14:paraId="2D394276"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Southern Arizona VA Health Care</w:t>
            </w:r>
          </w:p>
          <w:p w14:paraId="08B769FC"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7F69961A"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Tucson, AZ 85723</w:t>
            </w:r>
          </w:p>
          <w:p w14:paraId="10B04E12"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Delivery: No later than 8:30pm</w:t>
            </w:r>
          </w:p>
          <w:p w14:paraId="56AFCE4C" w14:textId="77777777" w:rsidR="001A7FDC" w:rsidRPr="00DA223F" w:rsidRDefault="001A7FDC" w:rsidP="001A7FDC">
            <w:pPr>
              <w:rPr>
                <w:rFonts w:ascii="Times New Roman" w:hAnsi="Times New Roman" w:cs="Times New Roman"/>
              </w:rPr>
            </w:pPr>
          </w:p>
          <w:p w14:paraId="318A1792" w14:textId="77777777" w:rsidR="001A7FDC" w:rsidRPr="00DA223F" w:rsidRDefault="001A7FDC" w:rsidP="001A7FDC">
            <w:pPr>
              <w:rPr>
                <w:rFonts w:ascii="Times New Roman" w:hAnsi="Times New Roman" w:cs="Times New Roman"/>
                <w:b/>
                <w:bCs/>
              </w:rPr>
            </w:pPr>
            <w:r w:rsidRPr="00DA223F">
              <w:rPr>
                <w:rFonts w:ascii="Times New Roman" w:hAnsi="Times New Roman" w:cs="Times New Roman"/>
                <w:b/>
                <w:bCs/>
              </w:rPr>
              <w:t>SAVAHCS</w:t>
            </w:r>
          </w:p>
          <w:p w14:paraId="19B70D57"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 xml:space="preserve">Supply Chain Management </w:t>
            </w:r>
          </w:p>
          <w:p w14:paraId="1E877928"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Building 57, Room 190 &amp; Room 138</w:t>
            </w:r>
          </w:p>
          <w:p w14:paraId="4E3FAFFF"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Southern Arizona VA Healthcare</w:t>
            </w:r>
          </w:p>
          <w:p w14:paraId="7C4FB9E0"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3601 S. 6th Ave.</w:t>
            </w:r>
          </w:p>
          <w:p w14:paraId="199ACA54"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Tucson, AZ 85723</w:t>
            </w:r>
          </w:p>
          <w:p w14:paraId="6250A70B"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Delivery: No later than 6:00pm</w:t>
            </w:r>
          </w:p>
          <w:p w14:paraId="4B25497B" w14:textId="77777777" w:rsidR="001A7FDC" w:rsidRPr="00DA223F" w:rsidRDefault="001A7FDC" w:rsidP="001A7FDC">
            <w:pPr>
              <w:rPr>
                <w:rFonts w:ascii="Times New Roman" w:hAnsi="Times New Roman" w:cs="Times New Roman"/>
              </w:rPr>
            </w:pPr>
          </w:p>
          <w:p w14:paraId="7080D084" w14:textId="77777777" w:rsidR="001A7FDC" w:rsidRPr="00DA223F" w:rsidRDefault="001A7FDC" w:rsidP="001A7FDC">
            <w:pPr>
              <w:rPr>
                <w:rFonts w:ascii="Times New Roman" w:hAnsi="Times New Roman" w:cs="Times New Roman"/>
              </w:rPr>
            </w:pPr>
          </w:p>
          <w:p w14:paraId="18CC5A2E" w14:textId="77777777" w:rsidR="001A7FDC" w:rsidRPr="00DA223F" w:rsidRDefault="001A7FDC" w:rsidP="001A7FDC">
            <w:pPr>
              <w:rPr>
                <w:rFonts w:ascii="Times New Roman" w:hAnsi="Times New Roman" w:cs="Times New Roman"/>
                <w:b/>
                <w:bCs/>
              </w:rPr>
            </w:pPr>
            <w:r w:rsidRPr="00DA223F">
              <w:rPr>
                <w:rFonts w:ascii="Times New Roman" w:hAnsi="Times New Roman" w:cs="Times New Roman"/>
                <w:b/>
                <w:bCs/>
              </w:rPr>
              <w:t>SAVAHCS</w:t>
            </w:r>
          </w:p>
          <w:p w14:paraId="72AC64DC"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Supply Chain Management/ Mailroom</w:t>
            </w:r>
          </w:p>
          <w:p w14:paraId="5AA63711"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Room 14 Building Room 101-14</w:t>
            </w:r>
          </w:p>
          <w:p w14:paraId="359B7DCA"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Southern Arizona VA Healthcare</w:t>
            </w:r>
          </w:p>
          <w:p w14:paraId="29357677"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3601 S. 6th Ave.</w:t>
            </w:r>
          </w:p>
          <w:p w14:paraId="030E8308"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Tucson, AZ 85723</w:t>
            </w:r>
          </w:p>
          <w:p w14:paraId="5EC58E8A" w14:textId="77777777" w:rsidR="001A7FDC" w:rsidRPr="00DA223F" w:rsidRDefault="001A7FDC" w:rsidP="001A7FDC">
            <w:pPr>
              <w:rPr>
                <w:rFonts w:ascii="Times New Roman" w:hAnsi="Times New Roman" w:cs="Times New Roman"/>
              </w:rPr>
            </w:pPr>
            <w:r w:rsidRPr="00DA223F">
              <w:rPr>
                <w:rFonts w:ascii="Times New Roman" w:hAnsi="Times New Roman" w:cs="Times New Roman"/>
              </w:rPr>
              <w:t>Delivery: No later than 3:30pm</w:t>
            </w:r>
          </w:p>
          <w:p w14:paraId="56FA3ABB" w14:textId="5DA7B097" w:rsidR="003568D4" w:rsidRPr="002F5D52" w:rsidRDefault="003568D4" w:rsidP="003568D4">
            <w:pPr>
              <w:rPr>
                <w:rFonts w:ascii="Times New Roman" w:hAnsi="Times New Roman" w:cs="Times New Roman"/>
                <w:b/>
                <w:bCs/>
              </w:rPr>
            </w:pPr>
          </w:p>
        </w:tc>
        <w:tc>
          <w:tcPr>
            <w:tcW w:w="1620" w:type="dxa"/>
            <w:vMerge/>
            <w:vAlign w:val="center"/>
          </w:tcPr>
          <w:p w14:paraId="58ABFF69" w14:textId="77777777" w:rsidR="003568D4" w:rsidRPr="002F5D52" w:rsidRDefault="003568D4" w:rsidP="003568D4">
            <w:pPr>
              <w:jc w:val="center"/>
              <w:rPr>
                <w:rFonts w:ascii="Times New Roman" w:hAnsi="Times New Roman" w:cs="Times New Roman"/>
              </w:rPr>
            </w:pPr>
          </w:p>
        </w:tc>
      </w:tr>
    </w:tbl>
    <w:p w14:paraId="0C0CF363"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3568D4" w:rsidRPr="002F5D52" w14:paraId="79BFE660" w14:textId="77777777" w:rsidTr="00E5395D">
        <w:trPr>
          <w:trHeight w:val="350"/>
          <w:jc w:val="center"/>
        </w:trPr>
        <w:tc>
          <w:tcPr>
            <w:tcW w:w="9625" w:type="dxa"/>
            <w:gridSpan w:val="3"/>
            <w:vAlign w:val="center"/>
          </w:tcPr>
          <w:p w14:paraId="0E2698C8" w14:textId="5EBAD74A" w:rsidR="003568D4" w:rsidRPr="002F5D52" w:rsidRDefault="003568D4" w:rsidP="003568D4">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48</w:t>
            </w:r>
          </w:p>
        </w:tc>
      </w:tr>
      <w:tr w:rsidR="00943E0B" w:rsidRPr="002F5D52" w14:paraId="2EE1544F" w14:textId="77777777" w:rsidTr="00E5395D">
        <w:trPr>
          <w:trHeight w:val="1142"/>
          <w:jc w:val="center"/>
        </w:trPr>
        <w:tc>
          <w:tcPr>
            <w:tcW w:w="4225" w:type="dxa"/>
          </w:tcPr>
          <w:p w14:paraId="46B9E590" w14:textId="77777777" w:rsidR="00943E0B" w:rsidRPr="00DA223F" w:rsidRDefault="00943E0B" w:rsidP="00943E0B">
            <w:pPr>
              <w:rPr>
                <w:rFonts w:ascii="Times New Roman" w:hAnsi="Times New Roman" w:cs="Times New Roman"/>
                <w:b/>
                <w:bCs/>
              </w:rPr>
            </w:pPr>
            <w:r w:rsidRPr="00DA223F">
              <w:rPr>
                <w:rFonts w:ascii="Times New Roman" w:hAnsi="Times New Roman" w:cs="Times New Roman"/>
                <w:b/>
                <w:bCs/>
              </w:rPr>
              <w:lastRenderedPageBreak/>
              <w:t>SAVAHCS</w:t>
            </w:r>
          </w:p>
          <w:p w14:paraId="64A891AA"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Clinical Laboratory</w:t>
            </w:r>
          </w:p>
          <w:p w14:paraId="31E9041F"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Southern Arizona VA Health Care</w:t>
            </w:r>
          </w:p>
          <w:p w14:paraId="534FD92D"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Building 57, Hallway B125</w:t>
            </w:r>
          </w:p>
          <w:p w14:paraId="394B6ADD"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3601 S. 6th Ave.</w:t>
            </w:r>
          </w:p>
          <w:p w14:paraId="1D4F801F"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Tucson, AZ 85723</w:t>
            </w:r>
          </w:p>
          <w:p w14:paraId="0DF2E4F4"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Days/Week: Monday-Friday excluding Federal Holidays</w:t>
            </w:r>
          </w:p>
          <w:p w14:paraId="3A462741"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Pick-up: Between 8:30am-10:30am</w:t>
            </w:r>
          </w:p>
          <w:p w14:paraId="305CAE73" w14:textId="77777777" w:rsidR="00943E0B" w:rsidRPr="00DA223F" w:rsidRDefault="00943E0B" w:rsidP="00943E0B">
            <w:pPr>
              <w:rPr>
                <w:rFonts w:ascii="Times New Roman" w:hAnsi="Times New Roman" w:cs="Times New Roman"/>
                <w:b/>
                <w:bCs/>
              </w:rPr>
            </w:pPr>
          </w:p>
          <w:p w14:paraId="6E9D3057" w14:textId="77777777" w:rsidR="00943E0B" w:rsidRPr="00DA223F" w:rsidRDefault="00943E0B" w:rsidP="00943E0B">
            <w:pPr>
              <w:rPr>
                <w:rFonts w:ascii="Times New Roman" w:hAnsi="Times New Roman" w:cs="Times New Roman"/>
                <w:b/>
                <w:bCs/>
              </w:rPr>
            </w:pPr>
            <w:r w:rsidRPr="00DA223F">
              <w:rPr>
                <w:rFonts w:ascii="Times New Roman" w:hAnsi="Times New Roman" w:cs="Times New Roman"/>
                <w:b/>
                <w:bCs/>
              </w:rPr>
              <w:t>SAVAHCS</w:t>
            </w:r>
          </w:p>
          <w:p w14:paraId="1F546D26"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Pharmacy Service</w:t>
            </w:r>
          </w:p>
          <w:p w14:paraId="04EC01E2"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Building 80, Room 1702</w:t>
            </w:r>
          </w:p>
          <w:p w14:paraId="6D10DB9E"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Southern Arizona VA Healthcare</w:t>
            </w:r>
          </w:p>
          <w:p w14:paraId="3AC63628"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3601 S. 6th Ave.</w:t>
            </w:r>
          </w:p>
          <w:p w14:paraId="61187CD0"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Tucson, AZ 85723</w:t>
            </w:r>
          </w:p>
          <w:p w14:paraId="03792111"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Days/Week: Monday-Friday excluding Federal Holidays</w:t>
            </w:r>
          </w:p>
          <w:p w14:paraId="58F6330F" w14:textId="77777777" w:rsidR="00943E0B" w:rsidRPr="00DA223F" w:rsidRDefault="00943E0B" w:rsidP="00943E0B">
            <w:pPr>
              <w:shd w:val="clear" w:color="auto" w:fill="FFFFFF"/>
              <w:rPr>
                <w:rFonts w:ascii="Times New Roman" w:hAnsi="Times New Roman" w:cs="Times New Roman"/>
              </w:rPr>
            </w:pPr>
            <w:r w:rsidRPr="00DA223F">
              <w:rPr>
                <w:rFonts w:ascii="Times New Roman" w:hAnsi="Times New Roman" w:cs="Times New Roman"/>
              </w:rPr>
              <w:t>Pick-up: Between 8:30am - 10:30am</w:t>
            </w:r>
          </w:p>
          <w:p w14:paraId="7811B4E4" w14:textId="77777777" w:rsidR="00943E0B" w:rsidRPr="00DA223F" w:rsidRDefault="00943E0B" w:rsidP="00943E0B">
            <w:pPr>
              <w:shd w:val="clear" w:color="auto" w:fill="FFFFFF"/>
              <w:rPr>
                <w:rFonts w:ascii="Times New Roman" w:hAnsi="Times New Roman" w:cs="Times New Roman"/>
              </w:rPr>
            </w:pPr>
          </w:p>
          <w:p w14:paraId="5A5584FD" w14:textId="77777777" w:rsidR="00943E0B" w:rsidRPr="00DA223F" w:rsidRDefault="00943E0B" w:rsidP="00943E0B">
            <w:pPr>
              <w:rPr>
                <w:rFonts w:ascii="Times New Roman" w:hAnsi="Times New Roman" w:cs="Times New Roman"/>
                <w:b/>
                <w:bCs/>
              </w:rPr>
            </w:pPr>
            <w:r w:rsidRPr="00DA223F">
              <w:rPr>
                <w:rFonts w:ascii="Times New Roman" w:hAnsi="Times New Roman" w:cs="Times New Roman"/>
                <w:b/>
                <w:bCs/>
              </w:rPr>
              <w:t>SAVAHCS</w:t>
            </w:r>
          </w:p>
          <w:p w14:paraId="1DDBC8FC"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 xml:space="preserve">Supply Chain Management </w:t>
            </w:r>
          </w:p>
          <w:p w14:paraId="13BA34AE"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Building 57, Room 190 &amp; Room 138</w:t>
            </w:r>
          </w:p>
          <w:p w14:paraId="6983B579"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Southern Arizona VA Healthcare</w:t>
            </w:r>
          </w:p>
          <w:p w14:paraId="7CD5E0FC"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3601 S. 6th Ave.</w:t>
            </w:r>
          </w:p>
          <w:p w14:paraId="34251151"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Tucson, AZ 85723</w:t>
            </w:r>
          </w:p>
          <w:p w14:paraId="0D162E50"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Days/Week: Monday-Friday excluding Federal Holidays</w:t>
            </w:r>
          </w:p>
          <w:p w14:paraId="26FB7D65" w14:textId="77777777" w:rsidR="00943E0B" w:rsidRPr="00DA223F" w:rsidRDefault="00943E0B" w:rsidP="00943E0B">
            <w:pPr>
              <w:shd w:val="clear" w:color="auto" w:fill="FFFFFF"/>
              <w:rPr>
                <w:rFonts w:ascii="Times New Roman" w:hAnsi="Times New Roman" w:cs="Times New Roman"/>
              </w:rPr>
            </w:pPr>
            <w:r w:rsidRPr="00DA223F">
              <w:rPr>
                <w:rFonts w:ascii="Times New Roman" w:hAnsi="Times New Roman" w:cs="Times New Roman"/>
              </w:rPr>
              <w:t>Pick-up: Between 8:30am - 10:30am</w:t>
            </w:r>
          </w:p>
          <w:p w14:paraId="1906465D" w14:textId="77777777" w:rsidR="00943E0B" w:rsidRPr="00DA223F" w:rsidRDefault="00943E0B" w:rsidP="00943E0B">
            <w:pPr>
              <w:shd w:val="clear" w:color="auto" w:fill="FFFFFF"/>
              <w:rPr>
                <w:rFonts w:ascii="Times New Roman" w:hAnsi="Times New Roman" w:cs="Times New Roman"/>
              </w:rPr>
            </w:pPr>
          </w:p>
          <w:p w14:paraId="20C619E1" w14:textId="77777777" w:rsidR="00943E0B" w:rsidRPr="00DA223F" w:rsidRDefault="00943E0B" w:rsidP="00943E0B">
            <w:pPr>
              <w:rPr>
                <w:rFonts w:ascii="Times New Roman" w:hAnsi="Times New Roman" w:cs="Times New Roman"/>
                <w:b/>
                <w:bCs/>
              </w:rPr>
            </w:pPr>
            <w:r w:rsidRPr="00DA223F">
              <w:rPr>
                <w:rFonts w:ascii="Times New Roman" w:hAnsi="Times New Roman" w:cs="Times New Roman"/>
                <w:b/>
                <w:bCs/>
              </w:rPr>
              <w:t>SAVAHCS</w:t>
            </w:r>
          </w:p>
          <w:p w14:paraId="6ADB9A23"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Supply Chain Management/ Mailroom</w:t>
            </w:r>
          </w:p>
          <w:p w14:paraId="05B522E9"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Building 14, Warehouse 101-14</w:t>
            </w:r>
          </w:p>
          <w:p w14:paraId="1108F13B"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Southern Arizona VA Healthcare</w:t>
            </w:r>
          </w:p>
          <w:p w14:paraId="1F1B1AD5"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3601 S. 6th Ave.</w:t>
            </w:r>
          </w:p>
          <w:p w14:paraId="6DE13245"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Tucson, AZ 85723</w:t>
            </w:r>
          </w:p>
          <w:p w14:paraId="7352798C"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Days/Week: Monday-Friday excluding Federal Holidays</w:t>
            </w:r>
          </w:p>
          <w:p w14:paraId="3A40A2AE" w14:textId="3E0DF30F" w:rsidR="00943E0B" w:rsidRPr="002F5D52" w:rsidRDefault="00943E0B" w:rsidP="00943E0B">
            <w:pPr>
              <w:shd w:val="clear" w:color="auto" w:fill="FFFFFF"/>
              <w:rPr>
                <w:rFonts w:ascii="Times New Roman" w:eastAsia="Times New Roman" w:hAnsi="Times New Roman" w:cs="Times New Roman"/>
              </w:rPr>
            </w:pPr>
            <w:r w:rsidRPr="00DA223F">
              <w:rPr>
                <w:rFonts w:ascii="Times New Roman" w:hAnsi="Times New Roman" w:cs="Times New Roman"/>
              </w:rPr>
              <w:t>Pick-up: Between 7:30am - 10:30am</w:t>
            </w:r>
          </w:p>
        </w:tc>
        <w:tc>
          <w:tcPr>
            <w:tcW w:w="3780" w:type="dxa"/>
          </w:tcPr>
          <w:p w14:paraId="150DB098" w14:textId="7FF544EE" w:rsidR="00943E0B" w:rsidRPr="002F5D52" w:rsidRDefault="00943E0B" w:rsidP="00943E0B">
            <w:pPr>
              <w:rPr>
                <w:rFonts w:ascii="Times New Roman" w:hAnsi="Times New Roman" w:cs="Times New Roman"/>
              </w:rPr>
            </w:pPr>
            <w:r w:rsidRPr="00DA223F">
              <w:rPr>
                <w:rFonts w:ascii="Times New Roman" w:hAnsi="Times New Roman" w:cs="Times New Roman"/>
                <w:b/>
                <w:bCs/>
              </w:rPr>
              <w:t>Green Valley VA Clinic</w:t>
            </w:r>
            <w:r w:rsidRPr="00DA223F">
              <w:rPr>
                <w:rFonts w:ascii="Times New Roman" w:hAnsi="Times New Roman" w:cs="Times New Roman"/>
              </w:rPr>
              <w:br/>
              <w:t>380 W. Vista Hermosa Drive, Suite 140</w:t>
            </w:r>
            <w:r w:rsidRPr="00DA223F">
              <w:rPr>
                <w:rFonts w:ascii="Times New Roman" w:hAnsi="Times New Roman" w:cs="Times New Roman"/>
              </w:rPr>
              <w:br/>
              <w:t>Green Valley, Arizona 85614</w:t>
            </w:r>
            <w:r w:rsidRPr="00DA223F">
              <w:rPr>
                <w:rFonts w:ascii="Times New Roman" w:hAnsi="Times New Roman" w:cs="Times New Roman"/>
              </w:rPr>
              <w:br/>
              <w:t>Delivery time: Between 12:30pm-1:00pm</w:t>
            </w:r>
          </w:p>
        </w:tc>
        <w:tc>
          <w:tcPr>
            <w:tcW w:w="1620" w:type="dxa"/>
            <w:vMerge w:val="restart"/>
            <w:vAlign w:val="center"/>
          </w:tcPr>
          <w:p w14:paraId="08FABF05" w14:textId="77777777" w:rsidR="00943E0B" w:rsidRPr="002F5D52" w:rsidRDefault="00943E0B" w:rsidP="00943E0B">
            <w:pPr>
              <w:jc w:val="center"/>
              <w:rPr>
                <w:rFonts w:ascii="Times New Roman" w:hAnsi="Times New Roman" w:cs="Times New Roman"/>
              </w:rPr>
            </w:pPr>
            <w:r w:rsidRPr="002F5D52">
              <w:rPr>
                <w:rFonts w:ascii="Times New Roman" w:hAnsi="Times New Roman" w:cs="Times New Roman"/>
              </w:rPr>
              <w:t>260 runs/year</w:t>
            </w:r>
          </w:p>
          <w:p w14:paraId="493C71AA" w14:textId="667D15DD" w:rsidR="00943E0B" w:rsidRPr="002F5D52" w:rsidRDefault="00943E0B" w:rsidP="00943E0B">
            <w:pPr>
              <w:jc w:val="center"/>
              <w:rPr>
                <w:rFonts w:ascii="Times New Roman" w:hAnsi="Times New Roman" w:cs="Times New Roman"/>
              </w:rPr>
            </w:pPr>
          </w:p>
        </w:tc>
      </w:tr>
      <w:tr w:rsidR="00943E0B" w:rsidRPr="002F5D52" w14:paraId="5202A33E" w14:textId="77777777" w:rsidTr="00E5395D">
        <w:trPr>
          <w:trHeight w:val="1142"/>
          <w:jc w:val="center"/>
        </w:trPr>
        <w:tc>
          <w:tcPr>
            <w:tcW w:w="4225" w:type="dxa"/>
          </w:tcPr>
          <w:p w14:paraId="7BB9B2CB" w14:textId="77777777" w:rsidR="00943E0B" w:rsidRPr="00DA223F" w:rsidRDefault="00943E0B" w:rsidP="00943E0B">
            <w:pPr>
              <w:shd w:val="clear" w:color="auto" w:fill="FFFFFF"/>
              <w:rPr>
                <w:rFonts w:ascii="Times New Roman" w:hAnsi="Times New Roman" w:cs="Times New Roman"/>
                <w:b/>
                <w:bCs/>
              </w:rPr>
            </w:pPr>
            <w:r w:rsidRPr="00DA223F">
              <w:rPr>
                <w:rFonts w:ascii="Times New Roman" w:hAnsi="Times New Roman" w:cs="Times New Roman"/>
                <w:b/>
                <w:bCs/>
              </w:rPr>
              <w:t>Green Valley VA Clinic</w:t>
            </w:r>
          </w:p>
          <w:p w14:paraId="1E0D1F64" w14:textId="77777777" w:rsidR="00943E0B" w:rsidRPr="00DA223F" w:rsidRDefault="00943E0B" w:rsidP="00943E0B">
            <w:pPr>
              <w:shd w:val="clear" w:color="auto" w:fill="FFFFFF"/>
              <w:rPr>
                <w:rFonts w:ascii="Times New Roman" w:hAnsi="Times New Roman" w:cs="Times New Roman"/>
              </w:rPr>
            </w:pPr>
            <w:r w:rsidRPr="00DA223F">
              <w:rPr>
                <w:rFonts w:ascii="Times New Roman" w:hAnsi="Times New Roman" w:cs="Times New Roman"/>
              </w:rPr>
              <w:t>380 W. Vista Hermosa Drive, Suite 140</w:t>
            </w:r>
          </w:p>
          <w:p w14:paraId="787A0CBA" w14:textId="77777777" w:rsidR="00943E0B" w:rsidRPr="00DA223F" w:rsidRDefault="00943E0B" w:rsidP="00943E0B">
            <w:pPr>
              <w:shd w:val="clear" w:color="auto" w:fill="FFFFFF"/>
              <w:rPr>
                <w:rFonts w:ascii="Times New Roman" w:hAnsi="Times New Roman" w:cs="Times New Roman"/>
              </w:rPr>
            </w:pPr>
            <w:r w:rsidRPr="00DA223F">
              <w:rPr>
                <w:rFonts w:ascii="Times New Roman" w:hAnsi="Times New Roman" w:cs="Times New Roman"/>
              </w:rPr>
              <w:t>Green Valley, Arizona 85614</w:t>
            </w:r>
          </w:p>
          <w:p w14:paraId="7D472DC2"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Days/Week: Monday-Friday excluding Federal Holidays</w:t>
            </w:r>
          </w:p>
          <w:p w14:paraId="4E4F3F99" w14:textId="2EB364C9" w:rsidR="00943E0B" w:rsidRPr="002F5D52" w:rsidRDefault="00943E0B" w:rsidP="00943E0B">
            <w:pPr>
              <w:shd w:val="clear" w:color="auto" w:fill="FFFFFF"/>
              <w:rPr>
                <w:rFonts w:ascii="Times New Roman" w:hAnsi="Times New Roman" w:cs="Times New Roman"/>
                <w:b/>
                <w:bCs/>
              </w:rPr>
            </w:pPr>
            <w:r w:rsidRPr="00DA223F">
              <w:rPr>
                <w:rFonts w:ascii="Times New Roman" w:hAnsi="Times New Roman" w:cs="Times New Roman"/>
              </w:rPr>
              <w:t>Pick-up: Between 12:30pm-1:00pm</w:t>
            </w:r>
          </w:p>
        </w:tc>
        <w:tc>
          <w:tcPr>
            <w:tcW w:w="3780" w:type="dxa"/>
          </w:tcPr>
          <w:p w14:paraId="12BA606C" w14:textId="77777777" w:rsidR="00943E0B" w:rsidRPr="00DA223F" w:rsidRDefault="00943E0B" w:rsidP="00943E0B">
            <w:pPr>
              <w:rPr>
                <w:rFonts w:ascii="Times New Roman" w:hAnsi="Times New Roman" w:cs="Times New Roman"/>
                <w:b/>
                <w:bCs/>
              </w:rPr>
            </w:pPr>
            <w:r w:rsidRPr="00DA223F">
              <w:rPr>
                <w:rFonts w:ascii="Times New Roman" w:hAnsi="Times New Roman" w:cs="Times New Roman"/>
                <w:b/>
                <w:bCs/>
              </w:rPr>
              <w:t>SAVAHCS</w:t>
            </w:r>
          </w:p>
          <w:p w14:paraId="1311DD3D"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Clinical Laboratory</w:t>
            </w:r>
          </w:p>
          <w:p w14:paraId="2F612402"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Building 57, Front Desk, Room B126</w:t>
            </w:r>
          </w:p>
          <w:p w14:paraId="3CAF3911"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Southern Arizona VA Health Care</w:t>
            </w:r>
          </w:p>
          <w:p w14:paraId="292D20F0"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43554FE9"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Tucson, AZ 85723</w:t>
            </w:r>
          </w:p>
          <w:p w14:paraId="3AE76461"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Delivery: No later than 6:00pm</w:t>
            </w:r>
          </w:p>
          <w:p w14:paraId="5A02A2B2" w14:textId="77777777" w:rsidR="00943E0B" w:rsidRPr="00DA223F" w:rsidRDefault="00943E0B" w:rsidP="00943E0B">
            <w:pPr>
              <w:rPr>
                <w:rFonts w:ascii="Times New Roman" w:hAnsi="Times New Roman" w:cs="Times New Roman"/>
              </w:rPr>
            </w:pPr>
          </w:p>
          <w:p w14:paraId="32286F1E" w14:textId="77777777" w:rsidR="00943E0B" w:rsidRPr="00DA223F" w:rsidRDefault="00943E0B" w:rsidP="00943E0B">
            <w:pPr>
              <w:shd w:val="clear" w:color="auto" w:fill="FFFFFF"/>
              <w:rPr>
                <w:rFonts w:ascii="Times New Roman" w:hAnsi="Times New Roman" w:cs="Times New Roman"/>
              </w:rPr>
            </w:pPr>
            <w:r w:rsidRPr="00DA223F">
              <w:rPr>
                <w:rFonts w:ascii="Times New Roman" w:hAnsi="Times New Roman" w:cs="Times New Roman"/>
                <w:b/>
                <w:bCs/>
              </w:rPr>
              <w:t>SAVAHCS</w:t>
            </w:r>
          </w:p>
          <w:p w14:paraId="543B8D51" w14:textId="77777777" w:rsidR="00943E0B" w:rsidRPr="00DA223F" w:rsidRDefault="00943E0B" w:rsidP="00943E0B">
            <w:pPr>
              <w:shd w:val="clear" w:color="auto" w:fill="FFFFFF"/>
              <w:rPr>
                <w:rFonts w:ascii="Times New Roman" w:hAnsi="Times New Roman" w:cs="Times New Roman"/>
              </w:rPr>
            </w:pPr>
            <w:r w:rsidRPr="00DA223F">
              <w:rPr>
                <w:rFonts w:ascii="Times New Roman" w:hAnsi="Times New Roman" w:cs="Times New Roman"/>
              </w:rPr>
              <w:t>Pharmacy Service</w:t>
            </w:r>
          </w:p>
          <w:p w14:paraId="0BA937D8" w14:textId="77777777" w:rsidR="00943E0B" w:rsidRPr="00DA223F" w:rsidRDefault="00943E0B" w:rsidP="00943E0B">
            <w:pPr>
              <w:shd w:val="clear" w:color="auto" w:fill="FFFFFF"/>
              <w:rPr>
                <w:rFonts w:ascii="Times New Roman" w:hAnsi="Times New Roman" w:cs="Times New Roman"/>
              </w:rPr>
            </w:pPr>
            <w:r w:rsidRPr="00DA223F">
              <w:rPr>
                <w:rFonts w:ascii="Times New Roman" w:hAnsi="Times New Roman" w:cs="Times New Roman"/>
              </w:rPr>
              <w:t>Southern Arizona VA Healthcare</w:t>
            </w:r>
          </w:p>
          <w:p w14:paraId="75CFFDA8" w14:textId="77777777" w:rsidR="00943E0B" w:rsidRPr="00DA223F" w:rsidRDefault="00943E0B" w:rsidP="00943E0B">
            <w:pPr>
              <w:shd w:val="clear" w:color="auto" w:fill="FFFFFF"/>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47430BF8" w14:textId="77777777" w:rsidR="00943E0B" w:rsidRPr="00DA223F" w:rsidRDefault="00943E0B" w:rsidP="00943E0B">
            <w:pPr>
              <w:shd w:val="clear" w:color="auto" w:fill="FFFFFF"/>
              <w:rPr>
                <w:rFonts w:ascii="Times New Roman" w:hAnsi="Times New Roman" w:cs="Times New Roman"/>
              </w:rPr>
            </w:pPr>
            <w:r w:rsidRPr="00DA223F">
              <w:rPr>
                <w:rFonts w:ascii="Times New Roman" w:hAnsi="Times New Roman" w:cs="Times New Roman"/>
              </w:rPr>
              <w:lastRenderedPageBreak/>
              <w:t>Tucson, AZ 85723</w:t>
            </w:r>
          </w:p>
          <w:p w14:paraId="722EFF55" w14:textId="77777777" w:rsidR="00943E0B" w:rsidRPr="00DA223F" w:rsidRDefault="00943E0B" w:rsidP="00943E0B">
            <w:pPr>
              <w:shd w:val="clear" w:color="auto" w:fill="FFFFFF"/>
              <w:rPr>
                <w:rFonts w:ascii="Times New Roman" w:hAnsi="Times New Roman" w:cs="Times New Roman"/>
              </w:rPr>
            </w:pPr>
            <w:r w:rsidRPr="00DA223F">
              <w:rPr>
                <w:rFonts w:ascii="Times New Roman" w:hAnsi="Times New Roman" w:cs="Times New Roman"/>
              </w:rPr>
              <w:t xml:space="preserve">Delivery: </w:t>
            </w:r>
          </w:p>
          <w:p w14:paraId="100662B5" w14:textId="77777777" w:rsidR="00943E0B" w:rsidRPr="00DA223F" w:rsidRDefault="00943E0B" w:rsidP="00943E0B">
            <w:pPr>
              <w:shd w:val="clear" w:color="auto" w:fill="FFFFFF"/>
              <w:rPr>
                <w:rFonts w:ascii="Times New Roman" w:hAnsi="Times New Roman" w:cs="Times New Roman"/>
              </w:rPr>
            </w:pPr>
            <w:r w:rsidRPr="00DA223F">
              <w:rPr>
                <w:rFonts w:ascii="Times New Roman" w:hAnsi="Times New Roman" w:cs="Times New Roman"/>
              </w:rPr>
              <w:t xml:space="preserve">Outpatient Pharmacy if </w:t>
            </w:r>
            <w:r w:rsidRPr="00DA223F">
              <w:rPr>
                <w:rFonts w:ascii="Times New Roman" w:hAnsi="Times New Roman" w:cs="Times New Roman"/>
                <w:b/>
                <w:bCs/>
              </w:rPr>
              <w:t xml:space="preserve">before 6pm </w:t>
            </w:r>
            <w:r w:rsidRPr="00DA223F">
              <w:rPr>
                <w:rFonts w:ascii="Times New Roman" w:hAnsi="Times New Roman" w:cs="Times New Roman"/>
              </w:rPr>
              <w:t>(Building 80, Room 1702)</w:t>
            </w:r>
          </w:p>
          <w:p w14:paraId="600572EC" w14:textId="77777777" w:rsidR="00943E0B" w:rsidRPr="00DA223F" w:rsidRDefault="00943E0B" w:rsidP="00943E0B">
            <w:pPr>
              <w:shd w:val="clear" w:color="auto" w:fill="FFFFFF"/>
              <w:rPr>
                <w:rFonts w:ascii="Times New Roman" w:hAnsi="Times New Roman" w:cs="Times New Roman"/>
              </w:rPr>
            </w:pPr>
            <w:r w:rsidRPr="00DA223F">
              <w:rPr>
                <w:rFonts w:ascii="Times New Roman" w:hAnsi="Times New Roman" w:cs="Times New Roman"/>
              </w:rPr>
              <w:t xml:space="preserve">Inpatient Pharmacy if </w:t>
            </w:r>
            <w:r w:rsidRPr="00DA223F">
              <w:rPr>
                <w:rFonts w:ascii="Times New Roman" w:hAnsi="Times New Roman" w:cs="Times New Roman"/>
                <w:b/>
                <w:bCs/>
              </w:rPr>
              <w:t>after 6pm</w:t>
            </w:r>
            <w:r w:rsidRPr="00DA223F">
              <w:rPr>
                <w:rFonts w:ascii="Times New Roman" w:hAnsi="Times New Roman" w:cs="Times New Roman"/>
              </w:rPr>
              <w:t xml:space="preserve"> (Building 57, Room BA081)</w:t>
            </w:r>
          </w:p>
          <w:p w14:paraId="4C16B847" w14:textId="77777777" w:rsidR="00943E0B" w:rsidRPr="00DA223F" w:rsidRDefault="00943E0B" w:rsidP="00943E0B">
            <w:pPr>
              <w:shd w:val="clear" w:color="auto" w:fill="FFFFFF"/>
              <w:rPr>
                <w:rFonts w:ascii="Times New Roman" w:hAnsi="Times New Roman" w:cs="Times New Roman"/>
              </w:rPr>
            </w:pPr>
          </w:p>
          <w:p w14:paraId="1EA84EE4" w14:textId="77777777" w:rsidR="00943E0B" w:rsidRPr="00DA223F" w:rsidRDefault="00943E0B" w:rsidP="00943E0B">
            <w:pPr>
              <w:rPr>
                <w:rFonts w:ascii="Times New Roman" w:hAnsi="Times New Roman" w:cs="Times New Roman"/>
                <w:b/>
                <w:bCs/>
              </w:rPr>
            </w:pPr>
            <w:r w:rsidRPr="00DA223F">
              <w:rPr>
                <w:rFonts w:ascii="Times New Roman" w:hAnsi="Times New Roman" w:cs="Times New Roman"/>
                <w:b/>
                <w:bCs/>
              </w:rPr>
              <w:t>SAVAHCS</w:t>
            </w:r>
          </w:p>
          <w:p w14:paraId="39E7452A"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 xml:space="preserve">Supply Chain Management </w:t>
            </w:r>
          </w:p>
          <w:p w14:paraId="785528E8"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Building 57, Room 190 &amp; Room 138</w:t>
            </w:r>
          </w:p>
          <w:p w14:paraId="760F4583"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Southern Arizona VA Healthcare</w:t>
            </w:r>
          </w:p>
          <w:p w14:paraId="42EAAEE5"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3601 S. 6th Ave.</w:t>
            </w:r>
          </w:p>
          <w:p w14:paraId="40446E38"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Tucson, AZ 85723</w:t>
            </w:r>
          </w:p>
          <w:p w14:paraId="1C452AD2"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Delivery: No later than 6:00pm</w:t>
            </w:r>
          </w:p>
          <w:p w14:paraId="248870EA" w14:textId="77777777" w:rsidR="00943E0B" w:rsidRPr="00DA223F" w:rsidRDefault="00943E0B" w:rsidP="00943E0B">
            <w:pPr>
              <w:rPr>
                <w:rFonts w:ascii="Times New Roman" w:hAnsi="Times New Roman" w:cs="Times New Roman"/>
              </w:rPr>
            </w:pPr>
          </w:p>
          <w:p w14:paraId="21608472" w14:textId="77777777" w:rsidR="00943E0B" w:rsidRPr="00DA223F" w:rsidRDefault="00943E0B" w:rsidP="00943E0B">
            <w:pPr>
              <w:rPr>
                <w:rFonts w:ascii="Times New Roman" w:hAnsi="Times New Roman" w:cs="Times New Roman"/>
                <w:b/>
                <w:bCs/>
              </w:rPr>
            </w:pPr>
            <w:r w:rsidRPr="00DA223F">
              <w:rPr>
                <w:rFonts w:ascii="Times New Roman" w:hAnsi="Times New Roman" w:cs="Times New Roman"/>
                <w:b/>
                <w:bCs/>
              </w:rPr>
              <w:t>SAVAHCS</w:t>
            </w:r>
          </w:p>
          <w:p w14:paraId="0EC5CF2D"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Supply Chain Management/ Mailroom</w:t>
            </w:r>
          </w:p>
          <w:p w14:paraId="55A9A8F2"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Room 14 Building Room 101-14</w:t>
            </w:r>
          </w:p>
          <w:p w14:paraId="68C31D36"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Southern Arizona VA Healthcare</w:t>
            </w:r>
          </w:p>
          <w:p w14:paraId="20447D88"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3601 S. 6th Ave.</w:t>
            </w:r>
          </w:p>
          <w:p w14:paraId="7E9086DF"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Tucson, AZ 85723</w:t>
            </w:r>
          </w:p>
          <w:p w14:paraId="09930942" w14:textId="77777777" w:rsidR="00943E0B" w:rsidRPr="00DA223F" w:rsidRDefault="00943E0B" w:rsidP="00943E0B">
            <w:pPr>
              <w:rPr>
                <w:rFonts w:ascii="Times New Roman" w:hAnsi="Times New Roman" w:cs="Times New Roman"/>
              </w:rPr>
            </w:pPr>
            <w:r w:rsidRPr="00DA223F">
              <w:rPr>
                <w:rFonts w:ascii="Times New Roman" w:hAnsi="Times New Roman" w:cs="Times New Roman"/>
              </w:rPr>
              <w:t>Delivery: No later than 3:30pm</w:t>
            </w:r>
          </w:p>
          <w:p w14:paraId="68D6E059" w14:textId="77777777" w:rsidR="00943E0B" w:rsidRPr="00DA223F" w:rsidRDefault="00943E0B" w:rsidP="00943E0B">
            <w:pPr>
              <w:rPr>
                <w:rFonts w:ascii="Times New Roman" w:hAnsi="Times New Roman" w:cs="Times New Roman"/>
              </w:rPr>
            </w:pPr>
          </w:p>
          <w:p w14:paraId="16699917" w14:textId="77777777" w:rsidR="00943E0B" w:rsidRPr="00DA223F" w:rsidRDefault="00943E0B" w:rsidP="00943E0B">
            <w:pPr>
              <w:shd w:val="clear" w:color="auto" w:fill="FFFFFF"/>
              <w:rPr>
                <w:rFonts w:ascii="Times New Roman" w:hAnsi="Times New Roman" w:cs="Times New Roman"/>
              </w:rPr>
            </w:pPr>
          </w:p>
          <w:p w14:paraId="6C22CA44" w14:textId="77777777" w:rsidR="00943E0B" w:rsidRPr="00DA223F" w:rsidRDefault="00943E0B" w:rsidP="00943E0B">
            <w:pPr>
              <w:shd w:val="clear" w:color="auto" w:fill="FFFFFF"/>
              <w:rPr>
                <w:rFonts w:ascii="Times New Roman" w:hAnsi="Times New Roman" w:cs="Times New Roman"/>
              </w:rPr>
            </w:pPr>
          </w:p>
          <w:p w14:paraId="5147BDE7" w14:textId="332E4FDB" w:rsidR="00943E0B" w:rsidRPr="002F5D52" w:rsidRDefault="00943E0B" w:rsidP="00943E0B">
            <w:pPr>
              <w:shd w:val="clear" w:color="auto" w:fill="FFFFFF"/>
              <w:rPr>
                <w:rFonts w:ascii="Times New Roman" w:hAnsi="Times New Roman" w:cs="Times New Roman"/>
              </w:rPr>
            </w:pPr>
          </w:p>
        </w:tc>
        <w:tc>
          <w:tcPr>
            <w:tcW w:w="1620" w:type="dxa"/>
            <w:vMerge/>
            <w:vAlign w:val="center"/>
          </w:tcPr>
          <w:p w14:paraId="484D2148" w14:textId="77777777" w:rsidR="00943E0B" w:rsidRPr="002F5D52" w:rsidRDefault="00943E0B" w:rsidP="00943E0B">
            <w:pPr>
              <w:jc w:val="center"/>
              <w:rPr>
                <w:rFonts w:ascii="Times New Roman" w:hAnsi="Times New Roman" w:cs="Times New Roman"/>
              </w:rPr>
            </w:pPr>
          </w:p>
        </w:tc>
      </w:tr>
    </w:tbl>
    <w:p w14:paraId="67E1E651"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BE28B1" w:rsidRPr="002F5D52" w14:paraId="648A2E4A" w14:textId="77777777" w:rsidTr="00E5395D">
        <w:trPr>
          <w:trHeight w:val="350"/>
          <w:jc w:val="center"/>
        </w:trPr>
        <w:tc>
          <w:tcPr>
            <w:tcW w:w="9625" w:type="dxa"/>
            <w:gridSpan w:val="3"/>
            <w:vAlign w:val="center"/>
          </w:tcPr>
          <w:p w14:paraId="51F5FA25" w14:textId="43A1F8A1" w:rsidR="00BE28B1" w:rsidRPr="002F5D52" w:rsidRDefault="00BE28B1" w:rsidP="00BE28B1">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49</w:t>
            </w:r>
          </w:p>
        </w:tc>
      </w:tr>
      <w:tr w:rsidR="00BE2CBE" w:rsidRPr="002F5D52" w14:paraId="42630802" w14:textId="77777777" w:rsidTr="00E5395D">
        <w:trPr>
          <w:trHeight w:val="920"/>
          <w:jc w:val="center"/>
        </w:trPr>
        <w:tc>
          <w:tcPr>
            <w:tcW w:w="4225" w:type="dxa"/>
          </w:tcPr>
          <w:p w14:paraId="536B71D5" w14:textId="77777777" w:rsidR="00BE2CBE" w:rsidRPr="00DA223F" w:rsidRDefault="00BE2CBE" w:rsidP="00BE2CBE">
            <w:pPr>
              <w:rPr>
                <w:rFonts w:ascii="Times New Roman" w:hAnsi="Times New Roman" w:cs="Times New Roman"/>
                <w:b/>
                <w:bCs/>
              </w:rPr>
            </w:pPr>
            <w:r w:rsidRPr="00DA223F">
              <w:rPr>
                <w:rFonts w:ascii="Times New Roman" w:hAnsi="Times New Roman" w:cs="Times New Roman"/>
                <w:b/>
                <w:bCs/>
              </w:rPr>
              <w:t>SAVAHCS</w:t>
            </w:r>
          </w:p>
          <w:p w14:paraId="5BFAD583"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Clinical Laboratory</w:t>
            </w:r>
          </w:p>
          <w:p w14:paraId="40DDFA53"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Southern Arizona VA Health Care</w:t>
            </w:r>
          </w:p>
          <w:p w14:paraId="1ED92609"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Building 57, Hallway B125</w:t>
            </w:r>
          </w:p>
          <w:p w14:paraId="0B94DF9E"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3601 S. 6th Ave.</w:t>
            </w:r>
          </w:p>
          <w:p w14:paraId="69537AA6"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Tucson, AZ 85723</w:t>
            </w:r>
          </w:p>
          <w:p w14:paraId="429532BB"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Days/Week: Monday-Friday excluding Federal Holidays</w:t>
            </w:r>
          </w:p>
          <w:p w14:paraId="70C81682"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Pick-up: Between 8:30am-10:30am</w:t>
            </w:r>
          </w:p>
          <w:p w14:paraId="47146C9E" w14:textId="77777777" w:rsidR="00BE2CBE" w:rsidRPr="00DA223F" w:rsidRDefault="00BE2CBE" w:rsidP="00BE2CBE">
            <w:pPr>
              <w:rPr>
                <w:rFonts w:ascii="Times New Roman" w:hAnsi="Times New Roman" w:cs="Times New Roman"/>
                <w:b/>
                <w:bCs/>
              </w:rPr>
            </w:pPr>
          </w:p>
          <w:p w14:paraId="7597B8BF" w14:textId="77777777" w:rsidR="00BE2CBE" w:rsidRPr="00DA223F" w:rsidRDefault="00BE2CBE" w:rsidP="00BE2CBE">
            <w:pPr>
              <w:rPr>
                <w:rFonts w:ascii="Times New Roman" w:hAnsi="Times New Roman" w:cs="Times New Roman"/>
                <w:b/>
                <w:bCs/>
              </w:rPr>
            </w:pPr>
            <w:r w:rsidRPr="00DA223F">
              <w:rPr>
                <w:rFonts w:ascii="Times New Roman" w:hAnsi="Times New Roman" w:cs="Times New Roman"/>
                <w:b/>
                <w:bCs/>
              </w:rPr>
              <w:t>SAVAHCS</w:t>
            </w:r>
          </w:p>
          <w:p w14:paraId="58975EF0"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Pharmacy Service</w:t>
            </w:r>
          </w:p>
          <w:p w14:paraId="4221F83A"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Building 80, Room 1702</w:t>
            </w:r>
          </w:p>
          <w:p w14:paraId="2C3C9726"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Southern Arizona VA Healthcare</w:t>
            </w:r>
          </w:p>
          <w:p w14:paraId="2B7F4A9F"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3601 S. 6th Ave.</w:t>
            </w:r>
          </w:p>
          <w:p w14:paraId="4D5E89FB"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Tucson, AZ 85723</w:t>
            </w:r>
          </w:p>
          <w:p w14:paraId="3EE04251"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Days/Week: Monday-Friday excluding Federal Holidays</w:t>
            </w:r>
          </w:p>
          <w:p w14:paraId="3C5CF8FD" w14:textId="77777777" w:rsidR="00BE2CBE" w:rsidRPr="00DA223F" w:rsidRDefault="00BE2CBE" w:rsidP="00BE2CBE">
            <w:pPr>
              <w:shd w:val="clear" w:color="auto" w:fill="FFFFFF"/>
              <w:rPr>
                <w:rFonts w:ascii="Times New Roman" w:hAnsi="Times New Roman" w:cs="Times New Roman"/>
              </w:rPr>
            </w:pPr>
            <w:r w:rsidRPr="00DA223F">
              <w:rPr>
                <w:rFonts w:ascii="Times New Roman" w:hAnsi="Times New Roman" w:cs="Times New Roman"/>
              </w:rPr>
              <w:t>Pick-up: Between 8:30am - 10:30am</w:t>
            </w:r>
          </w:p>
          <w:p w14:paraId="55C8DA66" w14:textId="77777777" w:rsidR="00BE2CBE" w:rsidRPr="00DA223F" w:rsidRDefault="00BE2CBE" w:rsidP="00BE2CBE">
            <w:pPr>
              <w:shd w:val="clear" w:color="auto" w:fill="FFFFFF"/>
              <w:rPr>
                <w:rFonts w:ascii="Times New Roman" w:hAnsi="Times New Roman" w:cs="Times New Roman"/>
              </w:rPr>
            </w:pPr>
          </w:p>
          <w:p w14:paraId="156F68C1" w14:textId="77777777" w:rsidR="00BE2CBE" w:rsidRPr="00DA223F" w:rsidRDefault="00BE2CBE" w:rsidP="00BE2CBE">
            <w:pPr>
              <w:rPr>
                <w:rFonts w:ascii="Times New Roman" w:hAnsi="Times New Roman" w:cs="Times New Roman"/>
                <w:b/>
                <w:bCs/>
              </w:rPr>
            </w:pPr>
            <w:r w:rsidRPr="00DA223F">
              <w:rPr>
                <w:rFonts w:ascii="Times New Roman" w:hAnsi="Times New Roman" w:cs="Times New Roman"/>
                <w:b/>
                <w:bCs/>
              </w:rPr>
              <w:t>SAVAHCS</w:t>
            </w:r>
          </w:p>
          <w:p w14:paraId="6E126497"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lastRenderedPageBreak/>
              <w:t xml:space="preserve">Supply Chain Management </w:t>
            </w:r>
          </w:p>
          <w:p w14:paraId="52A9E2B3"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Building 57, Room 190 &amp; Room 138</w:t>
            </w:r>
          </w:p>
          <w:p w14:paraId="5A6AD1F4"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Southern Arizona VA Healthcare</w:t>
            </w:r>
          </w:p>
          <w:p w14:paraId="4F05712E"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3601 S. 6th Ave.</w:t>
            </w:r>
          </w:p>
          <w:p w14:paraId="1ED3CF00"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Tucson, AZ 85723</w:t>
            </w:r>
          </w:p>
          <w:p w14:paraId="3EB8EBF2"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Days/Week: Monday-Friday excluding Federal Holidays</w:t>
            </w:r>
          </w:p>
          <w:p w14:paraId="57407E8D" w14:textId="77777777" w:rsidR="00BE2CBE" w:rsidRPr="00DA223F" w:rsidRDefault="00BE2CBE" w:rsidP="00BE2CBE">
            <w:pPr>
              <w:shd w:val="clear" w:color="auto" w:fill="FFFFFF"/>
              <w:rPr>
                <w:rFonts w:ascii="Times New Roman" w:hAnsi="Times New Roman" w:cs="Times New Roman"/>
              </w:rPr>
            </w:pPr>
            <w:r w:rsidRPr="00DA223F">
              <w:rPr>
                <w:rFonts w:ascii="Times New Roman" w:hAnsi="Times New Roman" w:cs="Times New Roman"/>
              </w:rPr>
              <w:t>Pick-up: Between 8:30am - 10:30am</w:t>
            </w:r>
          </w:p>
          <w:p w14:paraId="6043C6AE" w14:textId="77777777" w:rsidR="00BE2CBE" w:rsidRPr="00DA223F" w:rsidRDefault="00BE2CBE" w:rsidP="00BE2CBE">
            <w:pPr>
              <w:shd w:val="clear" w:color="auto" w:fill="FFFFFF"/>
              <w:rPr>
                <w:rFonts w:ascii="Times New Roman" w:hAnsi="Times New Roman" w:cs="Times New Roman"/>
              </w:rPr>
            </w:pPr>
          </w:p>
          <w:p w14:paraId="2329EAC9" w14:textId="77777777" w:rsidR="00BE2CBE" w:rsidRPr="00DA223F" w:rsidRDefault="00BE2CBE" w:rsidP="00BE2CBE">
            <w:pPr>
              <w:rPr>
                <w:rFonts w:ascii="Times New Roman" w:hAnsi="Times New Roman" w:cs="Times New Roman"/>
                <w:b/>
                <w:bCs/>
              </w:rPr>
            </w:pPr>
            <w:r w:rsidRPr="00DA223F">
              <w:rPr>
                <w:rFonts w:ascii="Times New Roman" w:hAnsi="Times New Roman" w:cs="Times New Roman"/>
                <w:b/>
                <w:bCs/>
              </w:rPr>
              <w:t>SAVAHCS</w:t>
            </w:r>
          </w:p>
          <w:p w14:paraId="1A20F83D"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Supply Chain Management/ Mailroom</w:t>
            </w:r>
          </w:p>
          <w:p w14:paraId="7DE0001E"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Building 14, Warehouse 101-14</w:t>
            </w:r>
          </w:p>
          <w:p w14:paraId="15717570"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Southern Arizona VA Healthcare</w:t>
            </w:r>
          </w:p>
          <w:p w14:paraId="3CB30AF3"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3601 S. 6th Ave.</w:t>
            </w:r>
          </w:p>
          <w:p w14:paraId="3BB7EE22"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Tucson, AZ 85723</w:t>
            </w:r>
          </w:p>
          <w:p w14:paraId="1A3770BC"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Days/Week: Monday-Friday excluding Federal Holidays</w:t>
            </w:r>
          </w:p>
          <w:p w14:paraId="2083B95C" w14:textId="5BECA2BA" w:rsidR="00BE2CBE" w:rsidRPr="002F5D52" w:rsidRDefault="00BE2CBE" w:rsidP="00BE2CBE">
            <w:pPr>
              <w:shd w:val="clear" w:color="auto" w:fill="FFFFFF"/>
              <w:rPr>
                <w:rFonts w:ascii="Times New Roman" w:eastAsia="Times New Roman" w:hAnsi="Times New Roman" w:cs="Times New Roman"/>
              </w:rPr>
            </w:pPr>
            <w:r w:rsidRPr="00DA223F">
              <w:rPr>
                <w:rFonts w:ascii="Times New Roman" w:hAnsi="Times New Roman" w:cs="Times New Roman"/>
              </w:rPr>
              <w:t>Pick-up: Between 7:30am - 10:30am</w:t>
            </w:r>
          </w:p>
        </w:tc>
        <w:tc>
          <w:tcPr>
            <w:tcW w:w="3780" w:type="dxa"/>
          </w:tcPr>
          <w:p w14:paraId="67887025" w14:textId="470743AC" w:rsidR="00BE2CBE" w:rsidRPr="002F5D52" w:rsidRDefault="00BE2CBE" w:rsidP="00BE2CBE">
            <w:pPr>
              <w:rPr>
                <w:rFonts w:ascii="Times New Roman" w:hAnsi="Times New Roman" w:cs="Times New Roman"/>
              </w:rPr>
            </w:pPr>
            <w:r w:rsidRPr="00DA223F">
              <w:rPr>
                <w:rFonts w:ascii="Times New Roman" w:hAnsi="Times New Roman" w:cs="Times New Roman"/>
                <w:b/>
                <w:bCs/>
              </w:rPr>
              <w:lastRenderedPageBreak/>
              <w:t>Safford VA Clinic</w:t>
            </w:r>
            <w:r w:rsidRPr="00DA223F">
              <w:rPr>
                <w:rFonts w:ascii="Times New Roman" w:hAnsi="Times New Roman" w:cs="Times New Roman"/>
              </w:rPr>
              <w:br/>
              <w:t>355 N. 8th Avenue</w:t>
            </w:r>
            <w:r w:rsidRPr="00DA223F">
              <w:rPr>
                <w:rFonts w:ascii="Times New Roman" w:hAnsi="Times New Roman" w:cs="Times New Roman"/>
              </w:rPr>
              <w:br/>
              <w:t>Safford, Arizona 85546</w:t>
            </w:r>
            <w:r w:rsidRPr="00DA223F">
              <w:rPr>
                <w:rFonts w:ascii="Times New Roman" w:hAnsi="Times New Roman" w:cs="Times New Roman"/>
              </w:rPr>
              <w:br/>
              <w:t>Delivery time: Between 12:00pm-12:30pm</w:t>
            </w:r>
          </w:p>
        </w:tc>
        <w:tc>
          <w:tcPr>
            <w:tcW w:w="1620" w:type="dxa"/>
            <w:vMerge w:val="restart"/>
            <w:vAlign w:val="center"/>
          </w:tcPr>
          <w:p w14:paraId="5EAB58C1" w14:textId="77777777" w:rsidR="00BE2CBE" w:rsidRPr="002F5D52" w:rsidRDefault="00BE2CBE" w:rsidP="00BE2CBE">
            <w:pPr>
              <w:jc w:val="center"/>
              <w:rPr>
                <w:rFonts w:ascii="Times New Roman" w:hAnsi="Times New Roman" w:cs="Times New Roman"/>
              </w:rPr>
            </w:pPr>
            <w:r w:rsidRPr="002F5D52">
              <w:rPr>
                <w:rFonts w:ascii="Times New Roman" w:hAnsi="Times New Roman" w:cs="Times New Roman"/>
              </w:rPr>
              <w:t>260 runs/year</w:t>
            </w:r>
          </w:p>
          <w:p w14:paraId="78432157" w14:textId="12297BE8" w:rsidR="00BE2CBE" w:rsidRPr="002F5D52" w:rsidRDefault="00BE2CBE" w:rsidP="00BE2CBE">
            <w:pPr>
              <w:jc w:val="center"/>
              <w:rPr>
                <w:rFonts w:ascii="Times New Roman" w:hAnsi="Times New Roman" w:cs="Times New Roman"/>
              </w:rPr>
            </w:pPr>
          </w:p>
        </w:tc>
      </w:tr>
      <w:tr w:rsidR="00BE2CBE" w:rsidRPr="002F5D52" w14:paraId="6EA9B2A6" w14:textId="77777777" w:rsidTr="00E5395D">
        <w:trPr>
          <w:trHeight w:val="920"/>
          <w:jc w:val="center"/>
        </w:trPr>
        <w:tc>
          <w:tcPr>
            <w:tcW w:w="4225" w:type="dxa"/>
          </w:tcPr>
          <w:p w14:paraId="530331B4" w14:textId="77777777" w:rsidR="00BE2CBE" w:rsidRPr="00DA223F" w:rsidRDefault="00BE2CBE" w:rsidP="00BE2CBE">
            <w:pPr>
              <w:shd w:val="clear" w:color="auto" w:fill="FFFFFF"/>
              <w:rPr>
                <w:rFonts w:ascii="Times New Roman" w:hAnsi="Times New Roman" w:cs="Times New Roman"/>
                <w:b/>
                <w:bCs/>
              </w:rPr>
            </w:pPr>
            <w:r w:rsidRPr="00DA223F">
              <w:rPr>
                <w:rFonts w:ascii="Times New Roman" w:hAnsi="Times New Roman" w:cs="Times New Roman"/>
                <w:b/>
                <w:bCs/>
              </w:rPr>
              <w:t>Safford VA Clinic</w:t>
            </w:r>
          </w:p>
          <w:p w14:paraId="3C9696A4" w14:textId="77777777" w:rsidR="00BE2CBE" w:rsidRPr="00DA223F" w:rsidRDefault="00BE2CBE" w:rsidP="00BE2CBE">
            <w:pPr>
              <w:shd w:val="clear" w:color="auto" w:fill="FFFFFF"/>
              <w:rPr>
                <w:rFonts w:ascii="Times New Roman" w:hAnsi="Times New Roman" w:cs="Times New Roman"/>
              </w:rPr>
            </w:pPr>
            <w:r w:rsidRPr="00DA223F">
              <w:rPr>
                <w:rFonts w:ascii="Times New Roman" w:hAnsi="Times New Roman" w:cs="Times New Roman"/>
              </w:rPr>
              <w:t>355 N. 8</w:t>
            </w:r>
            <w:r w:rsidRPr="00DA223F">
              <w:rPr>
                <w:rFonts w:ascii="Times New Roman" w:hAnsi="Times New Roman" w:cs="Times New Roman"/>
                <w:vertAlign w:val="superscript"/>
              </w:rPr>
              <w:t>th</w:t>
            </w:r>
            <w:r w:rsidRPr="00DA223F">
              <w:rPr>
                <w:rFonts w:ascii="Times New Roman" w:hAnsi="Times New Roman" w:cs="Times New Roman"/>
              </w:rPr>
              <w:t xml:space="preserve"> Avenue</w:t>
            </w:r>
          </w:p>
          <w:p w14:paraId="781DD9A8" w14:textId="77777777" w:rsidR="00BE2CBE" w:rsidRPr="00DA223F" w:rsidRDefault="00BE2CBE" w:rsidP="00BE2CBE">
            <w:pPr>
              <w:shd w:val="clear" w:color="auto" w:fill="FFFFFF"/>
              <w:rPr>
                <w:rFonts w:ascii="Times New Roman" w:hAnsi="Times New Roman" w:cs="Times New Roman"/>
              </w:rPr>
            </w:pPr>
            <w:r w:rsidRPr="00DA223F">
              <w:rPr>
                <w:rFonts w:ascii="Times New Roman" w:hAnsi="Times New Roman" w:cs="Times New Roman"/>
              </w:rPr>
              <w:t>Safford, Arizona 85546</w:t>
            </w:r>
          </w:p>
          <w:p w14:paraId="2C33F832"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Days/Week: Monday-Friday excluding Federal Holidays</w:t>
            </w:r>
          </w:p>
          <w:p w14:paraId="066A9E50" w14:textId="60C55ADF" w:rsidR="00BE2CBE" w:rsidRPr="002F5D52" w:rsidRDefault="00BE2CBE" w:rsidP="00BE2CBE">
            <w:pPr>
              <w:shd w:val="clear" w:color="auto" w:fill="FFFFFF"/>
              <w:rPr>
                <w:rFonts w:ascii="Times New Roman" w:hAnsi="Times New Roman" w:cs="Times New Roman"/>
                <w:b/>
                <w:bCs/>
              </w:rPr>
            </w:pPr>
            <w:r w:rsidRPr="00DA223F">
              <w:rPr>
                <w:rFonts w:ascii="Times New Roman" w:hAnsi="Times New Roman" w:cs="Times New Roman"/>
              </w:rPr>
              <w:t>Pick-up: Between 12:00pm-12:30pm</w:t>
            </w:r>
          </w:p>
        </w:tc>
        <w:tc>
          <w:tcPr>
            <w:tcW w:w="3780" w:type="dxa"/>
          </w:tcPr>
          <w:p w14:paraId="0E3C0C82" w14:textId="77777777" w:rsidR="00BE2CBE" w:rsidRPr="00DA223F" w:rsidRDefault="00BE2CBE" w:rsidP="00BE2CBE">
            <w:pPr>
              <w:rPr>
                <w:rFonts w:ascii="Times New Roman" w:hAnsi="Times New Roman" w:cs="Times New Roman"/>
                <w:b/>
                <w:bCs/>
              </w:rPr>
            </w:pPr>
            <w:r w:rsidRPr="00DA223F">
              <w:rPr>
                <w:rFonts w:ascii="Times New Roman" w:hAnsi="Times New Roman" w:cs="Times New Roman"/>
                <w:b/>
                <w:bCs/>
              </w:rPr>
              <w:t>SAVAHCS</w:t>
            </w:r>
          </w:p>
          <w:p w14:paraId="30B8957E"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Clinical Laboratory</w:t>
            </w:r>
          </w:p>
          <w:p w14:paraId="344BDA71"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Building 57, Front Desk, Room B126</w:t>
            </w:r>
          </w:p>
          <w:p w14:paraId="5D07E875"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Southern Arizona VA Health Care</w:t>
            </w:r>
          </w:p>
          <w:p w14:paraId="136DAE51"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71C51CC9"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Tucson, AZ 85723</w:t>
            </w:r>
          </w:p>
          <w:p w14:paraId="31EE302D"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Delivery: No later than 6:00pm</w:t>
            </w:r>
          </w:p>
          <w:p w14:paraId="19BAEA38" w14:textId="77777777" w:rsidR="00BE2CBE" w:rsidRPr="00DA223F" w:rsidRDefault="00BE2CBE" w:rsidP="00BE2CBE">
            <w:pPr>
              <w:rPr>
                <w:rFonts w:ascii="Times New Roman" w:hAnsi="Times New Roman" w:cs="Times New Roman"/>
              </w:rPr>
            </w:pPr>
          </w:p>
          <w:p w14:paraId="32B81ED7" w14:textId="77777777" w:rsidR="00BE2CBE" w:rsidRPr="00DA223F" w:rsidRDefault="00BE2CBE" w:rsidP="00BE2CBE">
            <w:pPr>
              <w:shd w:val="clear" w:color="auto" w:fill="FFFFFF"/>
              <w:rPr>
                <w:rFonts w:ascii="Times New Roman" w:hAnsi="Times New Roman" w:cs="Times New Roman"/>
              </w:rPr>
            </w:pPr>
            <w:r w:rsidRPr="00DA223F">
              <w:rPr>
                <w:rFonts w:ascii="Times New Roman" w:hAnsi="Times New Roman" w:cs="Times New Roman"/>
                <w:b/>
                <w:bCs/>
              </w:rPr>
              <w:t>SAVAHCS</w:t>
            </w:r>
          </w:p>
          <w:p w14:paraId="5C83F64B" w14:textId="77777777" w:rsidR="00BE2CBE" w:rsidRPr="00DA223F" w:rsidRDefault="00BE2CBE" w:rsidP="00BE2CBE">
            <w:pPr>
              <w:shd w:val="clear" w:color="auto" w:fill="FFFFFF"/>
              <w:rPr>
                <w:rFonts w:ascii="Times New Roman" w:hAnsi="Times New Roman" w:cs="Times New Roman"/>
              </w:rPr>
            </w:pPr>
            <w:r w:rsidRPr="00DA223F">
              <w:rPr>
                <w:rFonts w:ascii="Times New Roman" w:hAnsi="Times New Roman" w:cs="Times New Roman"/>
              </w:rPr>
              <w:t>Pharmacy Service</w:t>
            </w:r>
          </w:p>
          <w:p w14:paraId="4D8C936E" w14:textId="77777777" w:rsidR="00BE2CBE" w:rsidRPr="00DA223F" w:rsidRDefault="00BE2CBE" w:rsidP="00BE2CBE">
            <w:pPr>
              <w:shd w:val="clear" w:color="auto" w:fill="FFFFFF"/>
              <w:rPr>
                <w:rFonts w:ascii="Times New Roman" w:hAnsi="Times New Roman" w:cs="Times New Roman"/>
              </w:rPr>
            </w:pPr>
            <w:r w:rsidRPr="00DA223F">
              <w:rPr>
                <w:rFonts w:ascii="Times New Roman" w:hAnsi="Times New Roman" w:cs="Times New Roman"/>
              </w:rPr>
              <w:t>Southern Arizona VA Healthcare</w:t>
            </w:r>
          </w:p>
          <w:p w14:paraId="2500CA4A" w14:textId="77777777" w:rsidR="00BE2CBE" w:rsidRPr="00DA223F" w:rsidRDefault="00BE2CBE" w:rsidP="00BE2CBE">
            <w:pPr>
              <w:shd w:val="clear" w:color="auto" w:fill="FFFFFF"/>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2A5D3EDE" w14:textId="77777777" w:rsidR="00BE2CBE" w:rsidRPr="00DA223F" w:rsidRDefault="00BE2CBE" w:rsidP="00BE2CBE">
            <w:pPr>
              <w:shd w:val="clear" w:color="auto" w:fill="FFFFFF"/>
              <w:rPr>
                <w:rFonts w:ascii="Times New Roman" w:hAnsi="Times New Roman" w:cs="Times New Roman"/>
              </w:rPr>
            </w:pPr>
            <w:r w:rsidRPr="00DA223F">
              <w:rPr>
                <w:rFonts w:ascii="Times New Roman" w:hAnsi="Times New Roman" w:cs="Times New Roman"/>
              </w:rPr>
              <w:t>Tucson, AZ 85723</w:t>
            </w:r>
          </w:p>
          <w:p w14:paraId="56419726" w14:textId="77777777" w:rsidR="00BE2CBE" w:rsidRPr="00DA223F" w:rsidRDefault="00BE2CBE" w:rsidP="00BE2CBE">
            <w:pPr>
              <w:shd w:val="clear" w:color="auto" w:fill="FFFFFF"/>
              <w:rPr>
                <w:rFonts w:ascii="Times New Roman" w:hAnsi="Times New Roman" w:cs="Times New Roman"/>
              </w:rPr>
            </w:pPr>
            <w:r w:rsidRPr="00DA223F">
              <w:rPr>
                <w:rFonts w:ascii="Times New Roman" w:hAnsi="Times New Roman" w:cs="Times New Roman"/>
              </w:rPr>
              <w:t xml:space="preserve">Delivery: </w:t>
            </w:r>
          </w:p>
          <w:p w14:paraId="2D50781A" w14:textId="77777777" w:rsidR="00BE2CBE" w:rsidRPr="00DA223F" w:rsidRDefault="00BE2CBE" w:rsidP="00BE2CBE">
            <w:pPr>
              <w:shd w:val="clear" w:color="auto" w:fill="FFFFFF"/>
              <w:rPr>
                <w:rFonts w:ascii="Times New Roman" w:hAnsi="Times New Roman" w:cs="Times New Roman"/>
              </w:rPr>
            </w:pPr>
            <w:r w:rsidRPr="00DA223F">
              <w:rPr>
                <w:rFonts w:ascii="Times New Roman" w:hAnsi="Times New Roman" w:cs="Times New Roman"/>
              </w:rPr>
              <w:t xml:space="preserve">Outpatient Pharmacy if </w:t>
            </w:r>
            <w:r w:rsidRPr="00DA223F">
              <w:rPr>
                <w:rFonts w:ascii="Times New Roman" w:hAnsi="Times New Roman" w:cs="Times New Roman"/>
                <w:b/>
                <w:bCs/>
              </w:rPr>
              <w:t xml:space="preserve">before 6pm </w:t>
            </w:r>
            <w:r w:rsidRPr="00DA223F">
              <w:rPr>
                <w:rFonts w:ascii="Times New Roman" w:hAnsi="Times New Roman" w:cs="Times New Roman"/>
              </w:rPr>
              <w:t>(Building 80, Room 1702)</w:t>
            </w:r>
          </w:p>
          <w:p w14:paraId="031C5B7C" w14:textId="77777777" w:rsidR="00BE2CBE" w:rsidRPr="00DA223F" w:rsidRDefault="00BE2CBE" w:rsidP="00BE2CBE">
            <w:pPr>
              <w:shd w:val="clear" w:color="auto" w:fill="FFFFFF"/>
              <w:rPr>
                <w:rFonts w:ascii="Times New Roman" w:hAnsi="Times New Roman" w:cs="Times New Roman"/>
              </w:rPr>
            </w:pPr>
            <w:r w:rsidRPr="00DA223F">
              <w:rPr>
                <w:rFonts w:ascii="Times New Roman" w:hAnsi="Times New Roman" w:cs="Times New Roman"/>
              </w:rPr>
              <w:t xml:space="preserve">Inpatient Pharmacy if </w:t>
            </w:r>
            <w:r w:rsidRPr="00DA223F">
              <w:rPr>
                <w:rFonts w:ascii="Times New Roman" w:hAnsi="Times New Roman" w:cs="Times New Roman"/>
                <w:b/>
                <w:bCs/>
              </w:rPr>
              <w:t>after 6pm</w:t>
            </w:r>
            <w:r w:rsidRPr="00DA223F">
              <w:rPr>
                <w:rFonts w:ascii="Times New Roman" w:hAnsi="Times New Roman" w:cs="Times New Roman"/>
              </w:rPr>
              <w:t xml:space="preserve"> (Building 57, Room BA081)</w:t>
            </w:r>
          </w:p>
          <w:p w14:paraId="71EE55F2" w14:textId="77777777" w:rsidR="00BE2CBE" w:rsidRPr="00DA223F" w:rsidRDefault="00BE2CBE" w:rsidP="00BE2CBE">
            <w:pPr>
              <w:shd w:val="clear" w:color="auto" w:fill="FFFFFF"/>
              <w:rPr>
                <w:rFonts w:ascii="Times New Roman" w:hAnsi="Times New Roman" w:cs="Times New Roman"/>
              </w:rPr>
            </w:pPr>
          </w:p>
          <w:p w14:paraId="5F642411" w14:textId="77777777" w:rsidR="00BE2CBE" w:rsidRPr="00DA223F" w:rsidRDefault="00BE2CBE" w:rsidP="00BE2CBE">
            <w:pPr>
              <w:rPr>
                <w:rFonts w:ascii="Times New Roman" w:hAnsi="Times New Roman" w:cs="Times New Roman"/>
                <w:b/>
                <w:bCs/>
              </w:rPr>
            </w:pPr>
            <w:r w:rsidRPr="00DA223F">
              <w:rPr>
                <w:rFonts w:ascii="Times New Roman" w:hAnsi="Times New Roman" w:cs="Times New Roman"/>
                <w:b/>
                <w:bCs/>
              </w:rPr>
              <w:t>SAVAHCS</w:t>
            </w:r>
          </w:p>
          <w:p w14:paraId="1FC89A63"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 xml:space="preserve">Supply Chain Management </w:t>
            </w:r>
          </w:p>
          <w:p w14:paraId="6DD78541"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Building 57, Room 190 &amp; Room 138</w:t>
            </w:r>
          </w:p>
          <w:p w14:paraId="001FFEC9"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Southern Arizona VA Healthcare</w:t>
            </w:r>
          </w:p>
          <w:p w14:paraId="667E1559"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3601 S. 6th Ave.</w:t>
            </w:r>
          </w:p>
          <w:p w14:paraId="0E05D73F"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Tucson, AZ 85723</w:t>
            </w:r>
          </w:p>
          <w:p w14:paraId="111F3A92"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Delivery: No later than 6:00pm</w:t>
            </w:r>
          </w:p>
          <w:p w14:paraId="7616ACBB" w14:textId="77777777" w:rsidR="00BE2CBE" w:rsidRPr="00DA223F" w:rsidRDefault="00BE2CBE" w:rsidP="00BE2CBE">
            <w:pPr>
              <w:rPr>
                <w:rFonts w:ascii="Times New Roman" w:hAnsi="Times New Roman" w:cs="Times New Roman"/>
              </w:rPr>
            </w:pPr>
          </w:p>
          <w:p w14:paraId="5EED7CE4" w14:textId="77777777" w:rsidR="00BE2CBE" w:rsidRPr="00DA223F" w:rsidRDefault="00BE2CBE" w:rsidP="00BE2CBE">
            <w:pPr>
              <w:rPr>
                <w:rFonts w:ascii="Times New Roman" w:hAnsi="Times New Roman" w:cs="Times New Roman"/>
                <w:b/>
                <w:bCs/>
              </w:rPr>
            </w:pPr>
            <w:r w:rsidRPr="00DA223F">
              <w:rPr>
                <w:rFonts w:ascii="Times New Roman" w:hAnsi="Times New Roman" w:cs="Times New Roman"/>
                <w:b/>
                <w:bCs/>
              </w:rPr>
              <w:t>SAVAHCS</w:t>
            </w:r>
          </w:p>
          <w:p w14:paraId="57DD1383"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Supply Chain Management/ Mailroom</w:t>
            </w:r>
          </w:p>
          <w:p w14:paraId="57427CE1"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Room 14 Building Room 101-14</w:t>
            </w:r>
          </w:p>
          <w:p w14:paraId="2CBD99FB"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Southern Arizona VA Healthcare</w:t>
            </w:r>
          </w:p>
          <w:p w14:paraId="00C90EA6"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3601 S. 6th Ave.</w:t>
            </w:r>
          </w:p>
          <w:p w14:paraId="3C43AF53"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t>Tucson, AZ 85723</w:t>
            </w:r>
          </w:p>
          <w:p w14:paraId="0BA9E5C3" w14:textId="77777777" w:rsidR="00BE2CBE" w:rsidRPr="00DA223F" w:rsidRDefault="00BE2CBE" w:rsidP="00BE2CBE">
            <w:pPr>
              <w:rPr>
                <w:rFonts w:ascii="Times New Roman" w:hAnsi="Times New Roman" w:cs="Times New Roman"/>
              </w:rPr>
            </w:pPr>
            <w:r w:rsidRPr="00DA223F">
              <w:rPr>
                <w:rFonts w:ascii="Times New Roman" w:hAnsi="Times New Roman" w:cs="Times New Roman"/>
              </w:rPr>
              <w:lastRenderedPageBreak/>
              <w:t>Delivery: No later than 3:30pm</w:t>
            </w:r>
          </w:p>
          <w:p w14:paraId="0FE02A48" w14:textId="77777777" w:rsidR="00BE2CBE" w:rsidRPr="00DA223F" w:rsidRDefault="00BE2CBE" w:rsidP="00BE2CBE">
            <w:pPr>
              <w:rPr>
                <w:rFonts w:ascii="Times New Roman" w:hAnsi="Times New Roman" w:cs="Times New Roman"/>
              </w:rPr>
            </w:pPr>
          </w:p>
          <w:p w14:paraId="25C2C7BA" w14:textId="77777777" w:rsidR="00BE2CBE" w:rsidRPr="00DA223F" w:rsidRDefault="00BE2CBE" w:rsidP="00BE2CBE">
            <w:pPr>
              <w:shd w:val="clear" w:color="auto" w:fill="FFFFFF"/>
              <w:rPr>
                <w:rFonts w:ascii="Times New Roman" w:hAnsi="Times New Roman" w:cs="Times New Roman"/>
              </w:rPr>
            </w:pPr>
          </w:p>
          <w:p w14:paraId="43481F28" w14:textId="77777777" w:rsidR="00BE2CBE" w:rsidRPr="002F5D52" w:rsidRDefault="00BE2CBE" w:rsidP="00BE2CBE">
            <w:pPr>
              <w:rPr>
                <w:rFonts w:ascii="Times New Roman" w:hAnsi="Times New Roman" w:cs="Times New Roman"/>
                <w:b/>
                <w:bCs/>
              </w:rPr>
            </w:pPr>
          </w:p>
        </w:tc>
        <w:tc>
          <w:tcPr>
            <w:tcW w:w="1620" w:type="dxa"/>
            <w:vMerge/>
            <w:vAlign w:val="center"/>
          </w:tcPr>
          <w:p w14:paraId="40E00EEF" w14:textId="77777777" w:rsidR="00BE2CBE" w:rsidRPr="002F5D52" w:rsidRDefault="00BE2CBE" w:rsidP="00BE2CBE">
            <w:pPr>
              <w:jc w:val="center"/>
              <w:rPr>
                <w:rFonts w:ascii="Times New Roman" w:hAnsi="Times New Roman" w:cs="Times New Roman"/>
              </w:rPr>
            </w:pPr>
          </w:p>
        </w:tc>
      </w:tr>
    </w:tbl>
    <w:p w14:paraId="604DAAF5"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BE28B1" w:rsidRPr="002F5D52" w14:paraId="46E07987" w14:textId="77777777" w:rsidTr="00E5395D">
        <w:trPr>
          <w:trHeight w:val="350"/>
          <w:jc w:val="center"/>
        </w:trPr>
        <w:tc>
          <w:tcPr>
            <w:tcW w:w="9625" w:type="dxa"/>
            <w:gridSpan w:val="3"/>
            <w:vAlign w:val="center"/>
          </w:tcPr>
          <w:p w14:paraId="241EA659" w14:textId="2A9495F1" w:rsidR="00BE28B1" w:rsidRPr="002F5D52" w:rsidRDefault="00BE28B1" w:rsidP="00BE28B1">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5</w:t>
            </w:r>
            <w:r w:rsidR="006F36C0">
              <w:rPr>
                <w:rFonts w:ascii="Times New Roman" w:hAnsi="Times New Roman" w:cs="Times New Roman"/>
                <w:b/>
                <w:bCs/>
              </w:rPr>
              <w:t>0</w:t>
            </w:r>
          </w:p>
        </w:tc>
      </w:tr>
      <w:tr w:rsidR="00C17BD2" w:rsidRPr="002F5D52" w14:paraId="114A7733" w14:textId="77777777" w:rsidTr="00E5395D">
        <w:trPr>
          <w:trHeight w:val="1153"/>
          <w:jc w:val="center"/>
        </w:trPr>
        <w:tc>
          <w:tcPr>
            <w:tcW w:w="4225" w:type="dxa"/>
          </w:tcPr>
          <w:p w14:paraId="31A3F2AC" w14:textId="77777777" w:rsidR="00C17BD2" w:rsidRPr="00DA223F" w:rsidRDefault="00C17BD2" w:rsidP="00C17BD2">
            <w:pPr>
              <w:shd w:val="clear" w:color="auto" w:fill="FFFFFF"/>
              <w:rPr>
                <w:rFonts w:ascii="Times New Roman" w:hAnsi="Times New Roman" w:cs="Times New Roman"/>
              </w:rPr>
            </w:pPr>
            <w:r w:rsidRPr="00DA223F">
              <w:rPr>
                <w:rFonts w:ascii="Times New Roman" w:hAnsi="Times New Roman" w:cs="Times New Roman"/>
                <w:b/>
                <w:bCs/>
              </w:rPr>
              <w:t>SAVAHCS</w:t>
            </w:r>
            <w:r w:rsidRPr="00DA223F">
              <w:rPr>
                <w:rFonts w:ascii="Times New Roman" w:hAnsi="Times New Roman" w:cs="Times New Roman"/>
              </w:rPr>
              <w:br/>
              <w:t>Clinical Laboratory</w:t>
            </w:r>
            <w:r w:rsidRPr="00DA223F">
              <w:rPr>
                <w:rFonts w:ascii="Times New Roman" w:hAnsi="Times New Roman" w:cs="Times New Roman"/>
              </w:rPr>
              <w:br/>
              <w:t>Southern Arizona VA Health Care</w:t>
            </w:r>
            <w:r w:rsidRPr="00DA223F">
              <w:rPr>
                <w:rFonts w:ascii="Times New Roman" w:hAnsi="Times New Roman" w:cs="Times New Roman"/>
              </w:rPr>
              <w:br/>
              <w:t>3601 S. 6th Ave.</w:t>
            </w:r>
            <w:r w:rsidRPr="00DA223F">
              <w:rPr>
                <w:rFonts w:ascii="Times New Roman" w:hAnsi="Times New Roman" w:cs="Times New Roman"/>
              </w:rPr>
              <w:br/>
              <w:t>Tucson, AZ 85723</w:t>
            </w:r>
          </w:p>
          <w:p w14:paraId="720C3F0E" w14:textId="77777777" w:rsidR="007D5EF2" w:rsidRDefault="00C17BD2" w:rsidP="007D5EF2">
            <w:pPr>
              <w:shd w:val="clear" w:color="auto" w:fill="FFFFFF"/>
              <w:rPr>
                <w:rFonts w:ascii="Times New Roman" w:hAnsi="Times New Roman" w:cs="Times New Roman"/>
              </w:rPr>
            </w:pPr>
            <w:r w:rsidRPr="00DA223F">
              <w:rPr>
                <w:rFonts w:ascii="Times New Roman" w:hAnsi="Times New Roman" w:cs="Times New Roman"/>
              </w:rPr>
              <w:t>Days/Week: Monday-Friday excluding Federal Holidays</w:t>
            </w:r>
            <w:r w:rsidRPr="00DA223F">
              <w:rPr>
                <w:rFonts w:ascii="Times New Roman" w:hAnsi="Times New Roman" w:cs="Times New Roman"/>
              </w:rPr>
              <w:br/>
              <w:t>Pick-up: Between 7:30am-10:00am</w:t>
            </w:r>
          </w:p>
          <w:p w14:paraId="1D90F4AC" w14:textId="77777777" w:rsidR="007D5EF2" w:rsidRPr="00DA223F" w:rsidRDefault="007D5EF2" w:rsidP="007D5EF2">
            <w:pPr>
              <w:shd w:val="clear" w:color="auto" w:fill="FFFFFF"/>
              <w:rPr>
                <w:rFonts w:ascii="Times New Roman" w:hAnsi="Times New Roman" w:cs="Times New Roman"/>
              </w:rPr>
            </w:pPr>
          </w:p>
          <w:p w14:paraId="5ADC0308" w14:textId="77777777" w:rsidR="007D5EF2" w:rsidRPr="00DA223F" w:rsidRDefault="007D5EF2" w:rsidP="007D5EF2">
            <w:pPr>
              <w:rPr>
                <w:rFonts w:ascii="Times New Roman" w:hAnsi="Times New Roman" w:cs="Times New Roman"/>
                <w:b/>
                <w:bCs/>
              </w:rPr>
            </w:pPr>
            <w:r w:rsidRPr="00DA223F">
              <w:rPr>
                <w:rFonts w:ascii="Times New Roman" w:hAnsi="Times New Roman" w:cs="Times New Roman"/>
                <w:b/>
                <w:bCs/>
              </w:rPr>
              <w:t>SAVAHCS</w:t>
            </w:r>
          </w:p>
          <w:p w14:paraId="456D28FE" w14:textId="77777777" w:rsidR="007D5EF2" w:rsidRPr="00DA223F" w:rsidRDefault="007D5EF2" w:rsidP="007D5EF2">
            <w:pPr>
              <w:rPr>
                <w:rFonts w:ascii="Times New Roman" w:hAnsi="Times New Roman" w:cs="Times New Roman"/>
              </w:rPr>
            </w:pPr>
            <w:r w:rsidRPr="00DA223F">
              <w:rPr>
                <w:rFonts w:ascii="Times New Roman" w:hAnsi="Times New Roman" w:cs="Times New Roman"/>
              </w:rPr>
              <w:t xml:space="preserve">Supply Chain Management </w:t>
            </w:r>
          </w:p>
          <w:p w14:paraId="07CA5F02" w14:textId="77777777" w:rsidR="007D5EF2" w:rsidRPr="00DA223F" w:rsidRDefault="007D5EF2" w:rsidP="007D5EF2">
            <w:pPr>
              <w:rPr>
                <w:rFonts w:ascii="Times New Roman" w:hAnsi="Times New Roman" w:cs="Times New Roman"/>
              </w:rPr>
            </w:pPr>
            <w:r w:rsidRPr="00DA223F">
              <w:rPr>
                <w:rFonts w:ascii="Times New Roman" w:hAnsi="Times New Roman" w:cs="Times New Roman"/>
              </w:rPr>
              <w:t>Building 57, Room 190 &amp; Room 138</w:t>
            </w:r>
          </w:p>
          <w:p w14:paraId="79AB952F" w14:textId="77777777" w:rsidR="007D5EF2" w:rsidRPr="00DA223F" w:rsidRDefault="007D5EF2" w:rsidP="007D5EF2">
            <w:pPr>
              <w:rPr>
                <w:rFonts w:ascii="Times New Roman" w:hAnsi="Times New Roman" w:cs="Times New Roman"/>
              </w:rPr>
            </w:pPr>
            <w:r w:rsidRPr="00DA223F">
              <w:rPr>
                <w:rFonts w:ascii="Times New Roman" w:hAnsi="Times New Roman" w:cs="Times New Roman"/>
              </w:rPr>
              <w:t>Southern Arizona VA Healthcare</w:t>
            </w:r>
          </w:p>
          <w:p w14:paraId="46871486" w14:textId="77777777" w:rsidR="007D5EF2" w:rsidRPr="00DA223F" w:rsidRDefault="007D5EF2" w:rsidP="007D5EF2">
            <w:pPr>
              <w:rPr>
                <w:rFonts w:ascii="Times New Roman" w:hAnsi="Times New Roman" w:cs="Times New Roman"/>
              </w:rPr>
            </w:pPr>
            <w:r w:rsidRPr="00DA223F">
              <w:rPr>
                <w:rFonts w:ascii="Times New Roman" w:hAnsi="Times New Roman" w:cs="Times New Roman"/>
              </w:rPr>
              <w:t>3601 S. 6th Ave.</w:t>
            </w:r>
          </w:p>
          <w:p w14:paraId="472B3A9C" w14:textId="77777777" w:rsidR="007D5EF2" w:rsidRPr="00DA223F" w:rsidRDefault="007D5EF2" w:rsidP="007D5EF2">
            <w:pPr>
              <w:rPr>
                <w:rFonts w:ascii="Times New Roman" w:hAnsi="Times New Roman" w:cs="Times New Roman"/>
              </w:rPr>
            </w:pPr>
            <w:r w:rsidRPr="00DA223F">
              <w:rPr>
                <w:rFonts w:ascii="Times New Roman" w:hAnsi="Times New Roman" w:cs="Times New Roman"/>
              </w:rPr>
              <w:t>Tucson, AZ 85723</w:t>
            </w:r>
          </w:p>
          <w:p w14:paraId="60745C05" w14:textId="77777777" w:rsidR="007D5EF2" w:rsidRPr="00DA223F" w:rsidRDefault="007D5EF2" w:rsidP="007D5EF2">
            <w:pPr>
              <w:rPr>
                <w:rFonts w:ascii="Times New Roman" w:hAnsi="Times New Roman" w:cs="Times New Roman"/>
              </w:rPr>
            </w:pPr>
            <w:r w:rsidRPr="00DA223F">
              <w:rPr>
                <w:rFonts w:ascii="Times New Roman" w:hAnsi="Times New Roman" w:cs="Times New Roman"/>
              </w:rPr>
              <w:t>Days/Week: Monday-Friday excluding Federal Holidays</w:t>
            </w:r>
          </w:p>
          <w:p w14:paraId="6AFB147D" w14:textId="77777777" w:rsidR="007D5EF2" w:rsidRPr="00DA223F" w:rsidRDefault="007D5EF2" w:rsidP="007D5EF2">
            <w:pPr>
              <w:shd w:val="clear" w:color="auto" w:fill="FFFFFF"/>
              <w:rPr>
                <w:rFonts w:ascii="Times New Roman" w:hAnsi="Times New Roman" w:cs="Times New Roman"/>
              </w:rPr>
            </w:pPr>
            <w:r w:rsidRPr="00DA223F">
              <w:rPr>
                <w:rFonts w:ascii="Times New Roman" w:hAnsi="Times New Roman" w:cs="Times New Roman"/>
              </w:rPr>
              <w:t>Pick-up: Between 8:30am - 10:30am</w:t>
            </w:r>
          </w:p>
          <w:p w14:paraId="3D4DF619" w14:textId="77777777" w:rsidR="007D5EF2" w:rsidRPr="00DA223F" w:rsidRDefault="007D5EF2" w:rsidP="007D5EF2">
            <w:pPr>
              <w:shd w:val="clear" w:color="auto" w:fill="FFFFFF"/>
              <w:rPr>
                <w:rFonts w:ascii="Times New Roman" w:hAnsi="Times New Roman" w:cs="Times New Roman"/>
              </w:rPr>
            </w:pPr>
          </w:p>
          <w:p w14:paraId="72E6EC21" w14:textId="77777777" w:rsidR="007D5EF2" w:rsidRPr="00DA223F" w:rsidRDefault="007D5EF2" w:rsidP="007D5EF2">
            <w:pPr>
              <w:rPr>
                <w:rFonts w:ascii="Times New Roman" w:hAnsi="Times New Roman" w:cs="Times New Roman"/>
                <w:b/>
                <w:bCs/>
              </w:rPr>
            </w:pPr>
            <w:r w:rsidRPr="00DA223F">
              <w:rPr>
                <w:rFonts w:ascii="Times New Roman" w:hAnsi="Times New Roman" w:cs="Times New Roman"/>
                <w:b/>
                <w:bCs/>
              </w:rPr>
              <w:t>SAVAHCS</w:t>
            </w:r>
          </w:p>
          <w:p w14:paraId="1FFDA008" w14:textId="77777777" w:rsidR="007D5EF2" w:rsidRPr="00DA223F" w:rsidRDefault="007D5EF2" w:rsidP="007D5EF2">
            <w:pPr>
              <w:rPr>
                <w:rFonts w:ascii="Times New Roman" w:hAnsi="Times New Roman" w:cs="Times New Roman"/>
              </w:rPr>
            </w:pPr>
            <w:r w:rsidRPr="00DA223F">
              <w:rPr>
                <w:rFonts w:ascii="Times New Roman" w:hAnsi="Times New Roman" w:cs="Times New Roman"/>
              </w:rPr>
              <w:t>Supply Chain Management/ Mailroom</w:t>
            </w:r>
          </w:p>
          <w:p w14:paraId="5FF11810" w14:textId="77777777" w:rsidR="007D5EF2" w:rsidRPr="00DA223F" w:rsidRDefault="007D5EF2" w:rsidP="007D5EF2">
            <w:pPr>
              <w:rPr>
                <w:rFonts w:ascii="Times New Roman" w:hAnsi="Times New Roman" w:cs="Times New Roman"/>
              </w:rPr>
            </w:pPr>
            <w:r w:rsidRPr="00DA223F">
              <w:rPr>
                <w:rFonts w:ascii="Times New Roman" w:hAnsi="Times New Roman" w:cs="Times New Roman"/>
              </w:rPr>
              <w:t>Building 14, Warehouse 101-14</w:t>
            </w:r>
          </w:p>
          <w:p w14:paraId="3F3510C1" w14:textId="77777777" w:rsidR="007D5EF2" w:rsidRPr="00DA223F" w:rsidRDefault="007D5EF2" w:rsidP="007D5EF2">
            <w:pPr>
              <w:rPr>
                <w:rFonts w:ascii="Times New Roman" w:hAnsi="Times New Roman" w:cs="Times New Roman"/>
              </w:rPr>
            </w:pPr>
            <w:r w:rsidRPr="00DA223F">
              <w:rPr>
                <w:rFonts w:ascii="Times New Roman" w:hAnsi="Times New Roman" w:cs="Times New Roman"/>
              </w:rPr>
              <w:t>Southern Arizona VA Healthcare</w:t>
            </w:r>
          </w:p>
          <w:p w14:paraId="71D08803" w14:textId="77777777" w:rsidR="007D5EF2" w:rsidRPr="00DA223F" w:rsidRDefault="007D5EF2" w:rsidP="007D5EF2">
            <w:pPr>
              <w:rPr>
                <w:rFonts w:ascii="Times New Roman" w:hAnsi="Times New Roman" w:cs="Times New Roman"/>
              </w:rPr>
            </w:pPr>
            <w:r w:rsidRPr="00DA223F">
              <w:rPr>
                <w:rFonts w:ascii="Times New Roman" w:hAnsi="Times New Roman" w:cs="Times New Roman"/>
              </w:rPr>
              <w:t>3601 S. 6th Ave.</w:t>
            </w:r>
          </w:p>
          <w:p w14:paraId="67FEDB5D" w14:textId="77777777" w:rsidR="007D5EF2" w:rsidRPr="00DA223F" w:rsidRDefault="007D5EF2" w:rsidP="007D5EF2">
            <w:pPr>
              <w:rPr>
                <w:rFonts w:ascii="Times New Roman" w:hAnsi="Times New Roman" w:cs="Times New Roman"/>
              </w:rPr>
            </w:pPr>
            <w:r w:rsidRPr="00DA223F">
              <w:rPr>
                <w:rFonts w:ascii="Times New Roman" w:hAnsi="Times New Roman" w:cs="Times New Roman"/>
              </w:rPr>
              <w:t>Tucson, AZ 85723</w:t>
            </w:r>
          </w:p>
          <w:p w14:paraId="37327DCA" w14:textId="77777777" w:rsidR="007D5EF2" w:rsidRPr="00DA223F" w:rsidRDefault="007D5EF2" w:rsidP="007D5EF2">
            <w:pPr>
              <w:rPr>
                <w:rFonts w:ascii="Times New Roman" w:hAnsi="Times New Roman" w:cs="Times New Roman"/>
              </w:rPr>
            </w:pPr>
            <w:r w:rsidRPr="00DA223F">
              <w:rPr>
                <w:rFonts w:ascii="Times New Roman" w:hAnsi="Times New Roman" w:cs="Times New Roman"/>
              </w:rPr>
              <w:t>Days/Week: Monday-Friday excluding Federal Holidays</w:t>
            </w:r>
          </w:p>
          <w:p w14:paraId="789BCF6D" w14:textId="77777777" w:rsidR="00C17BD2" w:rsidRDefault="007D5EF2" w:rsidP="007D5EF2">
            <w:pPr>
              <w:shd w:val="clear" w:color="auto" w:fill="FFFFFF"/>
              <w:rPr>
                <w:rFonts w:ascii="Times New Roman" w:hAnsi="Times New Roman" w:cs="Times New Roman"/>
              </w:rPr>
            </w:pPr>
            <w:r w:rsidRPr="00DA223F">
              <w:rPr>
                <w:rFonts w:ascii="Times New Roman" w:hAnsi="Times New Roman" w:cs="Times New Roman"/>
              </w:rPr>
              <w:t>Pick-up: Between 7:30am - 10:30am</w:t>
            </w:r>
          </w:p>
          <w:p w14:paraId="1AE287FD" w14:textId="271083A7" w:rsidR="007D5EF2" w:rsidRPr="002F5D52" w:rsidRDefault="007D5EF2" w:rsidP="007D5EF2">
            <w:pPr>
              <w:shd w:val="clear" w:color="auto" w:fill="FFFFFF"/>
              <w:rPr>
                <w:rFonts w:ascii="Times New Roman" w:eastAsia="Times New Roman" w:hAnsi="Times New Roman" w:cs="Times New Roman"/>
              </w:rPr>
            </w:pPr>
          </w:p>
        </w:tc>
        <w:tc>
          <w:tcPr>
            <w:tcW w:w="3780" w:type="dxa"/>
          </w:tcPr>
          <w:p w14:paraId="12BCF642" w14:textId="6C13C66F" w:rsidR="00C17BD2" w:rsidRPr="002F5D52" w:rsidRDefault="00C17BD2" w:rsidP="00C17BD2">
            <w:pPr>
              <w:rPr>
                <w:rFonts w:ascii="Times New Roman" w:hAnsi="Times New Roman" w:cs="Times New Roman"/>
              </w:rPr>
            </w:pPr>
            <w:r w:rsidRPr="00DA223F">
              <w:rPr>
                <w:rFonts w:ascii="Times New Roman" w:hAnsi="Times New Roman" w:cs="Times New Roman"/>
                <w:b/>
                <w:bCs/>
              </w:rPr>
              <w:t>Cochise County VA Clinic</w:t>
            </w:r>
            <w:r w:rsidRPr="00DA223F">
              <w:rPr>
                <w:rFonts w:ascii="Times New Roman" w:hAnsi="Times New Roman" w:cs="Times New Roman"/>
              </w:rPr>
              <w:br/>
              <w:t>157 N. Coronado Drive</w:t>
            </w:r>
            <w:r w:rsidRPr="00DA223F">
              <w:rPr>
                <w:rFonts w:ascii="Times New Roman" w:hAnsi="Times New Roman" w:cs="Times New Roman"/>
              </w:rPr>
              <w:br/>
              <w:t>Sierra Vista, Arizona 85635</w:t>
            </w:r>
            <w:r w:rsidRPr="00DA223F">
              <w:rPr>
                <w:rFonts w:ascii="Times New Roman" w:hAnsi="Times New Roman" w:cs="Times New Roman"/>
              </w:rPr>
              <w:br/>
              <w:t>Delivery time: Between 3:30pm-4:00pm</w:t>
            </w:r>
          </w:p>
        </w:tc>
        <w:tc>
          <w:tcPr>
            <w:tcW w:w="1620" w:type="dxa"/>
            <w:vAlign w:val="center"/>
          </w:tcPr>
          <w:p w14:paraId="7640069C" w14:textId="608CC2FF" w:rsidR="00C17BD2" w:rsidRPr="002F5D52" w:rsidRDefault="00C17BD2" w:rsidP="00C17BD2">
            <w:pPr>
              <w:jc w:val="center"/>
              <w:rPr>
                <w:rFonts w:ascii="Times New Roman" w:hAnsi="Times New Roman" w:cs="Times New Roman"/>
              </w:rPr>
            </w:pPr>
            <w:r w:rsidRPr="002F5D52">
              <w:rPr>
                <w:rFonts w:ascii="Times New Roman" w:hAnsi="Times New Roman" w:cs="Times New Roman"/>
              </w:rPr>
              <w:t>260 runs/year</w:t>
            </w:r>
          </w:p>
        </w:tc>
      </w:tr>
      <w:tr w:rsidR="00C17BD2" w:rsidRPr="002F5D52" w14:paraId="0977F667" w14:textId="77777777" w:rsidTr="00E5395D">
        <w:trPr>
          <w:trHeight w:val="1153"/>
          <w:jc w:val="center"/>
        </w:trPr>
        <w:tc>
          <w:tcPr>
            <w:tcW w:w="4225" w:type="dxa"/>
          </w:tcPr>
          <w:p w14:paraId="097FFE8D" w14:textId="77777777" w:rsidR="00C17BD2" w:rsidRPr="00DA223F" w:rsidRDefault="00C17BD2" w:rsidP="00C17BD2">
            <w:pPr>
              <w:shd w:val="clear" w:color="auto" w:fill="FFFFFF"/>
              <w:rPr>
                <w:rFonts w:ascii="Times New Roman" w:hAnsi="Times New Roman" w:cs="Times New Roman"/>
                <w:b/>
                <w:bCs/>
              </w:rPr>
            </w:pPr>
            <w:r w:rsidRPr="00DA223F">
              <w:rPr>
                <w:rFonts w:ascii="Times New Roman" w:hAnsi="Times New Roman" w:cs="Times New Roman"/>
                <w:b/>
                <w:bCs/>
              </w:rPr>
              <w:t>Cochise County VA Clinic</w:t>
            </w:r>
          </w:p>
          <w:p w14:paraId="0E551109" w14:textId="77777777" w:rsidR="00C17BD2" w:rsidRPr="00DA223F" w:rsidRDefault="00C17BD2" w:rsidP="00C17BD2">
            <w:pPr>
              <w:shd w:val="clear" w:color="auto" w:fill="FFFFFF"/>
              <w:rPr>
                <w:rFonts w:ascii="Times New Roman" w:hAnsi="Times New Roman" w:cs="Times New Roman"/>
              </w:rPr>
            </w:pPr>
            <w:r w:rsidRPr="00DA223F">
              <w:rPr>
                <w:rFonts w:ascii="Times New Roman" w:hAnsi="Times New Roman" w:cs="Times New Roman"/>
              </w:rPr>
              <w:t>157 N. Coronado Drive</w:t>
            </w:r>
          </w:p>
          <w:p w14:paraId="707B4761" w14:textId="77777777" w:rsidR="00C17BD2" w:rsidRPr="00DA223F" w:rsidRDefault="00C17BD2" w:rsidP="00C17BD2">
            <w:pPr>
              <w:shd w:val="clear" w:color="auto" w:fill="FFFFFF"/>
              <w:rPr>
                <w:rFonts w:ascii="Times New Roman" w:hAnsi="Times New Roman" w:cs="Times New Roman"/>
              </w:rPr>
            </w:pPr>
            <w:r w:rsidRPr="00DA223F">
              <w:rPr>
                <w:rFonts w:ascii="Times New Roman" w:hAnsi="Times New Roman" w:cs="Times New Roman"/>
              </w:rPr>
              <w:t>Sierra Vista, Arizona 85635</w:t>
            </w:r>
          </w:p>
          <w:p w14:paraId="446E4E85"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Days/Week: Monday-Friday excluding Federal Holidays</w:t>
            </w:r>
          </w:p>
          <w:p w14:paraId="56C72EF0" w14:textId="77777777" w:rsidR="00C17BD2" w:rsidRPr="00DA223F" w:rsidRDefault="00C17BD2" w:rsidP="00C17BD2">
            <w:pPr>
              <w:shd w:val="clear" w:color="auto" w:fill="FFFFFF"/>
              <w:rPr>
                <w:rFonts w:ascii="Times New Roman" w:hAnsi="Times New Roman" w:cs="Times New Roman"/>
              </w:rPr>
            </w:pPr>
            <w:r w:rsidRPr="00DA223F">
              <w:rPr>
                <w:rFonts w:ascii="Times New Roman" w:hAnsi="Times New Roman" w:cs="Times New Roman"/>
              </w:rPr>
              <w:t>Pick-up: Between 3:30pm-4:00pm</w:t>
            </w:r>
          </w:p>
          <w:p w14:paraId="0595E63F" w14:textId="309F805D" w:rsidR="00C17BD2" w:rsidRPr="002F5D52" w:rsidRDefault="00C17BD2" w:rsidP="00C17BD2">
            <w:pPr>
              <w:shd w:val="clear" w:color="auto" w:fill="FFFFFF"/>
              <w:rPr>
                <w:rFonts w:ascii="Times New Roman" w:hAnsi="Times New Roman" w:cs="Times New Roman"/>
                <w:b/>
                <w:bCs/>
              </w:rPr>
            </w:pPr>
          </w:p>
        </w:tc>
        <w:tc>
          <w:tcPr>
            <w:tcW w:w="3780" w:type="dxa"/>
          </w:tcPr>
          <w:p w14:paraId="0B2E454E" w14:textId="77777777" w:rsidR="00C17BD2" w:rsidRPr="00DA223F" w:rsidRDefault="00C17BD2" w:rsidP="00C17BD2">
            <w:pPr>
              <w:rPr>
                <w:rFonts w:ascii="Times New Roman" w:hAnsi="Times New Roman" w:cs="Times New Roman"/>
                <w:b/>
                <w:bCs/>
              </w:rPr>
            </w:pPr>
            <w:r w:rsidRPr="00DA223F">
              <w:rPr>
                <w:rFonts w:ascii="Times New Roman" w:hAnsi="Times New Roman" w:cs="Times New Roman"/>
                <w:b/>
                <w:bCs/>
              </w:rPr>
              <w:t>SAVAHCS</w:t>
            </w:r>
          </w:p>
          <w:p w14:paraId="09256528"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Clinical Laboratory</w:t>
            </w:r>
          </w:p>
          <w:p w14:paraId="7AA65C43"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Southern Arizona VA Health Care</w:t>
            </w:r>
          </w:p>
          <w:p w14:paraId="5B2E6109"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1D4D8949"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Tucson, AZ 85723</w:t>
            </w:r>
          </w:p>
          <w:p w14:paraId="42988864"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Delivery: No later than 8:30pm</w:t>
            </w:r>
          </w:p>
          <w:p w14:paraId="70B53A1E" w14:textId="77777777" w:rsidR="00C17BD2" w:rsidRPr="00DA223F" w:rsidRDefault="00C17BD2" w:rsidP="00C17BD2">
            <w:pPr>
              <w:rPr>
                <w:rFonts w:ascii="Times New Roman" w:hAnsi="Times New Roman" w:cs="Times New Roman"/>
              </w:rPr>
            </w:pPr>
          </w:p>
          <w:p w14:paraId="73839046" w14:textId="77777777" w:rsidR="00C17BD2" w:rsidRPr="00DA223F" w:rsidRDefault="00C17BD2" w:rsidP="00C17BD2">
            <w:pPr>
              <w:rPr>
                <w:rFonts w:ascii="Times New Roman" w:hAnsi="Times New Roman" w:cs="Times New Roman"/>
                <w:b/>
                <w:bCs/>
              </w:rPr>
            </w:pPr>
            <w:r w:rsidRPr="00DA223F">
              <w:rPr>
                <w:rFonts w:ascii="Times New Roman" w:hAnsi="Times New Roman" w:cs="Times New Roman"/>
                <w:b/>
                <w:bCs/>
              </w:rPr>
              <w:t>SAVAHCS</w:t>
            </w:r>
          </w:p>
          <w:p w14:paraId="1942C58B"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 xml:space="preserve">Supply Chain Management </w:t>
            </w:r>
          </w:p>
          <w:p w14:paraId="31A11F91"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Building 57, Room 190 &amp; Room 138</w:t>
            </w:r>
          </w:p>
          <w:p w14:paraId="0D44CEC0"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Southern Arizona VA Healthcare</w:t>
            </w:r>
          </w:p>
          <w:p w14:paraId="23BC63C2"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3601 S. 6th Ave.</w:t>
            </w:r>
          </w:p>
          <w:p w14:paraId="0D4BD24F"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Tucson, AZ 85723</w:t>
            </w:r>
          </w:p>
          <w:p w14:paraId="30CFE975"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Delivery: No later than 6:00pm</w:t>
            </w:r>
          </w:p>
          <w:p w14:paraId="333BEF4B" w14:textId="77777777" w:rsidR="00C17BD2" w:rsidRPr="00DA223F" w:rsidRDefault="00C17BD2" w:rsidP="00C17BD2">
            <w:pPr>
              <w:rPr>
                <w:rFonts w:ascii="Times New Roman" w:hAnsi="Times New Roman" w:cs="Times New Roman"/>
              </w:rPr>
            </w:pPr>
          </w:p>
          <w:p w14:paraId="1D57D628" w14:textId="77777777" w:rsidR="00C17BD2" w:rsidRPr="00DA223F" w:rsidRDefault="00C17BD2" w:rsidP="00C17BD2">
            <w:pPr>
              <w:rPr>
                <w:rFonts w:ascii="Times New Roman" w:hAnsi="Times New Roman" w:cs="Times New Roman"/>
                <w:b/>
                <w:bCs/>
              </w:rPr>
            </w:pPr>
            <w:r w:rsidRPr="00DA223F">
              <w:rPr>
                <w:rFonts w:ascii="Times New Roman" w:hAnsi="Times New Roman" w:cs="Times New Roman"/>
                <w:b/>
                <w:bCs/>
              </w:rPr>
              <w:t>SAVAHCS</w:t>
            </w:r>
          </w:p>
          <w:p w14:paraId="4DBF8210"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Supply Chain Management/ Mailroom</w:t>
            </w:r>
          </w:p>
          <w:p w14:paraId="46ED8F3B"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Room 14 Building Room 101-14</w:t>
            </w:r>
          </w:p>
          <w:p w14:paraId="229CA819"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Southern Arizona VA Healthcare</w:t>
            </w:r>
          </w:p>
          <w:p w14:paraId="6EE97C81"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3601 S. 6th Ave.</w:t>
            </w:r>
          </w:p>
          <w:p w14:paraId="0E5A4E43"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Tucson, AZ 85723</w:t>
            </w:r>
          </w:p>
          <w:p w14:paraId="39791B4F" w14:textId="77777777" w:rsidR="00C17BD2" w:rsidRPr="00DA223F" w:rsidRDefault="00C17BD2" w:rsidP="00C17BD2">
            <w:pPr>
              <w:rPr>
                <w:rFonts w:ascii="Times New Roman" w:hAnsi="Times New Roman" w:cs="Times New Roman"/>
              </w:rPr>
            </w:pPr>
            <w:r w:rsidRPr="00DA223F">
              <w:rPr>
                <w:rFonts w:ascii="Times New Roman" w:hAnsi="Times New Roman" w:cs="Times New Roman"/>
              </w:rPr>
              <w:t>Delivery: No later than 3:30pm</w:t>
            </w:r>
          </w:p>
          <w:p w14:paraId="62AEB98E" w14:textId="22149895" w:rsidR="00C17BD2" w:rsidRPr="002F5D52" w:rsidRDefault="00C17BD2" w:rsidP="00C17BD2">
            <w:pPr>
              <w:rPr>
                <w:rFonts w:ascii="Times New Roman" w:hAnsi="Times New Roman" w:cs="Times New Roman"/>
              </w:rPr>
            </w:pPr>
          </w:p>
        </w:tc>
        <w:tc>
          <w:tcPr>
            <w:tcW w:w="1620" w:type="dxa"/>
            <w:vAlign w:val="center"/>
          </w:tcPr>
          <w:p w14:paraId="64115F0A" w14:textId="77777777" w:rsidR="00C17BD2" w:rsidRPr="002F5D52" w:rsidRDefault="00C17BD2" w:rsidP="00C17BD2">
            <w:pPr>
              <w:jc w:val="center"/>
              <w:rPr>
                <w:rFonts w:ascii="Times New Roman" w:hAnsi="Times New Roman" w:cs="Times New Roman"/>
              </w:rPr>
            </w:pPr>
          </w:p>
        </w:tc>
      </w:tr>
    </w:tbl>
    <w:p w14:paraId="1EA46AAC"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BE28B1" w:rsidRPr="002F5D52" w14:paraId="03047434" w14:textId="77777777" w:rsidTr="00E5395D">
        <w:trPr>
          <w:trHeight w:val="350"/>
          <w:jc w:val="center"/>
        </w:trPr>
        <w:tc>
          <w:tcPr>
            <w:tcW w:w="9625" w:type="dxa"/>
            <w:gridSpan w:val="3"/>
            <w:vAlign w:val="center"/>
          </w:tcPr>
          <w:p w14:paraId="2CA2F7AD" w14:textId="0712215D" w:rsidR="00BE28B1" w:rsidRPr="002F5D52" w:rsidRDefault="00BE28B1" w:rsidP="00BE28B1">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5</w:t>
            </w:r>
            <w:r w:rsidR="006F36C0">
              <w:rPr>
                <w:rFonts w:ascii="Times New Roman" w:hAnsi="Times New Roman" w:cs="Times New Roman"/>
                <w:b/>
                <w:bCs/>
              </w:rPr>
              <w:t>1</w:t>
            </w:r>
          </w:p>
        </w:tc>
      </w:tr>
      <w:tr w:rsidR="00134CEF" w:rsidRPr="002F5D52" w14:paraId="0C53EDB0" w14:textId="77777777" w:rsidTr="00E5395D">
        <w:trPr>
          <w:trHeight w:val="1153"/>
          <w:jc w:val="center"/>
        </w:trPr>
        <w:tc>
          <w:tcPr>
            <w:tcW w:w="4225" w:type="dxa"/>
          </w:tcPr>
          <w:p w14:paraId="160DDD16" w14:textId="77777777" w:rsidR="00134CEF" w:rsidRPr="00DA223F" w:rsidRDefault="00134CEF" w:rsidP="00134CEF">
            <w:pPr>
              <w:rPr>
                <w:rFonts w:ascii="Times New Roman" w:hAnsi="Times New Roman" w:cs="Times New Roman"/>
                <w:b/>
                <w:bCs/>
              </w:rPr>
            </w:pPr>
            <w:r w:rsidRPr="00DA223F">
              <w:rPr>
                <w:rFonts w:ascii="Times New Roman" w:hAnsi="Times New Roman" w:cs="Times New Roman"/>
                <w:b/>
                <w:bCs/>
              </w:rPr>
              <w:t>SAVAHCS</w:t>
            </w:r>
          </w:p>
          <w:p w14:paraId="2CE7471F"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Clinical Laboratory</w:t>
            </w:r>
          </w:p>
          <w:p w14:paraId="3FA03798"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Southern Arizona VA Health Care</w:t>
            </w:r>
          </w:p>
          <w:p w14:paraId="00819911"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Building 57, Hallway B125</w:t>
            </w:r>
          </w:p>
          <w:p w14:paraId="06D9C24C"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3601 S. 6th Ave.</w:t>
            </w:r>
          </w:p>
          <w:p w14:paraId="6AFF9C06"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Tucson, AZ 85723</w:t>
            </w:r>
          </w:p>
          <w:p w14:paraId="6B118348"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Days/Week: Monday-Friday excluding Federal Holidays</w:t>
            </w:r>
          </w:p>
          <w:p w14:paraId="19E6555F"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Pick-up: Between 8:30am-10:30am</w:t>
            </w:r>
          </w:p>
          <w:p w14:paraId="3465ECDD" w14:textId="77777777" w:rsidR="00134CEF" w:rsidRPr="00DA223F" w:rsidRDefault="00134CEF" w:rsidP="00134CEF">
            <w:pPr>
              <w:rPr>
                <w:rFonts w:ascii="Times New Roman" w:hAnsi="Times New Roman" w:cs="Times New Roman"/>
                <w:b/>
                <w:bCs/>
              </w:rPr>
            </w:pPr>
          </w:p>
          <w:p w14:paraId="453C9B79" w14:textId="77777777" w:rsidR="00134CEF" w:rsidRPr="00DA223F" w:rsidRDefault="00134CEF" w:rsidP="00134CEF">
            <w:pPr>
              <w:rPr>
                <w:rFonts w:ascii="Times New Roman" w:hAnsi="Times New Roman" w:cs="Times New Roman"/>
                <w:b/>
                <w:bCs/>
              </w:rPr>
            </w:pPr>
            <w:r w:rsidRPr="00DA223F">
              <w:rPr>
                <w:rFonts w:ascii="Times New Roman" w:hAnsi="Times New Roman" w:cs="Times New Roman"/>
                <w:b/>
                <w:bCs/>
              </w:rPr>
              <w:t>SAVAHCS</w:t>
            </w:r>
          </w:p>
          <w:p w14:paraId="41254BD8"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Pharmacy Service</w:t>
            </w:r>
          </w:p>
          <w:p w14:paraId="4EDB83F8"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Building 80, Room 1702</w:t>
            </w:r>
          </w:p>
          <w:p w14:paraId="5662AD84"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Southern Arizona VA Healthcare</w:t>
            </w:r>
          </w:p>
          <w:p w14:paraId="22A7746D"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3601 S. 6th Ave.</w:t>
            </w:r>
          </w:p>
          <w:p w14:paraId="0D2A3A6A"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Tucson, AZ 85723</w:t>
            </w:r>
          </w:p>
          <w:p w14:paraId="280FAC8E"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Days/Week: Monday-Friday excluding Federal Holidays</w:t>
            </w:r>
          </w:p>
          <w:p w14:paraId="7C5B9854" w14:textId="77777777" w:rsidR="00134CEF" w:rsidRPr="00DA223F" w:rsidRDefault="00134CEF" w:rsidP="00134CEF">
            <w:pPr>
              <w:shd w:val="clear" w:color="auto" w:fill="FFFFFF"/>
              <w:rPr>
                <w:rFonts w:ascii="Times New Roman" w:hAnsi="Times New Roman" w:cs="Times New Roman"/>
              </w:rPr>
            </w:pPr>
            <w:r w:rsidRPr="00DA223F">
              <w:rPr>
                <w:rFonts w:ascii="Times New Roman" w:hAnsi="Times New Roman" w:cs="Times New Roman"/>
              </w:rPr>
              <w:t>Pick-up: Between 8:30am - 10:30am</w:t>
            </w:r>
          </w:p>
          <w:p w14:paraId="60EFB910" w14:textId="77777777" w:rsidR="00134CEF" w:rsidRPr="00DA223F" w:rsidRDefault="00134CEF" w:rsidP="00134CEF">
            <w:pPr>
              <w:shd w:val="clear" w:color="auto" w:fill="FFFFFF"/>
              <w:rPr>
                <w:rFonts w:ascii="Times New Roman" w:hAnsi="Times New Roman" w:cs="Times New Roman"/>
              </w:rPr>
            </w:pPr>
          </w:p>
          <w:p w14:paraId="679B800A" w14:textId="77777777" w:rsidR="00134CEF" w:rsidRPr="00DA223F" w:rsidRDefault="00134CEF" w:rsidP="00134CEF">
            <w:pPr>
              <w:rPr>
                <w:rFonts w:ascii="Times New Roman" w:hAnsi="Times New Roman" w:cs="Times New Roman"/>
                <w:b/>
                <w:bCs/>
              </w:rPr>
            </w:pPr>
            <w:r w:rsidRPr="00DA223F">
              <w:rPr>
                <w:rFonts w:ascii="Times New Roman" w:hAnsi="Times New Roman" w:cs="Times New Roman"/>
                <w:b/>
                <w:bCs/>
              </w:rPr>
              <w:t>SAVAHCS</w:t>
            </w:r>
          </w:p>
          <w:p w14:paraId="538BE8AE"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 xml:space="preserve">Supply Chain Management </w:t>
            </w:r>
          </w:p>
          <w:p w14:paraId="396A4E60"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Building 57, Room 190 &amp; Room 138</w:t>
            </w:r>
          </w:p>
          <w:p w14:paraId="3E4D99AF"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Southern Arizona VA Healthcare</w:t>
            </w:r>
          </w:p>
          <w:p w14:paraId="420D9C20"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3601 S. 6th Ave.</w:t>
            </w:r>
          </w:p>
          <w:p w14:paraId="1F2B5164"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Tucson, AZ 85723</w:t>
            </w:r>
          </w:p>
          <w:p w14:paraId="5BDE3408"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Days/Week: Monday-Friday excluding Federal Holidays</w:t>
            </w:r>
          </w:p>
          <w:p w14:paraId="767EF46A" w14:textId="77777777" w:rsidR="00134CEF" w:rsidRPr="00DA223F" w:rsidRDefault="00134CEF" w:rsidP="00134CEF">
            <w:pPr>
              <w:shd w:val="clear" w:color="auto" w:fill="FFFFFF"/>
              <w:rPr>
                <w:rFonts w:ascii="Times New Roman" w:hAnsi="Times New Roman" w:cs="Times New Roman"/>
              </w:rPr>
            </w:pPr>
            <w:r w:rsidRPr="00DA223F">
              <w:rPr>
                <w:rFonts w:ascii="Times New Roman" w:hAnsi="Times New Roman" w:cs="Times New Roman"/>
              </w:rPr>
              <w:t>Pick-up: Between 8:30am - 10:30am</w:t>
            </w:r>
          </w:p>
          <w:p w14:paraId="7F737AB8" w14:textId="77777777" w:rsidR="00134CEF" w:rsidRPr="00DA223F" w:rsidRDefault="00134CEF" w:rsidP="00134CEF">
            <w:pPr>
              <w:shd w:val="clear" w:color="auto" w:fill="FFFFFF"/>
              <w:rPr>
                <w:rFonts w:ascii="Times New Roman" w:hAnsi="Times New Roman" w:cs="Times New Roman"/>
              </w:rPr>
            </w:pPr>
          </w:p>
          <w:p w14:paraId="0C37DA8F" w14:textId="77777777" w:rsidR="00134CEF" w:rsidRPr="00DA223F" w:rsidRDefault="00134CEF" w:rsidP="00134CEF">
            <w:pPr>
              <w:rPr>
                <w:rFonts w:ascii="Times New Roman" w:hAnsi="Times New Roman" w:cs="Times New Roman"/>
                <w:b/>
                <w:bCs/>
              </w:rPr>
            </w:pPr>
            <w:r w:rsidRPr="00DA223F">
              <w:rPr>
                <w:rFonts w:ascii="Times New Roman" w:hAnsi="Times New Roman" w:cs="Times New Roman"/>
                <w:b/>
                <w:bCs/>
              </w:rPr>
              <w:t>SAVAHCS</w:t>
            </w:r>
          </w:p>
          <w:p w14:paraId="55C86136"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Supply Chain Management/ Mailroom</w:t>
            </w:r>
          </w:p>
          <w:p w14:paraId="0346367A"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Building 14, Warehouse 101-14</w:t>
            </w:r>
          </w:p>
          <w:p w14:paraId="37A4A257"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Southern Arizona VA Healthcare</w:t>
            </w:r>
          </w:p>
          <w:p w14:paraId="41F4AA0A"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3601 S. 6th Ave.</w:t>
            </w:r>
          </w:p>
          <w:p w14:paraId="622C2895"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Tucson, AZ 85723</w:t>
            </w:r>
          </w:p>
          <w:p w14:paraId="531DCBFF"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Days/Week: Monday-Friday excluding Federal Holidays</w:t>
            </w:r>
          </w:p>
          <w:p w14:paraId="6FF69156" w14:textId="3927D6BF" w:rsidR="00134CEF" w:rsidRPr="002F5D52" w:rsidRDefault="00134CEF" w:rsidP="00134CEF">
            <w:pPr>
              <w:shd w:val="clear" w:color="auto" w:fill="FFFFFF"/>
              <w:rPr>
                <w:rFonts w:ascii="Times New Roman" w:eastAsia="Times New Roman" w:hAnsi="Times New Roman" w:cs="Times New Roman"/>
              </w:rPr>
            </w:pPr>
            <w:r w:rsidRPr="00DA223F">
              <w:rPr>
                <w:rFonts w:ascii="Times New Roman" w:hAnsi="Times New Roman" w:cs="Times New Roman"/>
              </w:rPr>
              <w:lastRenderedPageBreak/>
              <w:t>Pick-up: Between 7:30am - 10:30am</w:t>
            </w:r>
          </w:p>
        </w:tc>
        <w:tc>
          <w:tcPr>
            <w:tcW w:w="3780" w:type="dxa"/>
          </w:tcPr>
          <w:p w14:paraId="10F7A50F" w14:textId="77777777" w:rsidR="00134CEF" w:rsidRPr="00DA223F" w:rsidRDefault="00134CEF" w:rsidP="00134CEF">
            <w:pPr>
              <w:shd w:val="clear" w:color="auto" w:fill="FFFFFF"/>
              <w:rPr>
                <w:rFonts w:ascii="Times New Roman" w:hAnsi="Times New Roman" w:cs="Times New Roman"/>
                <w:b/>
                <w:bCs/>
              </w:rPr>
            </w:pPr>
            <w:r w:rsidRPr="00DA223F">
              <w:rPr>
                <w:rFonts w:ascii="Times New Roman" w:hAnsi="Times New Roman" w:cs="Times New Roman"/>
                <w:b/>
                <w:bCs/>
              </w:rPr>
              <w:lastRenderedPageBreak/>
              <w:t>Sierra Vista VA Clinic</w:t>
            </w:r>
          </w:p>
          <w:p w14:paraId="0783FCA8" w14:textId="77777777" w:rsidR="00134CEF" w:rsidRPr="00DA223F" w:rsidRDefault="00134CEF" w:rsidP="00134CEF">
            <w:pPr>
              <w:shd w:val="clear" w:color="auto" w:fill="FFFFFF"/>
              <w:rPr>
                <w:rFonts w:ascii="Times New Roman" w:hAnsi="Times New Roman" w:cs="Times New Roman"/>
              </w:rPr>
            </w:pPr>
            <w:r w:rsidRPr="00DA223F">
              <w:rPr>
                <w:rFonts w:ascii="Times New Roman" w:hAnsi="Times New Roman" w:cs="Times New Roman"/>
              </w:rPr>
              <w:t>101 N. Coronado Drive Suite A</w:t>
            </w:r>
          </w:p>
          <w:p w14:paraId="6D806217" w14:textId="77777777" w:rsidR="00134CEF" w:rsidRPr="00DA223F" w:rsidRDefault="00134CEF" w:rsidP="00134CEF">
            <w:pPr>
              <w:shd w:val="clear" w:color="auto" w:fill="FFFFFF"/>
              <w:rPr>
                <w:rFonts w:ascii="Times New Roman" w:hAnsi="Times New Roman" w:cs="Times New Roman"/>
              </w:rPr>
            </w:pPr>
            <w:r w:rsidRPr="00DA223F">
              <w:rPr>
                <w:rFonts w:ascii="Times New Roman" w:hAnsi="Times New Roman" w:cs="Times New Roman"/>
              </w:rPr>
              <w:t>Sierra Vista, Arizona 85635</w:t>
            </w:r>
          </w:p>
          <w:p w14:paraId="613281C2" w14:textId="713FFADF" w:rsidR="00134CEF" w:rsidRPr="002F5D52" w:rsidRDefault="00134CEF" w:rsidP="00134CEF">
            <w:pPr>
              <w:rPr>
                <w:rFonts w:ascii="Times New Roman" w:hAnsi="Times New Roman" w:cs="Times New Roman"/>
                <w:b/>
                <w:bCs/>
              </w:rPr>
            </w:pPr>
            <w:r w:rsidRPr="00DA223F">
              <w:rPr>
                <w:rFonts w:ascii="Times New Roman" w:hAnsi="Times New Roman" w:cs="Times New Roman"/>
              </w:rPr>
              <w:t>Delivery Time: Between 1:30pm-2:00pm</w:t>
            </w:r>
            <w:r w:rsidRPr="00DA223F">
              <w:rPr>
                <w:rFonts w:ascii="Times New Roman" w:hAnsi="Times New Roman" w:cs="Times New Roman"/>
                <w:b/>
                <w:bCs/>
              </w:rPr>
              <w:t xml:space="preserve"> </w:t>
            </w:r>
          </w:p>
        </w:tc>
        <w:tc>
          <w:tcPr>
            <w:tcW w:w="1620" w:type="dxa"/>
            <w:vMerge w:val="restart"/>
            <w:vAlign w:val="center"/>
          </w:tcPr>
          <w:p w14:paraId="4172DB29" w14:textId="77777777" w:rsidR="00134CEF" w:rsidRPr="002F5D52" w:rsidRDefault="00134CEF" w:rsidP="00134CEF">
            <w:pPr>
              <w:jc w:val="center"/>
              <w:rPr>
                <w:rFonts w:ascii="Times New Roman" w:hAnsi="Times New Roman" w:cs="Times New Roman"/>
              </w:rPr>
            </w:pPr>
            <w:r w:rsidRPr="002F5D52">
              <w:rPr>
                <w:rFonts w:ascii="Times New Roman" w:hAnsi="Times New Roman" w:cs="Times New Roman"/>
              </w:rPr>
              <w:t>260 runs/year</w:t>
            </w:r>
          </w:p>
          <w:p w14:paraId="69A8D082" w14:textId="2489E511" w:rsidR="00134CEF" w:rsidRPr="002F5D52" w:rsidRDefault="00134CEF" w:rsidP="00134CEF">
            <w:pPr>
              <w:jc w:val="center"/>
              <w:rPr>
                <w:rFonts w:ascii="Times New Roman" w:hAnsi="Times New Roman" w:cs="Times New Roman"/>
              </w:rPr>
            </w:pPr>
          </w:p>
        </w:tc>
      </w:tr>
      <w:tr w:rsidR="00134CEF" w:rsidRPr="002F5D52" w14:paraId="1142C3A6" w14:textId="77777777" w:rsidTr="00E5395D">
        <w:trPr>
          <w:trHeight w:val="1153"/>
          <w:jc w:val="center"/>
        </w:trPr>
        <w:tc>
          <w:tcPr>
            <w:tcW w:w="4225" w:type="dxa"/>
          </w:tcPr>
          <w:p w14:paraId="0B2E3DE7" w14:textId="77777777" w:rsidR="00134CEF" w:rsidRPr="00DA223F" w:rsidRDefault="00134CEF" w:rsidP="00134CEF">
            <w:pPr>
              <w:shd w:val="clear" w:color="auto" w:fill="FFFFFF"/>
              <w:rPr>
                <w:rFonts w:ascii="Times New Roman" w:hAnsi="Times New Roman" w:cs="Times New Roman"/>
                <w:b/>
                <w:bCs/>
              </w:rPr>
            </w:pPr>
            <w:r w:rsidRPr="00DA223F">
              <w:rPr>
                <w:rFonts w:ascii="Times New Roman" w:hAnsi="Times New Roman" w:cs="Times New Roman"/>
                <w:b/>
                <w:bCs/>
              </w:rPr>
              <w:t>Sierra Vista VA Clinic</w:t>
            </w:r>
          </w:p>
          <w:p w14:paraId="08098C4E" w14:textId="77777777" w:rsidR="00134CEF" w:rsidRPr="00DA223F" w:rsidRDefault="00134CEF" w:rsidP="00134CEF">
            <w:pPr>
              <w:shd w:val="clear" w:color="auto" w:fill="FFFFFF"/>
              <w:rPr>
                <w:rFonts w:ascii="Times New Roman" w:hAnsi="Times New Roman" w:cs="Times New Roman"/>
              </w:rPr>
            </w:pPr>
            <w:r w:rsidRPr="00DA223F">
              <w:rPr>
                <w:rFonts w:ascii="Times New Roman" w:hAnsi="Times New Roman" w:cs="Times New Roman"/>
              </w:rPr>
              <w:t>101 N. Coronado Drive Suite A</w:t>
            </w:r>
          </w:p>
          <w:p w14:paraId="71584774" w14:textId="77777777" w:rsidR="00134CEF" w:rsidRPr="00DA223F" w:rsidRDefault="00134CEF" w:rsidP="00134CEF">
            <w:pPr>
              <w:shd w:val="clear" w:color="auto" w:fill="FFFFFF"/>
              <w:rPr>
                <w:rFonts w:ascii="Times New Roman" w:hAnsi="Times New Roman" w:cs="Times New Roman"/>
              </w:rPr>
            </w:pPr>
            <w:r w:rsidRPr="00DA223F">
              <w:rPr>
                <w:rFonts w:ascii="Times New Roman" w:hAnsi="Times New Roman" w:cs="Times New Roman"/>
              </w:rPr>
              <w:t>Sierra Vista, Arizona 85635</w:t>
            </w:r>
          </w:p>
          <w:p w14:paraId="62BA130B"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Days/Week: Monday-Friday excluding Federal Holidays</w:t>
            </w:r>
          </w:p>
          <w:p w14:paraId="750A5C6C" w14:textId="17796809" w:rsidR="00134CEF" w:rsidRPr="002F5D52" w:rsidRDefault="00134CEF" w:rsidP="00134CEF">
            <w:pPr>
              <w:shd w:val="clear" w:color="auto" w:fill="FFFFFF"/>
              <w:rPr>
                <w:rFonts w:ascii="Times New Roman" w:hAnsi="Times New Roman" w:cs="Times New Roman"/>
                <w:b/>
                <w:bCs/>
              </w:rPr>
            </w:pPr>
            <w:r w:rsidRPr="00DA223F">
              <w:rPr>
                <w:rFonts w:ascii="Times New Roman" w:hAnsi="Times New Roman" w:cs="Times New Roman"/>
              </w:rPr>
              <w:t>Pick-up: Between 1:30pm-2:00pm</w:t>
            </w:r>
          </w:p>
        </w:tc>
        <w:tc>
          <w:tcPr>
            <w:tcW w:w="3780" w:type="dxa"/>
          </w:tcPr>
          <w:p w14:paraId="3122E726" w14:textId="77777777" w:rsidR="00134CEF" w:rsidRPr="00DA223F" w:rsidRDefault="00134CEF" w:rsidP="00134CEF">
            <w:pPr>
              <w:rPr>
                <w:rFonts w:ascii="Times New Roman" w:hAnsi="Times New Roman" w:cs="Times New Roman"/>
                <w:b/>
                <w:bCs/>
              </w:rPr>
            </w:pPr>
            <w:r w:rsidRPr="00DA223F">
              <w:rPr>
                <w:rFonts w:ascii="Times New Roman" w:hAnsi="Times New Roman" w:cs="Times New Roman"/>
                <w:b/>
                <w:bCs/>
              </w:rPr>
              <w:t>SAVAHCS</w:t>
            </w:r>
          </w:p>
          <w:p w14:paraId="230A7107"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Clinical Laboratory</w:t>
            </w:r>
          </w:p>
          <w:p w14:paraId="629ED350"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Building 57, Front Desk, Room B126</w:t>
            </w:r>
          </w:p>
          <w:p w14:paraId="021D7FA1"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Southern Arizona VA Health Care</w:t>
            </w:r>
          </w:p>
          <w:p w14:paraId="40B5F59E"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1F9C75BC"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Tucson, AZ 85723</w:t>
            </w:r>
          </w:p>
          <w:p w14:paraId="505D74C7"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Delivery: No later than 6:00pm</w:t>
            </w:r>
          </w:p>
          <w:p w14:paraId="2C55DB13" w14:textId="77777777" w:rsidR="00134CEF" w:rsidRPr="00DA223F" w:rsidRDefault="00134CEF" w:rsidP="00134CEF">
            <w:pPr>
              <w:rPr>
                <w:rFonts w:ascii="Times New Roman" w:hAnsi="Times New Roman" w:cs="Times New Roman"/>
              </w:rPr>
            </w:pPr>
          </w:p>
          <w:p w14:paraId="74C22724" w14:textId="77777777" w:rsidR="00134CEF" w:rsidRPr="00DA223F" w:rsidRDefault="00134CEF" w:rsidP="00134CEF">
            <w:pPr>
              <w:shd w:val="clear" w:color="auto" w:fill="FFFFFF"/>
              <w:rPr>
                <w:rFonts w:ascii="Times New Roman" w:hAnsi="Times New Roman" w:cs="Times New Roman"/>
              </w:rPr>
            </w:pPr>
            <w:r w:rsidRPr="00DA223F">
              <w:rPr>
                <w:rFonts w:ascii="Times New Roman" w:hAnsi="Times New Roman" w:cs="Times New Roman"/>
                <w:b/>
                <w:bCs/>
              </w:rPr>
              <w:t>SAVAHCS</w:t>
            </w:r>
          </w:p>
          <w:p w14:paraId="5764759B" w14:textId="77777777" w:rsidR="00134CEF" w:rsidRPr="00DA223F" w:rsidRDefault="00134CEF" w:rsidP="00134CEF">
            <w:pPr>
              <w:shd w:val="clear" w:color="auto" w:fill="FFFFFF"/>
              <w:rPr>
                <w:rFonts w:ascii="Times New Roman" w:hAnsi="Times New Roman" w:cs="Times New Roman"/>
              </w:rPr>
            </w:pPr>
            <w:r w:rsidRPr="00DA223F">
              <w:rPr>
                <w:rFonts w:ascii="Times New Roman" w:hAnsi="Times New Roman" w:cs="Times New Roman"/>
              </w:rPr>
              <w:t>Pharmacy Service</w:t>
            </w:r>
          </w:p>
          <w:p w14:paraId="440099F1" w14:textId="77777777" w:rsidR="00134CEF" w:rsidRPr="00DA223F" w:rsidRDefault="00134CEF" w:rsidP="00134CEF">
            <w:pPr>
              <w:shd w:val="clear" w:color="auto" w:fill="FFFFFF"/>
              <w:rPr>
                <w:rFonts w:ascii="Times New Roman" w:hAnsi="Times New Roman" w:cs="Times New Roman"/>
              </w:rPr>
            </w:pPr>
            <w:r w:rsidRPr="00DA223F">
              <w:rPr>
                <w:rFonts w:ascii="Times New Roman" w:hAnsi="Times New Roman" w:cs="Times New Roman"/>
              </w:rPr>
              <w:t>Southern Arizona VA Healthcare</w:t>
            </w:r>
          </w:p>
          <w:p w14:paraId="661E9C33" w14:textId="77777777" w:rsidR="00134CEF" w:rsidRPr="00DA223F" w:rsidRDefault="00134CEF" w:rsidP="00134CEF">
            <w:pPr>
              <w:shd w:val="clear" w:color="auto" w:fill="FFFFFF"/>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3F5B2EB6" w14:textId="77777777" w:rsidR="00134CEF" w:rsidRPr="00DA223F" w:rsidRDefault="00134CEF" w:rsidP="00134CEF">
            <w:pPr>
              <w:shd w:val="clear" w:color="auto" w:fill="FFFFFF"/>
              <w:rPr>
                <w:rFonts w:ascii="Times New Roman" w:hAnsi="Times New Roman" w:cs="Times New Roman"/>
              </w:rPr>
            </w:pPr>
            <w:r w:rsidRPr="00DA223F">
              <w:rPr>
                <w:rFonts w:ascii="Times New Roman" w:hAnsi="Times New Roman" w:cs="Times New Roman"/>
              </w:rPr>
              <w:t>Tucson, AZ 85723</w:t>
            </w:r>
          </w:p>
          <w:p w14:paraId="281BE252" w14:textId="77777777" w:rsidR="00134CEF" w:rsidRPr="00DA223F" w:rsidRDefault="00134CEF" w:rsidP="00134CEF">
            <w:pPr>
              <w:shd w:val="clear" w:color="auto" w:fill="FFFFFF"/>
              <w:rPr>
                <w:rFonts w:ascii="Times New Roman" w:hAnsi="Times New Roman" w:cs="Times New Roman"/>
              </w:rPr>
            </w:pPr>
            <w:r w:rsidRPr="00DA223F">
              <w:rPr>
                <w:rFonts w:ascii="Times New Roman" w:hAnsi="Times New Roman" w:cs="Times New Roman"/>
              </w:rPr>
              <w:t xml:space="preserve">Delivery: </w:t>
            </w:r>
          </w:p>
          <w:p w14:paraId="50C63456" w14:textId="77777777" w:rsidR="00134CEF" w:rsidRPr="00DA223F" w:rsidRDefault="00134CEF" w:rsidP="00134CEF">
            <w:pPr>
              <w:shd w:val="clear" w:color="auto" w:fill="FFFFFF"/>
              <w:rPr>
                <w:rFonts w:ascii="Times New Roman" w:hAnsi="Times New Roman" w:cs="Times New Roman"/>
              </w:rPr>
            </w:pPr>
            <w:r w:rsidRPr="00DA223F">
              <w:rPr>
                <w:rFonts w:ascii="Times New Roman" w:hAnsi="Times New Roman" w:cs="Times New Roman"/>
              </w:rPr>
              <w:t xml:space="preserve">Outpatient Pharmacy if </w:t>
            </w:r>
            <w:r w:rsidRPr="00DA223F">
              <w:rPr>
                <w:rFonts w:ascii="Times New Roman" w:hAnsi="Times New Roman" w:cs="Times New Roman"/>
                <w:b/>
                <w:bCs/>
              </w:rPr>
              <w:t xml:space="preserve">before 6pm </w:t>
            </w:r>
            <w:r w:rsidRPr="00DA223F">
              <w:rPr>
                <w:rFonts w:ascii="Times New Roman" w:hAnsi="Times New Roman" w:cs="Times New Roman"/>
              </w:rPr>
              <w:t>(Building 80, Room 1702)</w:t>
            </w:r>
          </w:p>
          <w:p w14:paraId="5ED2AB32" w14:textId="77777777" w:rsidR="00134CEF" w:rsidRPr="00DA223F" w:rsidRDefault="00134CEF" w:rsidP="00134CEF">
            <w:pPr>
              <w:shd w:val="clear" w:color="auto" w:fill="FFFFFF"/>
              <w:rPr>
                <w:rFonts w:ascii="Times New Roman" w:hAnsi="Times New Roman" w:cs="Times New Roman"/>
              </w:rPr>
            </w:pPr>
            <w:r w:rsidRPr="00DA223F">
              <w:rPr>
                <w:rFonts w:ascii="Times New Roman" w:hAnsi="Times New Roman" w:cs="Times New Roman"/>
              </w:rPr>
              <w:t xml:space="preserve">Inpatient Pharmacy if </w:t>
            </w:r>
            <w:r w:rsidRPr="00DA223F">
              <w:rPr>
                <w:rFonts w:ascii="Times New Roman" w:hAnsi="Times New Roman" w:cs="Times New Roman"/>
                <w:b/>
                <w:bCs/>
              </w:rPr>
              <w:t>after 6pm</w:t>
            </w:r>
            <w:r w:rsidRPr="00DA223F">
              <w:rPr>
                <w:rFonts w:ascii="Times New Roman" w:hAnsi="Times New Roman" w:cs="Times New Roman"/>
              </w:rPr>
              <w:t xml:space="preserve"> (Building 57, Room BA081)</w:t>
            </w:r>
          </w:p>
          <w:p w14:paraId="52FE82D7" w14:textId="77777777" w:rsidR="00134CEF" w:rsidRPr="00DA223F" w:rsidRDefault="00134CEF" w:rsidP="00134CEF">
            <w:pPr>
              <w:shd w:val="clear" w:color="auto" w:fill="FFFFFF"/>
              <w:rPr>
                <w:rFonts w:ascii="Times New Roman" w:hAnsi="Times New Roman" w:cs="Times New Roman"/>
              </w:rPr>
            </w:pPr>
          </w:p>
          <w:p w14:paraId="08EE5E9B" w14:textId="77777777" w:rsidR="00134CEF" w:rsidRPr="00DA223F" w:rsidRDefault="00134CEF" w:rsidP="00134CEF">
            <w:pPr>
              <w:rPr>
                <w:rFonts w:ascii="Times New Roman" w:hAnsi="Times New Roman" w:cs="Times New Roman"/>
                <w:b/>
                <w:bCs/>
              </w:rPr>
            </w:pPr>
            <w:r w:rsidRPr="00DA223F">
              <w:rPr>
                <w:rFonts w:ascii="Times New Roman" w:hAnsi="Times New Roman" w:cs="Times New Roman"/>
                <w:b/>
                <w:bCs/>
              </w:rPr>
              <w:t>SAVAHCS</w:t>
            </w:r>
          </w:p>
          <w:p w14:paraId="3BB01462"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 xml:space="preserve">Supply Chain Management </w:t>
            </w:r>
          </w:p>
          <w:p w14:paraId="6D0AD6A8"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Building 57, Room 190 &amp; Room 138</w:t>
            </w:r>
          </w:p>
          <w:p w14:paraId="53D9C9D1"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Southern Arizona VA Healthcare</w:t>
            </w:r>
          </w:p>
          <w:p w14:paraId="65202839"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3601 S. 6th Ave.</w:t>
            </w:r>
          </w:p>
          <w:p w14:paraId="1DB3EF9F"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Tucson, AZ 85723</w:t>
            </w:r>
          </w:p>
          <w:p w14:paraId="1AFC633B"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Delivery: No later than 6:00pm</w:t>
            </w:r>
          </w:p>
          <w:p w14:paraId="5F779850" w14:textId="77777777" w:rsidR="00134CEF" w:rsidRPr="00DA223F" w:rsidRDefault="00134CEF" w:rsidP="00134CEF">
            <w:pPr>
              <w:rPr>
                <w:rFonts w:ascii="Times New Roman" w:hAnsi="Times New Roman" w:cs="Times New Roman"/>
              </w:rPr>
            </w:pPr>
          </w:p>
          <w:p w14:paraId="0A1B12A7" w14:textId="77777777" w:rsidR="00134CEF" w:rsidRPr="00DA223F" w:rsidRDefault="00134CEF" w:rsidP="00134CEF">
            <w:pPr>
              <w:rPr>
                <w:rFonts w:ascii="Times New Roman" w:hAnsi="Times New Roman" w:cs="Times New Roman"/>
                <w:b/>
                <w:bCs/>
              </w:rPr>
            </w:pPr>
            <w:r w:rsidRPr="00DA223F">
              <w:rPr>
                <w:rFonts w:ascii="Times New Roman" w:hAnsi="Times New Roman" w:cs="Times New Roman"/>
                <w:b/>
                <w:bCs/>
              </w:rPr>
              <w:t>SAVAHCS</w:t>
            </w:r>
          </w:p>
          <w:p w14:paraId="4BA73F20"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Supply Chain Management/ Mailroom</w:t>
            </w:r>
          </w:p>
          <w:p w14:paraId="6A2D79C7"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Room 14 Building Room 101-14</w:t>
            </w:r>
          </w:p>
          <w:p w14:paraId="6DA5A83F"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Southern Arizona VA Healthcare</w:t>
            </w:r>
          </w:p>
          <w:p w14:paraId="07347ABE"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3601 S. 6th Ave.</w:t>
            </w:r>
          </w:p>
          <w:p w14:paraId="03557643"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Tucson, AZ 85723</w:t>
            </w:r>
          </w:p>
          <w:p w14:paraId="00A69467" w14:textId="77777777" w:rsidR="00134CEF" w:rsidRPr="00DA223F" w:rsidRDefault="00134CEF" w:rsidP="00134CEF">
            <w:pPr>
              <w:rPr>
                <w:rFonts w:ascii="Times New Roman" w:hAnsi="Times New Roman" w:cs="Times New Roman"/>
              </w:rPr>
            </w:pPr>
            <w:r w:rsidRPr="00DA223F">
              <w:rPr>
                <w:rFonts w:ascii="Times New Roman" w:hAnsi="Times New Roman" w:cs="Times New Roman"/>
              </w:rPr>
              <w:t>Delivery: No later than 3:30pm</w:t>
            </w:r>
          </w:p>
          <w:p w14:paraId="1197DF67" w14:textId="77777777" w:rsidR="00134CEF" w:rsidRPr="00DA223F" w:rsidRDefault="00134CEF" w:rsidP="00134CEF">
            <w:pPr>
              <w:rPr>
                <w:rFonts w:ascii="Times New Roman" w:hAnsi="Times New Roman" w:cs="Times New Roman"/>
              </w:rPr>
            </w:pPr>
          </w:p>
          <w:p w14:paraId="0A623DCD" w14:textId="77777777" w:rsidR="00134CEF" w:rsidRPr="00DA223F" w:rsidRDefault="00134CEF" w:rsidP="00134CEF">
            <w:pPr>
              <w:rPr>
                <w:rFonts w:ascii="Times New Roman" w:hAnsi="Times New Roman" w:cs="Times New Roman"/>
              </w:rPr>
            </w:pPr>
          </w:p>
          <w:p w14:paraId="29889080" w14:textId="2798EF59" w:rsidR="00134CEF" w:rsidRPr="002F5D52" w:rsidRDefault="00134CEF" w:rsidP="00134CEF">
            <w:pPr>
              <w:shd w:val="clear" w:color="auto" w:fill="FFFFFF"/>
              <w:rPr>
                <w:rFonts w:ascii="Times New Roman" w:hAnsi="Times New Roman" w:cs="Times New Roman"/>
              </w:rPr>
            </w:pPr>
          </w:p>
        </w:tc>
        <w:tc>
          <w:tcPr>
            <w:tcW w:w="1620" w:type="dxa"/>
            <w:vMerge/>
            <w:vAlign w:val="center"/>
          </w:tcPr>
          <w:p w14:paraId="771C3C50" w14:textId="77777777" w:rsidR="00134CEF" w:rsidRPr="002F5D52" w:rsidRDefault="00134CEF" w:rsidP="00134CEF">
            <w:pPr>
              <w:jc w:val="center"/>
              <w:rPr>
                <w:rFonts w:ascii="Times New Roman" w:hAnsi="Times New Roman" w:cs="Times New Roman"/>
              </w:rPr>
            </w:pPr>
          </w:p>
        </w:tc>
      </w:tr>
    </w:tbl>
    <w:p w14:paraId="249D1104"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8B7A57" w:rsidRPr="002F5D52" w14:paraId="30EADBBF" w14:textId="77777777" w:rsidTr="00E5395D">
        <w:trPr>
          <w:trHeight w:val="350"/>
          <w:jc w:val="center"/>
        </w:trPr>
        <w:tc>
          <w:tcPr>
            <w:tcW w:w="9625" w:type="dxa"/>
            <w:gridSpan w:val="3"/>
            <w:vAlign w:val="center"/>
          </w:tcPr>
          <w:p w14:paraId="5CEAA5E3" w14:textId="7841087B" w:rsidR="008B7A57" w:rsidRPr="002F5D52" w:rsidRDefault="008B7A57" w:rsidP="008B7A57">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5</w:t>
            </w:r>
            <w:r w:rsidR="006F36C0">
              <w:rPr>
                <w:rFonts w:ascii="Times New Roman" w:hAnsi="Times New Roman" w:cs="Times New Roman"/>
                <w:b/>
                <w:bCs/>
              </w:rPr>
              <w:t>2</w:t>
            </w:r>
          </w:p>
        </w:tc>
      </w:tr>
      <w:tr w:rsidR="001F0A6A" w:rsidRPr="002F5D52" w14:paraId="04397865" w14:textId="77777777" w:rsidTr="00E5395D">
        <w:trPr>
          <w:trHeight w:val="1153"/>
          <w:jc w:val="center"/>
        </w:trPr>
        <w:tc>
          <w:tcPr>
            <w:tcW w:w="4225" w:type="dxa"/>
          </w:tcPr>
          <w:p w14:paraId="14B1478E" w14:textId="77777777" w:rsidR="001F0A6A" w:rsidRPr="00DA223F" w:rsidRDefault="001F0A6A" w:rsidP="001F0A6A">
            <w:pPr>
              <w:rPr>
                <w:rFonts w:ascii="Times New Roman" w:hAnsi="Times New Roman" w:cs="Times New Roman"/>
                <w:b/>
                <w:bCs/>
              </w:rPr>
            </w:pPr>
            <w:r w:rsidRPr="00DA223F">
              <w:rPr>
                <w:rFonts w:ascii="Times New Roman" w:hAnsi="Times New Roman" w:cs="Times New Roman"/>
                <w:b/>
                <w:bCs/>
              </w:rPr>
              <w:t>SAVAHCS</w:t>
            </w:r>
          </w:p>
          <w:p w14:paraId="7012CC34"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Clinical Laboratory</w:t>
            </w:r>
          </w:p>
          <w:p w14:paraId="1C30DAE2"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Southern Arizona VA Health Care</w:t>
            </w:r>
          </w:p>
          <w:p w14:paraId="1949CA79"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Building 57, Hallway B125</w:t>
            </w:r>
          </w:p>
          <w:p w14:paraId="3EE94A8A"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3601 S. 6th Ave.</w:t>
            </w:r>
          </w:p>
          <w:p w14:paraId="16DD6E05"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Tucson, AZ 85723</w:t>
            </w:r>
          </w:p>
          <w:p w14:paraId="47D28025"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lastRenderedPageBreak/>
              <w:t>Days/Week: Monday-Friday excluding Federal Holidays</w:t>
            </w:r>
          </w:p>
          <w:p w14:paraId="718AEC79"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Pick-up: Between 8:30am-10:30am</w:t>
            </w:r>
          </w:p>
          <w:p w14:paraId="799EC069" w14:textId="77777777" w:rsidR="001F0A6A" w:rsidRPr="00DA223F" w:rsidRDefault="001F0A6A" w:rsidP="001F0A6A">
            <w:pPr>
              <w:rPr>
                <w:rFonts w:ascii="Times New Roman" w:hAnsi="Times New Roman" w:cs="Times New Roman"/>
                <w:b/>
                <w:bCs/>
              </w:rPr>
            </w:pPr>
          </w:p>
          <w:p w14:paraId="5A48700F" w14:textId="77777777" w:rsidR="001F0A6A" w:rsidRPr="00DA223F" w:rsidRDefault="001F0A6A" w:rsidP="001F0A6A">
            <w:pPr>
              <w:rPr>
                <w:rFonts w:ascii="Times New Roman" w:hAnsi="Times New Roman" w:cs="Times New Roman"/>
                <w:b/>
                <w:bCs/>
              </w:rPr>
            </w:pPr>
            <w:r w:rsidRPr="00DA223F">
              <w:rPr>
                <w:rFonts w:ascii="Times New Roman" w:hAnsi="Times New Roman" w:cs="Times New Roman"/>
                <w:b/>
                <w:bCs/>
              </w:rPr>
              <w:t>SAVAHCS</w:t>
            </w:r>
          </w:p>
          <w:p w14:paraId="27FFC94A"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Pharmacy Service</w:t>
            </w:r>
          </w:p>
          <w:p w14:paraId="1AD9ED8F"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Building 80, Room 1702</w:t>
            </w:r>
          </w:p>
          <w:p w14:paraId="357B39FA"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Southern Arizona VA Healthcare</w:t>
            </w:r>
          </w:p>
          <w:p w14:paraId="536BFA0B"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3601 S. 6th Ave.</w:t>
            </w:r>
          </w:p>
          <w:p w14:paraId="70646A1C"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Tucson, AZ 85723</w:t>
            </w:r>
          </w:p>
          <w:p w14:paraId="5747A683"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Days/Week: Monday-Friday excluding Federal Holidays</w:t>
            </w:r>
          </w:p>
          <w:p w14:paraId="72CBD09F" w14:textId="77777777" w:rsidR="001F0A6A" w:rsidRPr="00DA223F" w:rsidRDefault="001F0A6A" w:rsidP="001F0A6A">
            <w:pPr>
              <w:shd w:val="clear" w:color="auto" w:fill="FFFFFF"/>
              <w:rPr>
                <w:rFonts w:ascii="Times New Roman" w:hAnsi="Times New Roman" w:cs="Times New Roman"/>
              </w:rPr>
            </w:pPr>
            <w:r w:rsidRPr="00DA223F">
              <w:rPr>
                <w:rFonts w:ascii="Times New Roman" w:hAnsi="Times New Roman" w:cs="Times New Roman"/>
              </w:rPr>
              <w:t>Pick-up: Between 8:30am - 10:30am</w:t>
            </w:r>
          </w:p>
          <w:p w14:paraId="100F4639" w14:textId="77777777" w:rsidR="001F0A6A" w:rsidRPr="00DA223F" w:rsidRDefault="001F0A6A" w:rsidP="001F0A6A">
            <w:pPr>
              <w:shd w:val="clear" w:color="auto" w:fill="FFFFFF"/>
              <w:rPr>
                <w:rFonts w:ascii="Times New Roman" w:hAnsi="Times New Roman" w:cs="Times New Roman"/>
              </w:rPr>
            </w:pPr>
          </w:p>
          <w:p w14:paraId="35059FE5" w14:textId="77777777" w:rsidR="001F0A6A" w:rsidRPr="00DA223F" w:rsidRDefault="001F0A6A" w:rsidP="001F0A6A">
            <w:pPr>
              <w:rPr>
                <w:rFonts w:ascii="Times New Roman" w:hAnsi="Times New Roman" w:cs="Times New Roman"/>
                <w:b/>
                <w:bCs/>
              </w:rPr>
            </w:pPr>
            <w:r w:rsidRPr="00DA223F">
              <w:rPr>
                <w:rFonts w:ascii="Times New Roman" w:hAnsi="Times New Roman" w:cs="Times New Roman"/>
                <w:b/>
                <w:bCs/>
              </w:rPr>
              <w:t>SAVAHCS</w:t>
            </w:r>
          </w:p>
          <w:p w14:paraId="33D3EDF5"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 xml:space="preserve">Supply Chain Management </w:t>
            </w:r>
          </w:p>
          <w:p w14:paraId="645C9AB5"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Building 57, Room 190 &amp; Room 138</w:t>
            </w:r>
          </w:p>
          <w:p w14:paraId="4FA7EF44"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Southern Arizona VA Healthcare</w:t>
            </w:r>
          </w:p>
          <w:p w14:paraId="7892D18D"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3601 S. 6th Ave.</w:t>
            </w:r>
          </w:p>
          <w:p w14:paraId="337E03DC"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Tucson, AZ 85723</w:t>
            </w:r>
          </w:p>
          <w:p w14:paraId="0466EFA9"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Days/Week: Monday-Friday excluding Federal Holidays</w:t>
            </w:r>
          </w:p>
          <w:p w14:paraId="7C04C69C"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Pick-up: Between 8:30am - 10:30am</w:t>
            </w:r>
          </w:p>
          <w:p w14:paraId="5E4452EB" w14:textId="77777777" w:rsidR="001F0A6A" w:rsidRPr="00DA223F" w:rsidRDefault="001F0A6A" w:rsidP="001F0A6A">
            <w:pPr>
              <w:rPr>
                <w:rFonts w:ascii="Times New Roman" w:hAnsi="Times New Roman" w:cs="Times New Roman"/>
              </w:rPr>
            </w:pPr>
          </w:p>
          <w:p w14:paraId="7E2DF222" w14:textId="77777777" w:rsidR="001F0A6A" w:rsidRPr="00DA223F" w:rsidRDefault="001F0A6A" w:rsidP="001F0A6A">
            <w:pPr>
              <w:rPr>
                <w:rFonts w:ascii="Times New Roman" w:hAnsi="Times New Roman" w:cs="Times New Roman"/>
                <w:b/>
                <w:bCs/>
              </w:rPr>
            </w:pPr>
            <w:r w:rsidRPr="00DA223F">
              <w:rPr>
                <w:rFonts w:ascii="Times New Roman" w:hAnsi="Times New Roman" w:cs="Times New Roman"/>
                <w:b/>
                <w:bCs/>
              </w:rPr>
              <w:t>SAVAHCS</w:t>
            </w:r>
          </w:p>
          <w:p w14:paraId="43AF10B7"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Supply Chain Management/ Mailroom</w:t>
            </w:r>
          </w:p>
          <w:p w14:paraId="2E211AD1"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Building 14, Warehouse 101-14</w:t>
            </w:r>
          </w:p>
          <w:p w14:paraId="470E91B4"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Southern Arizona VA Healthcare</w:t>
            </w:r>
          </w:p>
          <w:p w14:paraId="14F86EB3"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3601 S. 6th Ave.</w:t>
            </w:r>
          </w:p>
          <w:p w14:paraId="19BB875F"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Tucson, AZ 85723</w:t>
            </w:r>
          </w:p>
          <w:p w14:paraId="4A44FFC8"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Days/Week: Monday-Friday excluding Federal Holidays</w:t>
            </w:r>
          </w:p>
          <w:p w14:paraId="249D0C03" w14:textId="5415854E" w:rsidR="001F0A6A" w:rsidRPr="002F5D52" w:rsidRDefault="001F0A6A" w:rsidP="001F0A6A">
            <w:pPr>
              <w:shd w:val="clear" w:color="auto" w:fill="FFFFFF"/>
              <w:rPr>
                <w:rFonts w:ascii="Times New Roman" w:eastAsia="Times New Roman" w:hAnsi="Times New Roman" w:cs="Times New Roman"/>
              </w:rPr>
            </w:pPr>
            <w:r w:rsidRPr="00DA223F">
              <w:rPr>
                <w:rFonts w:ascii="Times New Roman" w:hAnsi="Times New Roman" w:cs="Times New Roman"/>
              </w:rPr>
              <w:t>Pick-up: Between 7:30am - 10:30am</w:t>
            </w:r>
          </w:p>
        </w:tc>
        <w:tc>
          <w:tcPr>
            <w:tcW w:w="3780" w:type="dxa"/>
          </w:tcPr>
          <w:p w14:paraId="37E29EE4" w14:textId="3B36D785" w:rsidR="001F0A6A" w:rsidRPr="002F5D52" w:rsidRDefault="001F0A6A" w:rsidP="001F0A6A">
            <w:pPr>
              <w:shd w:val="clear" w:color="auto" w:fill="FFFFFF"/>
              <w:rPr>
                <w:rFonts w:ascii="Times New Roman" w:hAnsi="Times New Roman" w:cs="Times New Roman"/>
              </w:rPr>
            </w:pPr>
            <w:r w:rsidRPr="00DA223F">
              <w:rPr>
                <w:rFonts w:ascii="Times New Roman" w:hAnsi="Times New Roman" w:cs="Times New Roman"/>
                <w:b/>
                <w:bCs/>
              </w:rPr>
              <w:lastRenderedPageBreak/>
              <w:t>Northwest Tucson VA Clinic</w:t>
            </w:r>
            <w:r w:rsidRPr="00DA223F">
              <w:rPr>
                <w:rFonts w:ascii="Times New Roman" w:hAnsi="Times New Roman" w:cs="Times New Roman"/>
              </w:rPr>
              <w:br/>
              <w:t>3920 W Linda Vista Blvd.</w:t>
            </w:r>
            <w:r w:rsidRPr="00DA223F">
              <w:rPr>
                <w:rFonts w:ascii="Times New Roman" w:hAnsi="Times New Roman" w:cs="Times New Roman"/>
              </w:rPr>
              <w:br/>
              <w:t>Tucson, Arizona 85742</w:t>
            </w:r>
            <w:r w:rsidRPr="00DA223F">
              <w:rPr>
                <w:rFonts w:ascii="Times New Roman" w:hAnsi="Times New Roman" w:cs="Times New Roman"/>
              </w:rPr>
              <w:br/>
              <w:t>Delivery time: Between 1:45pm-2:15pm</w:t>
            </w:r>
          </w:p>
        </w:tc>
        <w:tc>
          <w:tcPr>
            <w:tcW w:w="1620" w:type="dxa"/>
            <w:vMerge w:val="restart"/>
            <w:vAlign w:val="center"/>
          </w:tcPr>
          <w:p w14:paraId="0BF65577" w14:textId="466F239C" w:rsidR="001F0A6A" w:rsidRPr="002F5D52" w:rsidRDefault="001F0A6A" w:rsidP="001F0A6A">
            <w:pPr>
              <w:jc w:val="center"/>
              <w:rPr>
                <w:rFonts w:ascii="Times New Roman" w:hAnsi="Times New Roman" w:cs="Times New Roman"/>
              </w:rPr>
            </w:pPr>
            <w:r w:rsidRPr="002F5D52">
              <w:rPr>
                <w:rFonts w:ascii="Times New Roman" w:hAnsi="Times New Roman" w:cs="Times New Roman"/>
              </w:rPr>
              <w:t>260 runs/year</w:t>
            </w:r>
          </w:p>
        </w:tc>
      </w:tr>
      <w:tr w:rsidR="001F0A6A" w:rsidRPr="002F5D52" w14:paraId="779A276E" w14:textId="77777777" w:rsidTr="00E5395D">
        <w:trPr>
          <w:trHeight w:val="1153"/>
          <w:jc w:val="center"/>
        </w:trPr>
        <w:tc>
          <w:tcPr>
            <w:tcW w:w="4225" w:type="dxa"/>
          </w:tcPr>
          <w:p w14:paraId="3610D73E" w14:textId="77777777" w:rsidR="001F0A6A" w:rsidRPr="00DA223F" w:rsidRDefault="001F0A6A" w:rsidP="001F0A6A">
            <w:pPr>
              <w:shd w:val="clear" w:color="auto" w:fill="FFFFFF"/>
              <w:rPr>
                <w:rFonts w:ascii="Times New Roman" w:hAnsi="Times New Roman" w:cs="Times New Roman"/>
                <w:b/>
                <w:bCs/>
              </w:rPr>
            </w:pPr>
            <w:r w:rsidRPr="00DA223F">
              <w:rPr>
                <w:rFonts w:ascii="Times New Roman" w:hAnsi="Times New Roman" w:cs="Times New Roman"/>
                <w:b/>
                <w:bCs/>
              </w:rPr>
              <w:t>Northwest Tucson VA Clinic</w:t>
            </w:r>
          </w:p>
          <w:p w14:paraId="3F1E24D7" w14:textId="77777777" w:rsidR="001F0A6A" w:rsidRPr="00DA223F" w:rsidRDefault="001F0A6A" w:rsidP="001F0A6A">
            <w:pPr>
              <w:shd w:val="clear" w:color="auto" w:fill="FFFFFF"/>
              <w:rPr>
                <w:rFonts w:ascii="Times New Roman" w:hAnsi="Times New Roman" w:cs="Times New Roman"/>
              </w:rPr>
            </w:pPr>
            <w:r w:rsidRPr="00DA223F">
              <w:rPr>
                <w:rFonts w:ascii="Times New Roman" w:hAnsi="Times New Roman" w:cs="Times New Roman"/>
              </w:rPr>
              <w:t>3920 W Linda Vista Blvd.</w:t>
            </w:r>
          </w:p>
          <w:p w14:paraId="0278123E" w14:textId="77777777" w:rsidR="001F0A6A" w:rsidRPr="00DA223F" w:rsidRDefault="001F0A6A" w:rsidP="001F0A6A">
            <w:pPr>
              <w:shd w:val="clear" w:color="auto" w:fill="FFFFFF"/>
              <w:rPr>
                <w:rFonts w:ascii="Times New Roman" w:hAnsi="Times New Roman" w:cs="Times New Roman"/>
              </w:rPr>
            </w:pPr>
            <w:r w:rsidRPr="00DA223F">
              <w:rPr>
                <w:rFonts w:ascii="Times New Roman" w:hAnsi="Times New Roman" w:cs="Times New Roman"/>
              </w:rPr>
              <w:t>Tucson, Arizona 85742</w:t>
            </w:r>
          </w:p>
          <w:p w14:paraId="53608899"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Days/Week: Monday-Friday excluding Federal Holidays</w:t>
            </w:r>
          </w:p>
          <w:p w14:paraId="694FDC87" w14:textId="396538A4" w:rsidR="001F0A6A" w:rsidRPr="002F5D52" w:rsidRDefault="001F0A6A" w:rsidP="001F0A6A">
            <w:pPr>
              <w:shd w:val="clear" w:color="auto" w:fill="FFFFFF"/>
              <w:rPr>
                <w:rFonts w:ascii="Times New Roman" w:hAnsi="Times New Roman" w:cs="Times New Roman"/>
                <w:b/>
                <w:bCs/>
              </w:rPr>
            </w:pPr>
            <w:r w:rsidRPr="00DA223F">
              <w:rPr>
                <w:rFonts w:ascii="Times New Roman" w:hAnsi="Times New Roman" w:cs="Times New Roman"/>
              </w:rPr>
              <w:t>Pick-up: Between 1:45pm-2:15pm</w:t>
            </w:r>
          </w:p>
        </w:tc>
        <w:tc>
          <w:tcPr>
            <w:tcW w:w="3780" w:type="dxa"/>
          </w:tcPr>
          <w:p w14:paraId="1724DD86" w14:textId="77777777" w:rsidR="001F0A6A" w:rsidRPr="00DA223F" w:rsidRDefault="001F0A6A" w:rsidP="001F0A6A">
            <w:pPr>
              <w:rPr>
                <w:rFonts w:ascii="Times New Roman" w:hAnsi="Times New Roman" w:cs="Times New Roman"/>
                <w:b/>
                <w:bCs/>
              </w:rPr>
            </w:pPr>
            <w:r w:rsidRPr="00DA223F">
              <w:rPr>
                <w:rFonts w:ascii="Times New Roman" w:hAnsi="Times New Roman" w:cs="Times New Roman"/>
                <w:b/>
                <w:bCs/>
              </w:rPr>
              <w:t>SAVAHCS</w:t>
            </w:r>
          </w:p>
          <w:p w14:paraId="7C530E28"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Clinical Laboratory</w:t>
            </w:r>
          </w:p>
          <w:p w14:paraId="19530261"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Building 57, Front Desk, Room B126</w:t>
            </w:r>
          </w:p>
          <w:p w14:paraId="208F01CE"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Southern Arizona VA Health Care</w:t>
            </w:r>
          </w:p>
          <w:p w14:paraId="29450904"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58779560"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Tucson, AZ 85723</w:t>
            </w:r>
          </w:p>
          <w:p w14:paraId="7EAA632E"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Delivery: No later than 6:00pm</w:t>
            </w:r>
          </w:p>
          <w:p w14:paraId="69ABDDB6" w14:textId="77777777" w:rsidR="001F0A6A" w:rsidRPr="00DA223F" w:rsidRDefault="001F0A6A" w:rsidP="001F0A6A">
            <w:pPr>
              <w:rPr>
                <w:rFonts w:ascii="Times New Roman" w:hAnsi="Times New Roman" w:cs="Times New Roman"/>
              </w:rPr>
            </w:pPr>
          </w:p>
          <w:p w14:paraId="01656EA8" w14:textId="77777777" w:rsidR="001F0A6A" w:rsidRPr="00DA223F" w:rsidRDefault="001F0A6A" w:rsidP="001F0A6A">
            <w:pPr>
              <w:shd w:val="clear" w:color="auto" w:fill="FFFFFF"/>
              <w:rPr>
                <w:rFonts w:ascii="Times New Roman" w:hAnsi="Times New Roman" w:cs="Times New Roman"/>
              </w:rPr>
            </w:pPr>
            <w:r w:rsidRPr="00DA223F">
              <w:rPr>
                <w:rFonts w:ascii="Times New Roman" w:hAnsi="Times New Roman" w:cs="Times New Roman"/>
                <w:b/>
                <w:bCs/>
              </w:rPr>
              <w:t>SAVAHCS</w:t>
            </w:r>
          </w:p>
          <w:p w14:paraId="2B52C6D9" w14:textId="77777777" w:rsidR="001F0A6A" w:rsidRPr="00DA223F" w:rsidRDefault="001F0A6A" w:rsidP="001F0A6A">
            <w:pPr>
              <w:shd w:val="clear" w:color="auto" w:fill="FFFFFF"/>
              <w:rPr>
                <w:rFonts w:ascii="Times New Roman" w:hAnsi="Times New Roman" w:cs="Times New Roman"/>
              </w:rPr>
            </w:pPr>
            <w:r w:rsidRPr="00DA223F">
              <w:rPr>
                <w:rFonts w:ascii="Times New Roman" w:hAnsi="Times New Roman" w:cs="Times New Roman"/>
              </w:rPr>
              <w:t>Pharmacy Service</w:t>
            </w:r>
          </w:p>
          <w:p w14:paraId="21A345EE" w14:textId="77777777" w:rsidR="001F0A6A" w:rsidRPr="00DA223F" w:rsidRDefault="001F0A6A" w:rsidP="001F0A6A">
            <w:pPr>
              <w:shd w:val="clear" w:color="auto" w:fill="FFFFFF"/>
              <w:rPr>
                <w:rFonts w:ascii="Times New Roman" w:hAnsi="Times New Roman" w:cs="Times New Roman"/>
              </w:rPr>
            </w:pPr>
            <w:r w:rsidRPr="00DA223F">
              <w:rPr>
                <w:rFonts w:ascii="Times New Roman" w:hAnsi="Times New Roman" w:cs="Times New Roman"/>
              </w:rPr>
              <w:t>Southern Arizona VA Healthcare</w:t>
            </w:r>
          </w:p>
          <w:p w14:paraId="0FBE8B4D" w14:textId="77777777" w:rsidR="001F0A6A" w:rsidRPr="00DA223F" w:rsidRDefault="001F0A6A" w:rsidP="001F0A6A">
            <w:pPr>
              <w:shd w:val="clear" w:color="auto" w:fill="FFFFFF"/>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1BF2BDE9" w14:textId="77777777" w:rsidR="001F0A6A" w:rsidRPr="00DA223F" w:rsidRDefault="001F0A6A" w:rsidP="001F0A6A">
            <w:pPr>
              <w:shd w:val="clear" w:color="auto" w:fill="FFFFFF"/>
              <w:rPr>
                <w:rFonts w:ascii="Times New Roman" w:hAnsi="Times New Roman" w:cs="Times New Roman"/>
              </w:rPr>
            </w:pPr>
            <w:r w:rsidRPr="00DA223F">
              <w:rPr>
                <w:rFonts w:ascii="Times New Roman" w:hAnsi="Times New Roman" w:cs="Times New Roman"/>
              </w:rPr>
              <w:t>Tucson, AZ 85723</w:t>
            </w:r>
          </w:p>
          <w:p w14:paraId="4A6C66ED" w14:textId="77777777" w:rsidR="001F0A6A" w:rsidRPr="00DA223F" w:rsidRDefault="001F0A6A" w:rsidP="001F0A6A">
            <w:pPr>
              <w:shd w:val="clear" w:color="auto" w:fill="FFFFFF"/>
              <w:rPr>
                <w:rFonts w:ascii="Times New Roman" w:hAnsi="Times New Roman" w:cs="Times New Roman"/>
              </w:rPr>
            </w:pPr>
            <w:r w:rsidRPr="00DA223F">
              <w:rPr>
                <w:rFonts w:ascii="Times New Roman" w:hAnsi="Times New Roman" w:cs="Times New Roman"/>
              </w:rPr>
              <w:t xml:space="preserve">Delivery: </w:t>
            </w:r>
          </w:p>
          <w:p w14:paraId="3BB57B09" w14:textId="77777777" w:rsidR="001F0A6A" w:rsidRPr="00DA223F" w:rsidRDefault="001F0A6A" w:rsidP="001F0A6A">
            <w:pPr>
              <w:shd w:val="clear" w:color="auto" w:fill="FFFFFF"/>
              <w:rPr>
                <w:rFonts w:ascii="Times New Roman" w:hAnsi="Times New Roman" w:cs="Times New Roman"/>
              </w:rPr>
            </w:pPr>
            <w:r w:rsidRPr="00DA223F">
              <w:rPr>
                <w:rFonts w:ascii="Times New Roman" w:hAnsi="Times New Roman" w:cs="Times New Roman"/>
              </w:rPr>
              <w:t xml:space="preserve">Outpatient Pharmacy if </w:t>
            </w:r>
            <w:r w:rsidRPr="00DA223F">
              <w:rPr>
                <w:rFonts w:ascii="Times New Roman" w:hAnsi="Times New Roman" w:cs="Times New Roman"/>
                <w:b/>
                <w:bCs/>
              </w:rPr>
              <w:t xml:space="preserve">before 6pm </w:t>
            </w:r>
            <w:r w:rsidRPr="00DA223F">
              <w:rPr>
                <w:rFonts w:ascii="Times New Roman" w:hAnsi="Times New Roman" w:cs="Times New Roman"/>
              </w:rPr>
              <w:t>(Building 80, Room 1702)</w:t>
            </w:r>
          </w:p>
          <w:p w14:paraId="3C3DDDD7"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 xml:space="preserve">Inpatient Pharmacy if </w:t>
            </w:r>
            <w:r w:rsidRPr="00DA223F">
              <w:rPr>
                <w:rFonts w:ascii="Times New Roman" w:hAnsi="Times New Roman" w:cs="Times New Roman"/>
                <w:b/>
                <w:bCs/>
              </w:rPr>
              <w:t>after 6pm</w:t>
            </w:r>
            <w:r w:rsidRPr="00DA223F">
              <w:rPr>
                <w:rFonts w:ascii="Times New Roman" w:hAnsi="Times New Roman" w:cs="Times New Roman"/>
              </w:rPr>
              <w:t xml:space="preserve"> (Building 57, Room BA081)</w:t>
            </w:r>
          </w:p>
          <w:p w14:paraId="2C744538" w14:textId="77777777" w:rsidR="001F0A6A" w:rsidRPr="00DA223F" w:rsidRDefault="001F0A6A" w:rsidP="001F0A6A">
            <w:pPr>
              <w:rPr>
                <w:rFonts w:ascii="Times New Roman" w:hAnsi="Times New Roman" w:cs="Times New Roman"/>
              </w:rPr>
            </w:pPr>
          </w:p>
          <w:p w14:paraId="03902D18" w14:textId="77777777" w:rsidR="001F0A6A" w:rsidRPr="00DA223F" w:rsidRDefault="001F0A6A" w:rsidP="001F0A6A">
            <w:pPr>
              <w:rPr>
                <w:rFonts w:ascii="Times New Roman" w:hAnsi="Times New Roman" w:cs="Times New Roman"/>
                <w:b/>
                <w:bCs/>
              </w:rPr>
            </w:pPr>
            <w:r w:rsidRPr="00DA223F">
              <w:rPr>
                <w:rFonts w:ascii="Times New Roman" w:hAnsi="Times New Roman" w:cs="Times New Roman"/>
                <w:b/>
                <w:bCs/>
              </w:rPr>
              <w:t>SAVAHCS</w:t>
            </w:r>
          </w:p>
          <w:p w14:paraId="4D1EAA97"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 xml:space="preserve">Supply Chain Management </w:t>
            </w:r>
          </w:p>
          <w:p w14:paraId="2C833787"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Building 57, Room 190 &amp; Room 138</w:t>
            </w:r>
          </w:p>
          <w:p w14:paraId="40F5F342"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Southern Arizona VA Healthcare</w:t>
            </w:r>
          </w:p>
          <w:p w14:paraId="3682142D"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3601 S. 6th Ave.</w:t>
            </w:r>
          </w:p>
          <w:p w14:paraId="374CDD16"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Tucson, AZ 85723</w:t>
            </w:r>
          </w:p>
          <w:p w14:paraId="1ACA6D8F"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Delivery: No later than 6:00pm</w:t>
            </w:r>
          </w:p>
          <w:p w14:paraId="62D9D53F" w14:textId="77777777" w:rsidR="001F0A6A" w:rsidRPr="00DA223F" w:rsidRDefault="001F0A6A" w:rsidP="001F0A6A">
            <w:pPr>
              <w:rPr>
                <w:rFonts w:ascii="Times New Roman" w:hAnsi="Times New Roman" w:cs="Times New Roman"/>
              </w:rPr>
            </w:pPr>
          </w:p>
          <w:p w14:paraId="59D6CAF8" w14:textId="77777777" w:rsidR="001F0A6A" w:rsidRPr="00DA223F" w:rsidRDefault="001F0A6A" w:rsidP="001F0A6A">
            <w:pPr>
              <w:rPr>
                <w:rFonts w:ascii="Times New Roman" w:hAnsi="Times New Roman" w:cs="Times New Roman"/>
                <w:b/>
                <w:bCs/>
              </w:rPr>
            </w:pPr>
            <w:r w:rsidRPr="00DA223F">
              <w:rPr>
                <w:rFonts w:ascii="Times New Roman" w:hAnsi="Times New Roman" w:cs="Times New Roman"/>
                <w:b/>
                <w:bCs/>
              </w:rPr>
              <w:t>SAVAHCS</w:t>
            </w:r>
          </w:p>
          <w:p w14:paraId="20357A51"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Supply Chain Management/ Mailroom</w:t>
            </w:r>
          </w:p>
          <w:p w14:paraId="3EA23052"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Room 14 Building Room 101-14</w:t>
            </w:r>
          </w:p>
          <w:p w14:paraId="6F248AC9"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Southern Arizona VA Healthcare</w:t>
            </w:r>
          </w:p>
          <w:p w14:paraId="67ED286B"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3601 S. 6th Ave.</w:t>
            </w:r>
          </w:p>
          <w:p w14:paraId="10348430"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Tucson, AZ 85723</w:t>
            </w:r>
          </w:p>
          <w:p w14:paraId="49BFEDD1" w14:textId="77777777" w:rsidR="001F0A6A" w:rsidRPr="00DA223F" w:rsidRDefault="001F0A6A" w:rsidP="001F0A6A">
            <w:pPr>
              <w:rPr>
                <w:rFonts w:ascii="Times New Roman" w:hAnsi="Times New Roman" w:cs="Times New Roman"/>
              </w:rPr>
            </w:pPr>
            <w:r w:rsidRPr="00DA223F">
              <w:rPr>
                <w:rFonts w:ascii="Times New Roman" w:hAnsi="Times New Roman" w:cs="Times New Roman"/>
              </w:rPr>
              <w:t>Delivery: No later than 3:30pm</w:t>
            </w:r>
          </w:p>
          <w:p w14:paraId="63135699" w14:textId="77777777" w:rsidR="001F0A6A" w:rsidRPr="00DA223F" w:rsidRDefault="001F0A6A" w:rsidP="001F0A6A">
            <w:pPr>
              <w:rPr>
                <w:rFonts w:ascii="Times New Roman" w:hAnsi="Times New Roman" w:cs="Times New Roman"/>
              </w:rPr>
            </w:pPr>
          </w:p>
          <w:p w14:paraId="37CC059A" w14:textId="7B3ABB00" w:rsidR="001F0A6A" w:rsidRPr="002F5D52" w:rsidRDefault="001F0A6A" w:rsidP="001F0A6A">
            <w:pPr>
              <w:rPr>
                <w:rFonts w:ascii="Times New Roman" w:hAnsi="Times New Roman" w:cs="Times New Roman"/>
                <w:b/>
                <w:bCs/>
              </w:rPr>
            </w:pPr>
          </w:p>
        </w:tc>
        <w:tc>
          <w:tcPr>
            <w:tcW w:w="1620" w:type="dxa"/>
            <w:vMerge/>
            <w:vAlign w:val="center"/>
          </w:tcPr>
          <w:p w14:paraId="28FFC7A1" w14:textId="77777777" w:rsidR="001F0A6A" w:rsidRPr="002F5D52" w:rsidRDefault="001F0A6A" w:rsidP="001F0A6A">
            <w:pPr>
              <w:jc w:val="center"/>
              <w:rPr>
                <w:rFonts w:ascii="Times New Roman" w:hAnsi="Times New Roman" w:cs="Times New Roman"/>
              </w:rPr>
            </w:pPr>
          </w:p>
        </w:tc>
      </w:tr>
    </w:tbl>
    <w:p w14:paraId="38A299B3"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425DB" w:rsidRPr="002F5D52" w14:paraId="4F8B0943" w14:textId="77777777" w:rsidTr="00E5395D">
        <w:trPr>
          <w:trHeight w:val="350"/>
          <w:jc w:val="center"/>
        </w:trPr>
        <w:tc>
          <w:tcPr>
            <w:tcW w:w="9625" w:type="dxa"/>
            <w:gridSpan w:val="3"/>
            <w:vAlign w:val="center"/>
          </w:tcPr>
          <w:p w14:paraId="3CFCF68B" w14:textId="048F0388" w:rsidR="00D425DB" w:rsidRPr="002F5D52" w:rsidRDefault="00D425DB" w:rsidP="00D425DB">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5</w:t>
            </w:r>
            <w:r w:rsidR="006F36C0">
              <w:rPr>
                <w:rFonts w:ascii="Times New Roman" w:hAnsi="Times New Roman" w:cs="Times New Roman"/>
                <w:b/>
                <w:bCs/>
              </w:rPr>
              <w:t>3</w:t>
            </w:r>
          </w:p>
        </w:tc>
      </w:tr>
      <w:tr w:rsidR="00FD1A2E" w:rsidRPr="002F5D52" w14:paraId="684DF34B" w14:textId="77777777" w:rsidTr="00E5395D">
        <w:trPr>
          <w:trHeight w:val="1153"/>
          <w:jc w:val="center"/>
        </w:trPr>
        <w:tc>
          <w:tcPr>
            <w:tcW w:w="4225" w:type="dxa"/>
          </w:tcPr>
          <w:p w14:paraId="4EF83A75" w14:textId="77777777" w:rsidR="00FD1A2E" w:rsidRPr="00DA223F" w:rsidRDefault="00FD1A2E" w:rsidP="00FD1A2E">
            <w:pPr>
              <w:rPr>
                <w:rFonts w:ascii="Times New Roman" w:hAnsi="Times New Roman" w:cs="Times New Roman"/>
                <w:b/>
                <w:bCs/>
              </w:rPr>
            </w:pPr>
            <w:r w:rsidRPr="00DA223F">
              <w:rPr>
                <w:rFonts w:ascii="Times New Roman" w:hAnsi="Times New Roman" w:cs="Times New Roman"/>
              </w:rPr>
              <w:br/>
            </w:r>
            <w:r w:rsidRPr="00DA223F">
              <w:rPr>
                <w:rFonts w:ascii="Times New Roman" w:hAnsi="Times New Roman" w:cs="Times New Roman"/>
                <w:b/>
                <w:bCs/>
              </w:rPr>
              <w:t>SAVAHCS</w:t>
            </w:r>
          </w:p>
          <w:p w14:paraId="23E78461"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Clinical Laboratory</w:t>
            </w:r>
          </w:p>
          <w:p w14:paraId="03CE49F8"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Southern Arizona VA Health Care</w:t>
            </w:r>
          </w:p>
          <w:p w14:paraId="1BF86292"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Building 57, Hallway B125</w:t>
            </w:r>
          </w:p>
          <w:p w14:paraId="22EA4CB7"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3601 S. 6th Ave.</w:t>
            </w:r>
          </w:p>
          <w:p w14:paraId="118DBB83"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Tucson, AZ 85723</w:t>
            </w:r>
          </w:p>
          <w:p w14:paraId="055F3875"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Days/Week: Monday-Friday excluding Federal Holidays</w:t>
            </w:r>
          </w:p>
          <w:p w14:paraId="310585E5"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Pick-up: Between 8:30am-10:30am</w:t>
            </w:r>
          </w:p>
          <w:p w14:paraId="3BEE6E2B" w14:textId="77777777" w:rsidR="00FD1A2E" w:rsidRPr="00DA223F" w:rsidRDefault="00FD1A2E" w:rsidP="00FD1A2E">
            <w:pPr>
              <w:rPr>
                <w:rFonts w:ascii="Times New Roman" w:hAnsi="Times New Roman" w:cs="Times New Roman"/>
                <w:b/>
                <w:bCs/>
              </w:rPr>
            </w:pPr>
          </w:p>
          <w:p w14:paraId="45054881" w14:textId="77777777" w:rsidR="00FD1A2E" w:rsidRPr="00DA223F" w:rsidRDefault="00FD1A2E" w:rsidP="00FD1A2E">
            <w:pPr>
              <w:rPr>
                <w:rFonts w:ascii="Times New Roman" w:hAnsi="Times New Roman" w:cs="Times New Roman"/>
                <w:b/>
                <w:bCs/>
              </w:rPr>
            </w:pPr>
            <w:r w:rsidRPr="00DA223F">
              <w:rPr>
                <w:rFonts w:ascii="Times New Roman" w:hAnsi="Times New Roman" w:cs="Times New Roman"/>
                <w:b/>
                <w:bCs/>
              </w:rPr>
              <w:t>SAVAHCS</w:t>
            </w:r>
          </w:p>
          <w:p w14:paraId="76BB5161"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Pharmacy Service</w:t>
            </w:r>
          </w:p>
          <w:p w14:paraId="0B2DF240"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Building 80, Room 1702</w:t>
            </w:r>
          </w:p>
          <w:p w14:paraId="7CB32609"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Southern Arizona VA Healthcare</w:t>
            </w:r>
          </w:p>
          <w:p w14:paraId="7FC72E96"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3601 S. 6th Ave.</w:t>
            </w:r>
          </w:p>
          <w:p w14:paraId="1753327F"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Tucson, AZ 85723</w:t>
            </w:r>
          </w:p>
          <w:p w14:paraId="6DC4EB4E"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Days/Week: Monday-Friday excluding Federal Holidays</w:t>
            </w:r>
          </w:p>
          <w:p w14:paraId="3683FFE1" w14:textId="77777777" w:rsidR="00FD1A2E" w:rsidRPr="00DA223F" w:rsidRDefault="00FD1A2E" w:rsidP="00FD1A2E">
            <w:pPr>
              <w:shd w:val="clear" w:color="auto" w:fill="FFFFFF"/>
              <w:rPr>
                <w:rFonts w:ascii="Times New Roman" w:hAnsi="Times New Roman" w:cs="Times New Roman"/>
              </w:rPr>
            </w:pPr>
            <w:r w:rsidRPr="00DA223F">
              <w:rPr>
                <w:rFonts w:ascii="Times New Roman" w:hAnsi="Times New Roman" w:cs="Times New Roman"/>
              </w:rPr>
              <w:t>Pick-up: Between 8:30am - 10:30am</w:t>
            </w:r>
          </w:p>
          <w:p w14:paraId="00FC2DFD" w14:textId="77777777" w:rsidR="00FD1A2E" w:rsidRPr="00DA223F" w:rsidRDefault="00FD1A2E" w:rsidP="00FD1A2E">
            <w:pPr>
              <w:shd w:val="clear" w:color="auto" w:fill="FFFFFF"/>
              <w:rPr>
                <w:rFonts w:ascii="Times New Roman" w:hAnsi="Times New Roman" w:cs="Times New Roman"/>
              </w:rPr>
            </w:pPr>
          </w:p>
          <w:p w14:paraId="657CEED1" w14:textId="77777777" w:rsidR="00FD1A2E" w:rsidRPr="00DA223F" w:rsidRDefault="00FD1A2E" w:rsidP="00FD1A2E">
            <w:pPr>
              <w:rPr>
                <w:rFonts w:ascii="Times New Roman" w:hAnsi="Times New Roman" w:cs="Times New Roman"/>
                <w:b/>
                <w:bCs/>
              </w:rPr>
            </w:pPr>
            <w:r w:rsidRPr="00DA223F">
              <w:rPr>
                <w:rFonts w:ascii="Times New Roman" w:hAnsi="Times New Roman" w:cs="Times New Roman"/>
                <w:b/>
                <w:bCs/>
              </w:rPr>
              <w:t>SAVAHCS</w:t>
            </w:r>
          </w:p>
          <w:p w14:paraId="04E2B2B4"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 xml:space="preserve">Supply Chain Management </w:t>
            </w:r>
          </w:p>
          <w:p w14:paraId="07EE5C1D"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Building 57, Room 190 &amp; Room 138</w:t>
            </w:r>
          </w:p>
          <w:p w14:paraId="5E508B44"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Southern Arizona VA Healthcare</w:t>
            </w:r>
          </w:p>
          <w:p w14:paraId="52FB9B86"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3601 S. 6th Ave.</w:t>
            </w:r>
          </w:p>
          <w:p w14:paraId="198A4C22"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Tucson, AZ 85723</w:t>
            </w:r>
          </w:p>
          <w:p w14:paraId="69976FC4"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Days/Week: Monday-Friday excluding Federal Holidays</w:t>
            </w:r>
          </w:p>
          <w:p w14:paraId="71A7B3FA" w14:textId="77777777" w:rsidR="00FD1A2E" w:rsidRPr="00DA223F" w:rsidRDefault="00FD1A2E" w:rsidP="00FD1A2E">
            <w:pPr>
              <w:shd w:val="clear" w:color="auto" w:fill="FFFFFF"/>
              <w:rPr>
                <w:rFonts w:ascii="Times New Roman" w:hAnsi="Times New Roman" w:cs="Times New Roman"/>
              </w:rPr>
            </w:pPr>
            <w:r w:rsidRPr="00DA223F">
              <w:rPr>
                <w:rFonts w:ascii="Times New Roman" w:hAnsi="Times New Roman" w:cs="Times New Roman"/>
              </w:rPr>
              <w:lastRenderedPageBreak/>
              <w:t>Pick-up: Between 8:30am - 10:30am</w:t>
            </w:r>
          </w:p>
          <w:p w14:paraId="49B06EBD" w14:textId="77777777" w:rsidR="00FD1A2E" w:rsidRPr="00DA223F" w:rsidRDefault="00FD1A2E" w:rsidP="00FD1A2E">
            <w:pPr>
              <w:shd w:val="clear" w:color="auto" w:fill="FFFFFF"/>
              <w:rPr>
                <w:rFonts w:ascii="Times New Roman" w:hAnsi="Times New Roman" w:cs="Times New Roman"/>
              </w:rPr>
            </w:pPr>
          </w:p>
          <w:p w14:paraId="10951850" w14:textId="77777777" w:rsidR="00FD1A2E" w:rsidRPr="00DA223F" w:rsidRDefault="00FD1A2E" w:rsidP="00FD1A2E">
            <w:pPr>
              <w:rPr>
                <w:rFonts w:ascii="Times New Roman" w:hAnsi="Times New Roman" w:cs="Times New Roman"/>
                <w:b/>
                <w:bCs/>
              </w:rPr>
            </w:pPr>
            <w:r w:rsidRPr="00DA223F">
              <w:rPr>
                <w:rFonts w:ascii="Times New Roman" w:hAnsi="Times New Roman" w:cs="Times New Roman"/>
                <w:b/>
                <w:bCs/>
              </w:rPr>
              <w:t>SAVAHCS</w:t>
            </w:r>
          </w:p>
          <w:p w14:paraId="42D26BC3"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Supply Chain Management/ Mailroom</w:t>
            </w:r>
          </w:p>
          <w:p w14:paraId="1D7CE23F"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Building 14, Warehouse 101-14</w:t>
            </w:r>
          </w:p>
          <w:p w14:paraId="5B004C86"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Southern Arizona VA Healthcare</w:t>
            </w:r>
          </w:p>
          <w:p w14:paraId="35848F04"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3601 S. 6th Ave.</w:t>
            </w:r>
          </w:p>
          <w:p w14:paraId="396F5A3B"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Tucson, AZ 85723</w:t>
            </w:r>
          </w:p>
          <w:p w14:paraId="7FE551BC"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Days/Week: Monday-Friday excluding Federal Holidays</w:t>
            </w:r>
          </w:p>
          <w:p w14:paraId="1B7DA45E" w14:textId="77777777" w:rsidR="00FD1A2E" w:rsidRPr="00DA223F" w:rsidRDefault="00FD1A2E" w:rsidP="00FD1A2E">
            <w:pPr>
              <w:shd w:val="clear" w:color="auto" w:fill="FFFFFF"/>
              <w:rPr>
                <w:rFonts w:ascii="Times New Roman" w:hAnsi="Times New Roman" w:cs="Times New Roman"/>
              </w:rPr>
            </w:pPr>
            <w:r w:rsidRPr="00DA223F">
              <w:rPr>
                <w:rFonts w:ascii="Times New Roman" w:hAnsi="Times New Roman" w:cs="Times New Roman"/>
              </w:rPr>
              <w:t>Pick-up: Between 7:30am - 10:30am</w:t>
            </w:r>
          </w:p>
          <w:p w14:paraId="1CCE71C9" w14:textId="3A28EC26" w:rsidR="00FD1A2E" w:rsidRPr="002F5D52" w:rsidRDefault="00FD1A2E" w:rsidP="00FD1A2E">
            <w:pPr>
              <w:shd w:val="clear" w:color="auto" w:fill="FFFFFF"/>
              <w:rPr>
                <w:rFonts w:ascii="Times New Roman" w:hAnsi="Times New Roman" w:cs="Times New Roman"/>
              </w:rPr>
            </w:pPr>
          </w:p>
        </w:tc>
        <w:tc>
          <w:tcPr>
            <w:tcW w:w="3780" w:type="dxa"/>
          </w:tcPr>
          <w:p w14:paraId="36EFE5DD" w14:textId="22278C86" w:rsidR="00FD1A2E" w:rsidRPr="002F5D52" w:rsidRDefault="00FD1A2E" w:rsidP="00FD1A2E">
            <w:pPr>
              <w:shd w:val="clear" w:color="auto" w:fill="FFFFFF"/>
              <w:rPr>
                <w:rFonts w:ascii="Times New Roman" w:hAnsi="Times New Roman" w:cs="Times New Roman"/>
              </w:rPr>
            </w:pPr>
            <w:r w:rsidRPr="00DA223F">
              <w:rPr>
                <w:rFonts w:ascii="Times New Roman" w:hAnsi="Times New Roman" w:cs="Times New Roman"/>
                <w:b/>
                <w:bCs/>
              </w:rPr>
              <w:lastRenderedPageBreak/>
              <w:t>Southeast Tucson VA Clinic</w:t>
            </w:r>
            <w:r w:rsidRPr="00DA223F">
              <w:rPr>
                <w:rFonts w:ascii="Times New Roman" w:hAnsi="Times New Roman" w:cs="Times New Roman"/>
              </w:rPr>
              <w:br/>
              <w:t>7395 S. Houghton Road, Suite 129</w:t>
            </w:r>
            <w:r w:rsidRPr="00DA223F">
              <w:rPr>
                <w:rFonts w:ascii="Times New Roman" w:hAnsi="Times New Roman" w:cs="Times New Roman"/>
              </w:rPr>
              <w:br/>
              <w:t>Tucson, Arizona 85747</w:t>
            </w:r>
            <w:r w:rsidRPr="00DA223F">
              <w:rPr>
                <w:rFonts w:ascii="Times New Roman" w:hAnsi="Times New Roman" w:cs="Times New Roman"/>
              </w:rPr>
              <w:br/>
              <w:t>Delivery time: Between 2:30pm-3:00pm</w:t>
            </w:r>
          </w:p>
        </w:tc>
        <w:tc>
          <w:tcPr>
            <w:tcW w:w="1620" w:type="dxa"/>
            <w:vMerge w:val="restart"/>
            <w:vAlign w:val="center"/>
          </w:tcPr>
          <w:p w14:paraId="2C5231D1" w14:textId="31717E10" w:rsidR="00FD1A2E" w:rsidRPr="002F5D52" w:rsidRDefault="00FD1A2E" w:rsidP="00FD1A2E">
            <w:pPr>
              <w:jc w:val="center"/>
              <w:rPr>
                <w:rFonts w:ascii="Times New Roman" w:hAnsi="Times New Roman" w:cs="Times New Roman"/>
              </w:rPr>
            </w:pPr>
            <w:r w:rsidRPr="002F5D52">
              <w:rPr>
                <w:rFonts w:ascii="Times New Roman" w:hAnsi="Times New Roman" w:cs="Times New Roman"/>
              </w:rPr>
              <w:t>260 runs/year</w:t>
            </w:r>
          </w:p>
        </w:tc>
      </w:tr>
      <w:tr w:rsidR="00FD1A2E" w:rsidRPr="002F5D52" w14:paraId="1847796F" w14:textId="77777777" w:rsidTr="00E5395D">
        <w:trPr>
          <w:trHeight w:val="1153"/>
          <w:jc w:val="center"/>
        </w:trPr>
        <w:tc>
          <w:tcPr>
            <w:tcW w:w="4225" w:type="dxa"/>
          </w:tcPr>
          <w:p w14:paraId="4BBB1CB4" w14:textId="77777777" w:rsidR="00FD1A2E" w:rsidRPr="00DA223F" w:rsidRDefault="00FD1A2E" w:rsidP="00FD1A2E">
            <w:pPr>
              <w:shd w:val="clear" w:color="auto" w:fill="FFFFFF"/>
              <w:rPr>
                <w:rFonts w:ascii="Times New Roman" w:hAnsi="Times New Roman" w:cs="Times New Roman"/>
                <w:b/>
                <w:bCs/>
              </w:rPr>
            </w:pPr>
            <w:r w:rsidRPr="00DA223F">
              <w:rPr>
                <w:rFonts w:ascii="Times New Roman" w:hAnsi="Times New Roman" w:cs="Times New Roman"/>
                <w:b/>
                <w:bCs/>
              </w:rPr>
              <w:t>Southeast Tucson VA Clinic</w:t>
            </w:r>
          </w:p>
          <w:p w14:paraId="6448F5F0" w14:textId="77777777" w:rsidR="00FD1A2E" w:rsidRPr="00DA223F" w:rsidRDefault="00FD1A2E" w:rsidP="00FD1A2E">
            <w:pPr>
              <w:shd w:val="clear" w:color="auto" w:fill="FFFFFF"/>
              <w:rPr>
                <w:rFonts w:ascii="Times New Roman" w:hAnsi="Times New Roman" w:cs="Times New Roman"/>
              </w:rPr>
            </w:pPr>
            <w:r w:rsidRPr="00DA223F">
              <w:rPr>
                <w:rFonts w:ascii="Times New Roman" w:hAnsi="Times New Roman" w:cs="Times New Roman"/>
              </w:rPr>
              <w:t>7395 S. Houghton Road, Suite 129</w:t>
            </w:r>
          </w:p>
          <w:p w14:paraId="5E0FDC24" w14:textId="77777777" w:rsidR="00FD1A2E" w:rsidRPr="00DA223F" w:rsidRDefault="00FD1A2E" w:rsidP="00FD1A2E">
            <w:pPr>
              <w:shd w:val="clear" w:color="auto" w:fill="FFFFFF"/>
              <w:rPr>
                <w:rFonts w:ascii="Times New Roman" w:hAnsi="Times New Roman" w:cs="Times New Roman"/>
              </w:rPr>
            </w:pPr>
            <w:r w:rsidRPr="00DA223F">
              <w:rPr>
                <w:rFonts w:ascii="Times New Roman" w:hAnsi="Times New Roman" w:cs="Times New Roman"/>
              </w:rPr>
              <w:t>Tucson, Arizona 85747</w:t>
            </w:r>
          </w:p>
          <w:p w14:paraId="217D36C2"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Days/Week: Monday-Friday excluding Federal Holidays</w:t>
            </w:r>
          </w:p>
          <w:p w14:paraId="1EC41AB5" w14:textId="5BAA769C" w:rsidR="00FD1A2E" w:rsidRPr="002F5D52" w:rsidRDefault="00FD1A2E" w:rsidP="00FD1A2E">
            <w:pPr>
              <w:shd w:val="clear" w:color="auto" w:fill="FFFFFF"/>
              <w:rPr>
                <w:rFonts w:ascii="Times New Roman" w:hAnsi="Times New Roman" w:cs="Times New Roman"/>
                <w:b/>
                <w:bCs/>
              </w:rPr>
            </w:pPr>
            <w:r w:rsidRPr="00DA223F">
              <w:rPr>
                <w:rFonts w:ascii="Times New Roman" w:hAnsi="Times New Roman" w:cs="Times New Roman"/>
              </w:rPr>
              <w:t>Pick-up: Between 2:30pm-3:00pm</w:t>
            </w:r>
          </w:p>
        </w:tc>
        <w:tc>
          <w:tcPr>
            <w:tcW w:w="3780" w:type="dxa"/>
          </w:tcPr>
          <w:p w14:paraId="33F12A3A" w14:textId="77777777" w:rsidR="00FD1A2E" w:rsidRPr="00DA223F" w:rsidRDefault="00FD1A2E" w:rsidP="00FD1A2E">
            <w:pPr>
              <w:rPr>
                <w:rFonts w:ascii="Times New Roman" w:hAnsi="Times New Roman" w:cs="Times New Roman"/>
                <w:b/>
                <w:bCs/>
              </w:rPr>
            </w:pPr>
            <w:r w:rsidRPr="00DA223F">
              <w:rPr>
                <w:rFonts w:ascii="Times New Roman" w:hAnsi="Times New Roman" w:cs="Times New Roman"/>
                <w:b/>
                <w:bCs/>
              </w:rPr>
              <w:t>SAVAHCS</w:t>
            </w:r>
          </w:p>
          <w:p w14:paraId="45EDD1DB"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Clinical Laboratory</w:t>
            </w:r>
          </w:p>
          <w:p w14:paraId="4F988FC8"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Building 57, Front Desk, Room B126</w:t>
            </w:r>
          </w:p>
          <w:p w14:paraId="2AD0C19A"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Southern Arizona VA Health Care</w:t>
            </w:r>
          </w:p>
          <w:p w14:paraId="259FF189"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0401DE47"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Tucson, AZ 85723</w:t>
            </w:r>
          </w:p>
          <w:p w14:paraId="56B90489"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Delivery: No later than 6:00pm</w:t>
            </w:r>
          </w:p>
          <w:p w14:paraId="12EFE532" w14:textId="77777777" w:rsidR="00FD1A2E" w:rsidRPr="00DA223F" w:rsidRDefault="00FD1A2E" w:rsidP="00FD1A2E">
            <w:pPr>
              <w:rPr>
                <w:rFonts w:ascii="Times New Roman" w:hAnsi="Times New Roman" w:cs="Times New Roman"/>
              </w:rPr>
            </w:pPr>
          </w:p>
          <w:p w14:paraId="18387872" w14:textId="77777777" w:rsidR="00FD1A2E" w:rsidRPr="00DA223F" w:rsidRDefault="00FD1A2E" w:rsidP="00FD1A2E">
            <w:pPr>
              <w:shd w:val="clear" w:color="auto" w:fill="FFFFFF"/>
              <w:rPr>
                <w:rFonts w:ascii="Times New Roman" w:hAnsi="Times New Roman" w:cs="Times New Roman"/>
              </w:rPr>
            </w:pPr>
            <w:r w:rsidRPr="00DA223F">
              <w:rPr>
                <w:rFonts w:ascii="Times New Roman" w:hAnsi="Times New Roman" w:cs="Times New Roman"/>
                <w:b/>
                <w:bCs/>
              </w:rPr>
              <w:t>SAVAHCS</w:t>
            </w:r>
          </w:p>
          <w:p w14:paraId="4971799E" w14:textId="77777777" w:rsidR="00FD1A2E" w:rsidRPr="00DA223F" w:rsidRDefault="00FD1A2E" w:rsidP="00FD1A2E">
            <w:pPr>
              <w:shd w:val="clear" w:color="auto" w:fill="FFFFFF"/>
              <w:rPr>
                <w:rFonts w:ascii="Times New Roman" w:hAnsi="Times New Roman" w:cs="Times New Roman"/>
              </w:rPr>
            </w:pPr>
            <w:r w:rsidRPr="00DA223F">
              <w:rPr>
                <w:rFonts w:ascii="Times New Roman" w:hAnsi="Times New Roman" w:cs="Times New Roman"/>
              </w:rPr>
              <w:t>Pharmacy Service</w:t>
            </w:r>
          </w:p>
          <w:p w14:paraId="215371D3" w14:textId="77777777" w:rsidR="00FD1A2E" w:rsidRPr="00DA223F" w:rsidRDefault="00FD1A2E" w:rsidP="00FD1A2E">
            <w:pPr>
              <w:shd w:val="clear" w:color="auto" w:fill="FFFFFF"/>
              <w:rPr>
                <w:rFonts w:ascii="Times New Roman" w:hAnsi="Times New Roman" w:cs="Times New Roman"/>
              </w:rPr>
            </w:pPr>
            <w:r w:rsidRPr="00DA223F">
              <w:rPr>
                <w:rFonts w:ascii="Times New Roman" w:hAnsi="Times New Roman" w:cs="Times New Roman"/>
              </w:rPr>
              <w:t>Southern Arizona VA Healthcare</w:t>
            </w:r>
          </w:p>
          <w:p w14:paraId="194273D0" w14:textId="77777777" w:rsidR="00FD1A2E" w:rsidRPr="00DA223F" w:rsidRDefault="00FD1A2E" w:rsidP="00FD1A2E">
            <w:pPr>
              <w:shd w:val="clear" w:color="auto" w:fill="FFFFFF"/>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2561A2F8" w14:textId="77777777" w:rsidR="00FD1A2E" w:rsidRPr="00DA223F" w:rsidRDefault="00FD1A2E" w:rsidP="00FD1A2E">
            <w:pPr>
              <w:shd w:val="clear" w:color="auto" w:fill="FFFFFF"/>
              <w:rPr>
                <w:rFonts w:ascii="Times New Roman" w:hAnsi="Times New Roman" w:cs="Times New Roman"/>
              </w:rPr>
            </w:pPr>
            <w:r w:rsidRPr="00DA223F">
              <w:rPr>
                <w:rFonts w:ascii="Times New Roman" w:hAnsi="Times New Roman" w:cs="Times New Roman"/>
              </w:rPr>
              <w:t>Tucson, AZ 85723</w:t>
            </w:r>
          </w:p>
          <w:p w14:paraId="2DB5C49C" w14:textId="77777777" w:rsidR="00FD1A2E" w:rsidRPr="00DA223F" w:rsidRDefault="00FD1A2E" w:rsidP="00FD1A2E">
            <w:pPr>
              <w:shd w:val="clear" w:color="auto" w:fill="FFFFFF"/>
              <w:rPr>
                <w:rFonts w:ascii="Times New Roman" w:hAnsi="Times New Roman" w:cs="Times New Roman"/>
              </w:rPr>
            </w:pPr>
            <w:r w:rsidRPr="00DA223F">
              <w:rPr>
                <w:rFonts w:ascii="Times New Roman" w:hAnsi="Times New Roman" w:cs="Times New Roman"/>
              </w:rPr>
              <w:t xml:space="preserve">Delivery: </w:t>
            </w:r>
          </w:p>
          <w:p w14:paraId="31445736" w14:textId="77777777" w:rsidR="00FD1A2E" w:rsidRPr="00DA223F" w:rsidRDefault="00FD1A2E" w:rsidP="00FD1A2E">
            <w:pPr>
              <w:shd w:val="clear" w:color="auto" w:fill="FFFFFF"/>
              <w:rPr>
                <w:rFonts w:ascii="Times New Roman" w:hAnsi="Times New Roman" w:cs="Times New Roman"/>
              </w:rPr>
            </w:pPr>
            <w:r w:rsidRPr="00DA223F">
              <w:rPr>
                <w:rFonts w:ascii="Times New Roman" w:hAnsi="Times New Roman" w:cs="Times New Roman"/>
              </w:rPr>
              <w:t xml:space="preserve">Outpatient Pharmacy if </w:t>
            </w:r>
            <w:r w:rsidRPr="00DA223F">
              <w:rPr>
                <w:rFonts w:ascii="Times New Roman" w:hAnsi="Times New Roman" w:cs="Times New Roman"/>
                <w:b/>
                <w:bCs/>
              </w:rPr>
              <w:t xml:space="preserve">before 6pm </w:t>
            </w:r>
            <w:r w:rsidRPr="00DA223F">
              <w:rPr>
                <w:rFonts w:ascii="Times New Roman" w:hAnsi="Times New Roman" w:cs="Times New Roman"/>
              </w:rPr>
              <w:t>(Building 80, Room 1702)</w:t>
            </w:r>
          </w:p>
          <w:p w14:paraId="25D2717C" w14:textId="77777777" w:rsidR="00FD1A2E" w:rsidRPr="00DA223F" w:rsidRDefault="00FD1A2E" w:rsidP="00FD1A2E">
            <w:pPr>
              <w:shd w:val="clear" w:color="auto" w:fill="FFFFFF"/>
              <w:rPr>
                <w:rFonts w:ascii="Times New Roman" w:hAnsi="Times New Roman" w:cs="Times New Roman"/>
              </w:rPr>
            </w:pPr>
            <w:r w:rsidRPr="00DA223F">
              <w:rPr>
                <w:rFonts w:ascii="Times New Roman" w:hAnsi="Times New Roman" w:cs="Times New Roman"/>
              </w:rPr>
              <w:t xml:space="preserve">Inpatient Pharmacy if </w:t>
            </w:r>
            <w:r w:rsidRPr="00DA223F">
              <w:rPr>
                <w:rFonts w:ascii="Times New Roman" w:hAnsi="Times New Roman" w:cs="Times New Roman"/>
                <w:b/>
                <w:bCs/>
              </w:rPr>
              <w:t>after 6pm</w:t>
            </w:r>
            <w:r w:rsidRPr="00DA223F">
              <w:rPr>
                <w:rFonts w:ascii="Times New Roman" w:hAnsi="Times New Roman" w:cs="Times New Roman"/>
              </w:rPr>
              <w:t xml:space="preserve"> (Building 57, Room BA081)</w:t>
            </w:r>
          </w:p>
          <w:p w14:paraId="155864BC" w14:textId="77777777" w:rsidR="00FD1A2E" w:rsidRPr="00DA223F" w:rsidRDefault="00FD1A2E" w:rsidP="00FD1A2E">
            <w:pPr>
              <w:shd w:val="clear" w:color="auto" w:fill="FFFFFF"/>
              <w:rPr>
                <w:rFonts w:ascii="Times New Roman" w:hAnsi="Times New Roman" w:cs="Times New Roman"/>
              </w:rPr>
            </w:pPr>
          </w:p>
          <w:p w14:paraId="7B1D4D18" w14:textId="77777777" w:rsidR="00FD1A2E" w:rsidRPr="00DA223F" w:rsidRDefault="00FD1A2E" w:rsidP="00FD1A2E">
            <w:pPr>
              <w:rPr>
                <w:rFonts w:ascii="Times New Roman" w:hAnsi="Times New Roman" w:cs="Times New Roman"/>
                <w:b/>
                <w:bCs/>
              </w:rPr>
            </w:pPr>
            <w:r w:rsidRPr="00DA223F">
              <w:rPr>
                <w:rFonts w:ascii="Times New Roman" w:hAnsi="Times New Roman" w:cs="Times New Roman"/>
                <w:b/>
                <w:bCs/>
              </w:rPr>
              <w:t>SAVAHCS</w:t>
            </w:r>
          </w:p>
          <w:p w14:paraId="2E2398E4"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 xml:space="preserve">Supply Chain Management </w:t>
            </w:r>
          </w:p>
          <w:p w14:paraId="26AD3061"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Building 57, Room 190 &amp; Room 138</w:t>
            </w:r>
          </w:p>
          <w:p w14:paraId="5D25D300"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Southern Arizona VA Healthcare</w:t>
            </w:r>
          </w:p>
          <w:p w14:paraId="0F1C9812"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3601 S. 6th Ave.</w:t>
            </w:r>
          </w:p>
          <w:p w14:paraId="5702A1AF"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Tucson, AZ 85723</w:t>
            </w:r>
          </w:p>
          <w:p w14:paraId="1B01AACA" w14:textId="77777777" w:rsidR="00FD1A2E" w:rsidRDefault="00FD1A2E" w:rsidP="00FD1A2E">
            <w:pPr>
              <w:rPr>
                <w:rFonts w:ascii="Times New Roman" w:hAnsi="Times New Roman" w:cs="Times New Roman"/>
              </w:rPr>
            </w:pPr>
            <w:r w:rsidRPr="00DA223F">
              <w:rPr>
                <w:rFonts w:ascii="Times New Roman" w:hAnsi="Times New Roman" w:cs="Times New Roman"/>
              </w:rPr>
              <w:t>Delivery: No later than 6:00pm</w:t>
            </w:r>
          </w:p>
          <w:p w14:paraId="11A196AA" w14:textId="77777777" w:rsidR="00173199" w:rsidRPr="00DA223F" w:rsidRDefault="00173199" w:rsidP="00FD1A2E">
            <w:pPr>
              <w:rPr>
                <w:rFonts w:ascii="Times New Roman" w:hAnsi="Times New Roman" w:cs="Times New Roman"/>
              </w:rPr>
            </w:pPr>
          </w:p>
          <w:p w14:paraId="2A01D6A9" w14:textId="77777777" w:rsidR="00FD1A2E" w:rsidRPr="00DA223F" w:rsidRDefault="00FD1A2E" w:rsidP="00FD1A2E">
            <w:pPr>
              <w:rPr>
                <w:rFonts w:ascii="Times New Roman" w:hAnsi="Times New Roman" w:cs="Times New Roman"/>
                <w:b/>
                <w:bCs/>
              </w:rPr>
            </w:pPr>
            <w:r w:rsidRPr="00DA223F">
              <w:rPr>
                <w:rFonts w:ascii="Times New Roman" w:hAnsi="Times New Roman" w:cs="Times New Roman"/>
                <w:b/>
                <w:bCs/>
              </w:rPr>
              <w:t>SAVAHCS</w:t>
            </w:r>
          </w:p>
          <w:p w14:paraId="2394CB9E"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Supply Chain Management/ Mailroom</w:t>
            </w:r>
          </w:p>
          <w:p w14:paraId="1E54250C"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Room 14 Building Room 101-14</w:t>
            </w:r>
          </w:p>
          <w:p w14:paraId="1D1DFD20"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Southern Arizona VA Healthcare</w:t>
            </w:r>
          </w:p>
          <w:p w14:paraId="22847E35"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3601 S. 6th Ave.</w:t>
            </w:r>
          </w:p>
          <w:p w14:paraId="4FEA78F7"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Tucson, AZ 85723</w:t>
            </w:r>
          </w:p>
          <w:p w14:paraId="712F8108" w14:textId="77777777" w:rsidR="00FD1A2E" w:rsidRPr="00DA223F" w:rsidRDefault="00FD1A2E" w:rsidP="00FD1A2E">
            <w:pPr>
              <w:rPr>
                <w:rFonts w:ascii="Times New Roman" w:hAnsi="Times New Roman" w:cs="Times New Roman"/>
              </w:rPr>
            </w:pPr>
            <w:r w:rsidRPr="00DA223F">
              <w:rPr>
                <w:rFonts w:ascii="Times New Roman" w:hAnsi="Times New Roman" w:cs="Times New Roman"/>
              </w:rPr>
              <w:t>Delivery: No later than 3:30pm</w:t>
            </w:r>
          </w:p>
          <w:p w14:paraId="4675FFED" w14:textId="77777777" w:rsidR="00FD1A2E" w:rsidRPr="00DA223F" w:rsidRDefault="00FD1A2E" w:rsidP="00FD1A2E">
            <w:pPr>
              <w:shd w:val="clear" w:color="auto" w:fill="FFFFFF"/>
              <w:rPr>
                <w:rFonts w:ascii="Times New Roman" w:hAnsi="Times New Roman" w:cs="Times New Roman"/>
              </w:rPr>
            </w:pPr>
          </w:p>
          <w:p w14:paraId="37E7EFDB" w14:textId="77777777" w:rsidR="00FD1A2E" w:rsidRPr="00DA223F" w:rsidRDefault="00FD1A2E" w:rsidP="00FD1A2E">
            <w:pPr>
              <w:shd w:val="clear" w:color="auto" w:fill="FFFFFF"/>
              <w:rPr>
                <w:rFonts w:ascii="Times New Roman" w:hAnsi="Times New Roman" w:cs="Times New Roman"/>
              </w:rPr>
            </w:pPr>
          </w:p>
          <w:p w14:paraId="644161DA" w14:textId="3595191C" w:rsidR="00FD1A2E" w:rsidRPr="002F5D52" w:rsidRDefault="00FD1A2E" w:rsidP="00FD1A2E">
            <w:pPr>
              <w:shd w:val="clear" w:color="auto" w:fill="FFFFFF"/>
              <w:rPr>
                <w:rFonts w:ascii="Times New Roman" w:hAnsi="Times New Roman" w:cs="Times New Roman"/>
              </w:rPr>
            </w:pPr>
          </w:p>
        </w:tc>
        <w:tc>
          <w:tcPr>
            <w:tcW w:w="1620" w:type="dxa"/>
            <w:vMerge/>
            <w:vAlign w:val="center"/>
          </w:tcPr>
          <w:p w14:paraId="3B53C8B4" w14:textId="77777777" w:rsidR="00FD1A2E" w:rsidRPr="002F5D52" w:rsidRDefault="00FD1A2E" w:rsidP="00FD1A2E">
            <w:pPr>
              <w:jc w:val="center"/>
              <w:rPr>
                <w:rFonts w:ascii="Times New Roman" w:hAnsi="Times New Roman" w:cs="Times New Roman"/>
              </w:rPr>
            </w:pPr>
          </w:p>
        </w:tc>
      </w:tr>
    </w:tbl>
    <w:p w14:paraId="50EF3A4C"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2AFFC4E2" w14:textId="77777777" w:rsidTr="00E5395D">
        <w:trPr>
          <w:trHeight w:val="350"/>
          <w:jc w:val="center"/>
        </w:trPr>
        <w:tc>
          <w:tcPr>
            <w:tcW w:w="9625" w:type="dxa"/>
            <w:gridSpan w:val="3"/>
            <w:vAlign w:val="center"/>
          </w:tcPr>
          <w:p w14:paraId="23EF3638" w14:textId="445DDDC6"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lastRenderedPageBreak/>
              <w:t xml:space="preserve">RUN </w:t>
            </w:r>
            <w:r w:rsidR="00662C14">
              <w:rPr>
                <w:rFonts w:ascii="Times New Roman" w:hAnsi="Times New Roman" w:cs="Times New Roman"/>
                <w:b/>
                <w:bCs/>
              </w:rPr>
              <w:t>5</w:t>
            </w:r>
            <w:r w:rsidR="006F36C0">
              <w:rPr>
                <w:rFonts w:ascii="Times New Roman" w:hAnsi="Times New Roman" w:cs="Times New Roman"/>
                <w:b/>
                <w:bCs/>
              </w:rPr>
              <w:t>4</w:t>
            </w:r>
          </w:p>
        </w:tc>
      </w:tr>
      <w:tr w:rsidR="00C55DB1" w:rsidRPr="002F5D52" w14:paraId="57B2468B" w14:textId="77777777" w:rsidTr="00E5395D">
        <w:trPr>
          <w:trHeight w:val="1153"/>
          <w:jc w:val="center"/>
        </w:trPr>
        <w:tc>
          <w:tcPr>
            <w:tcW w:w="4225" w:type="dxa"/>
          </w:tcPr>
          <w:p w14:paraId="7840E68D" w14:textId="77777777" w:rsidR="00C55DB1" w:rsidRPr="00DA223F" w:rsidRDefault="00C55DB1" w:rsidP="00C55DB1">
            <w:pPr>
              <w:rPr>
                <w:rFonts w:ascii="Times New Roman" w:hAnsi="Times New Roman" w:cs="Times New Roman"/>
                <w:b/>
                <w:bCs/>
              </w:rPr>
            </w:pPr>
            <w:r w:rsidRPr="00DA223F">
              <w:rPr>
                <w:rFonts w:ascii="Times New Roman" w:hAnsi="Times New Roman" w:cs="Times New Roman"/>
                <w:b/>
                <w:bCs/>
              </w:rPr>
              <w:t>SAVAHCS</w:t>
            </w:r>
          </w:p>
          <w:p w14:paraId="6CD9AA8D"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Clinical Laboratory</w:t>
            </w:r>
          </w:p>
          <w:p w14:paraId="7570E2D3"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Southern Arizona VA Health Care</w:t>
            </w:r>
          </w:p>
          <w:p w14:paraId="06BA9F62"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Building 57, Hallway B125</w:t>
            </w:r>
          </w:p>
          <w:p w14:paraId="40812747"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3601 S. 6th Ave.</w:t>
            </w:r>
          </w:p>
          <w:p w14:paraId="35CC9CDF"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Tucson, AZ 85723</w:t>
            </w:r>
          </w:p>
          <w:p w14:paraId="05AAD4D5"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Days/Week: Monday-Friday excluding Federal Holidays</w:t>
            </w:r>
          </w:p>
          <w:p w14:paraId="05B39D3D"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Pick-up: Between 8:30am-10:30am</w:t>
            </w:r>
          </w:p>
          <w:p w14:paraId="56A3E6EE" w14:textId="77777777" w:rsidR="00C55DB1" w:rsidRPr="00DA223F" w:rsidRDefault="00C55DB1" w:rsidP="00C55DB1">
            <w:pPr>
              <w:rPr>
                <w:rFonts w:ascii="Times New Roman" w:hAnsi="Times New Roman" w:cs="Times New Roman"/>
                <w:b/>
                <w:bCs/>
              </w:rPr>
            </w:pPr>
          </w:p>
          <w:p w14:paraId="68DF1405" w14:textId="77777777" w:rsidR="00C55DB1" w:rsidRPr="00DA223F" w:rsidRDefault="00C55DB1" w:rsidP="00C55DB1">
            <w:pPr>
              <w:rPr>
                <w:rFonts w:ascii="Times New Roman" w:hAnsi="Times New Roman" w:cs="Times New Roman"/>
                <w:b/>
                <w:bCs/>
              </w:rPr>
            </w:pPr>
            <w:r w:rsidRPr="00DA223F">
              <w:rPr>
                <w:rFonts w:ascii="Times New Roman" w:hAnsi="Times New Roman" w:cs="Times New Roman"/>
                <w:b/>
                <w:bCs/>
              </w:rPr>
              <w:t>SAVAHCS</w:t>
            </w:r>
          </w:p>
          <w:p w14:paraId="511002AB"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Pharmacy Service</w:t>
            </w:r>
          </w:p>
          <w:p w14:paraId="6E4347D0"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Building 80, Room 1702</w:t>
            </w:r>
          </w:p>
          <w:p w14:paraId="2626F3C5"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Southern Arizona VA Healthcare</w:t>
            </w:r>
          </w:p>
          <w:p w14:paraId="3F629420"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3601 S. 6th Ave.</w:t>
            </w:r>
          </w:p>
          <w:p w14:paraId="43D95502"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Tucson, AZ 85723</w:t>
            </w:r>
          </w:p>
          <w:p w14:paraId="039F0F36"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Days/Week: Monday-Friday excluding Federal Holidays</w:t>
            </w:r>
          </w:p>
          <w:p w14:paraId="08174A29" w14:textId="77777777" w:rsidR="00C55DB1" w:rsidRPr="00DA223F" w:rsidRDefault="00C55DB1" w:rsidP="00C55DB1">
            <w:pPr>
              <w:shd w:val="clear" w:color="auto" w:fill="FFFFFF"/>
              <w:rPr>
                <w:rFonts w:ascii="Times New Roman" w:hAnsi="Times New Roman" w:cs="Times New Roman"/>
              </w:rPr>
            </w:pPr>
            <w:r w:rsidRPr="00DA223F">
              <w:rPr>
                <w:rFonts w:ascii="Times New Roman" w:hAnsi="Times New Roman" w:cs="Times New Roman"/>
              </w:rPr>
              <w:t>Pick-up: Between 8:30am - 10:30am</w:t>
            </w:r>
          </w:p>
          <w:p w14:paraId="0084BB93" w14:textId="77777777" w:rsidR="00C55DB1" w:rsidRPr="00DA223F" w:rsidRDefault="00C55DB1" w:rsidP="00C55DB1">
            <w:pPr>
              <w:shd w:val="clear" w:color="auto" w:fill="FFFFFF"/>
              <w:rPr>
                <w:rFonts w:ascii="Times New Roman" w:hAnsi="Times New Roman" w:cs="Times New Roman"/>
              </w:rPr>
            </w:pPr>
          </w:p>
          <w:p w14:paraId="7F1C9E1C" w14:textId="77777777" w:rsidR="00C55DB1" w:rsidRPr="00DA223F" w:rsidRDefault="00C55DB1" w:rsidP="00C55DB1">
            <w:pPr>
              <w:rPr>
                <w:rFonts w:ascii="Times New Roman" w:hAnsi="Times New Roman" w:cs="Times New Roman"/>
                <w:b/>
                <w:bCs/>
              </w:rPr>
            </w:pPr>
            <w:r w:rsidRPr="00DA223F">
              <w:rPr>
                <w:rFonts w:ascii="Times New Roman" w:hAnsi="Times New Roman" w:cs="Times New Roman"/>
                <w:b/>
                <w:bCs/>
              </w:rPr>
              <w:t>SAVAHCS</w:t>
            </w:r>
          </w:p>
          <w:p w14:paraId="07EAA2B8"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 xml:space="preserve">Supply Chain Management </w:t>
            </w:r>
          </w:p>
          <w:p w14:paraId="4F712650"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Building 57, Room 190 &amp; Room 138</w:t>
            </w:r>
          </w:p>
          <w:p w14:paraId="42D7B11D"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Southern Arizona VA Healthcare</w:t>
            </w:r>
          </w:p>
          <w:p w14:paraId="67B28E82"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3601 S. 6th Ave.</w:t>
            </w:r>
          </w:p>
          <w:p w14:paraId="4811FD6C"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Tucson, AZ 85723</w:t>
            </w:r>
          </w:p>
          <w:p w14:paraId="7533FD29"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Days/Week: Monday-Friday excluding Federal Holidays</w:t>
            </w:r>
          </w:p>
          <w:p w14:paraId="6684016F"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Pick-up: Between 8:30am - 10:30am</w:t>
            </w:r>
          </w:p>
          <w:p w14:paraId="7137DCC2" w14:textId="77777777" w:rsidR="00C55DB1" w:rsidRPr="00DA223F" w:rsidRDefault="00C55DB1" w:rsidP="00C55DB1">
            <w:pPr>
              <w:rPr>
                <w:rFonts w:ascii="Times New Roman" w:hAnsi="Times New Roman" w:cs="Times New Roman"/>
              </w:rPr>
            </w:pPr>
          </w:p>
          <w:p w14:paraId="071CEBBA" w14:textId="77777777" w:rsidR="00C55DB1" w:rsidRPr="00DA223F" w:rsidRDefault="00C55DB1" w:rsidP="00C55DB1">
            <w:pPr>
              <w:rPr>
                <w:rFonts w:ascii="Times New Roman" w:hAnsi="Times New Roman" w:cs="Times New Roman"/>
                <w:b/>
                <w:bCs/>
              </w:rPr>
            </w:pPr>
            <w:r w:rsidRPr="00DA223F">
              <w:rPr>
                <w:rFonts w:ascii="Times New Roman" w:hAnsi="Times New Roman" w:cs="Times New Roman"/>
                <w:b/>
                <w:bCs/>
              </w:rPr>
              <w:t>SAVAHCS</w:t>
            </w:r>
          </w:p>
          <w:p w14:paraId="7B8BEBC0"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Supply Chain Management/ Mailroom</w:t>
            </w:r>
          </w:p>
          <w:p w14:paraId="41E012E5"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Building 14, Warehouse 101-14</w:t>
            </w:r>
          </w:p>
          <w:p w14:paraId="4C41B5A1"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Southern Arizona VA Healthcare</w:t>
            </w:r>
          </w:p>
          <w:p w14:paraId="0FE1C48C"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3601 S. 6th Ave.</w:t>
            </w:r>
          </w:p>
          <w:p w14:paraId="633DE747"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Tucson, AZ 85723</w:t>
            </w:r>
          </w:p>
          <w:p w14:paraId="58DE8661"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Days/Week: Monday-Friday excluding Federal Holidays</w:t>
            </w:r>
          </w:p>
          <w:p w14:paraId="6BD60D2E"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Pick-up: Between 7:30am - 10:30am</w:t>
            </w:r>
          </w:p>
          <w:p w14:paraId="14D7350D" w14:textId="2ED68F36" w:rsidR="00C55DB1" w:rsidRPr="002F5D52" w:rsidRDefault="00C55DB1" w:rsidP="00C55DB1">
            <w:pPr>
              <w:shd w:val="clear" w:color="auto" w:fill="FFFFFF"/>
              <w:rPr>
                <w:rFonts w:ascii="Times New Roman" w:hAnsi="Times New Roman" w:cs="Times New Roman"/>
                <w:b/>
                <w:bCs/>
              </w:rPr>
            </w:pPr>
          </w:p>
        </w:tc>
        <w:tc>
          <w:tcPr>
            <w:tcW w:w="3780" w:type="dxa"/>
          </w:tcPr>
          <w:p w14:paraId="0DC484AA" w14:textId="77777777" w:rsidR="00C55DB1" w:rsidRPr="00DA223F" w:rsidRDefault="00C55DB1" w:rsidP="00C55DB1">
            <w:pPr>
              <w:rPr>
                <w:rFonts w:ascii="Times New Roman" w:hAnsi="Times New Roman" w:cs="Times New Roman"/>
              </w:rPr>
            </w:pPr>
            <w:r w:rsidRPr="00DA223F">
              <w:rPr>
                <w:rFonts w:ascii="Times New Roman" w:hAnsi="Times New Roman" w:cs="Times New Roman"/>
                <w:b/>
                <w:bCs/>
              </w:rPr>
              <w:t>Yuma VA Clinic</w:t>
            </w:r>
            <w:r w:rsidRPr="00DA223F">
              <w:rPr>
                <w:rFonts w:ascii="Times New Roman" w:hAnsi="Times New Roman" w:cs="Times New Roman"/>
              </w:rPr>
              <w:br/>
              <w:t>3111 S. 4th Avenue</w:t>
            </w:r>
            <w:r w:rsidRPr="00DA223F">
              <w:rPr>
                <w:rFonts w:ascii="Times New Roman" w:hAnsi="Times New Roman" w:cs="Times New Roman"/>
              </w:rPr>
              <w:br/>
              <w:t>Yuma, Arizona 85364</w:t>
            </w:r>
            <w:r w:rsidRPr="00DA223F">
              <w:rPr>
                <w:rFonts w:ascii="Times New Roman" w:hAnsi="Times New Roman" w:cs="Times New Roman"/>
              </w:rPr>
              <w:br/>
              <w:t>Delivery time: Between 2:30pm-3:00pm</w:t>
            </w:r>
          </w:p>
          <w:p w14:paraId="1F1AEA33" w14:textId="7F830830" w:rsidR="00C55DB1" w:rsidRPr="002F5D52" w:rsidRDefault="00C55DB1" w:rsidP="00C55DB1">
            <w:pPr>
              <w:rPr>
                <w:rFonts w:ascii="Times New Roman" w:hAnsi="Times New Roman" w:cs="Times New Roman"/>
                <w:b/>
                <w:bCs/>
              </w:rPr>
            </w:pPr>
          </w:p>
        </w:tc>
        <w:tc>
          <w:tcPr>
            <w:tcW w:w="1620" w:type="dxa"/>
            <w:vMerge w:val="restart"/>
            <w:vAlign w:val="center"/>
          </w:tcPr>
          <w:p w14:paraId="66975C06" w14:textId="58136DAB" w:rsidR="00C55DB1" w:rsidRPr="002F5D52" w:rsidRDefault="00C55DB1" w:rsidP="00C55DB1">
            <w:pPr>
              <w:jc w:val="center"/>
              <w:rPr>
                <w:rFonts w:ascii="Times New Roman" w:hAnsi="Times New Roman" w:cs="Times New Roman"/>
              </w:rPr>
            </w:pPr>
            <w:r w:rsidRPr="002F5D52">
              <w:rPr>
                <w:rFonts w:ascii="Times New Roman" w:hAnsi="Times New Roman" w:cs="Times New Roman"/>
              </w:rPr>
              <w:t>260 runs/year</w:t>
            </w:r>
          </w:p>
        </w:tc>
      </w:tr>
      <w:tr w:rsidR="00C55DB1" w:rsidRPr="002F5D52" w14:paraId="01DE0115" w14:textId="77777777" w:rsidTr="00E5395D">
        <w:trPr>
          <w:trHeight w:val="1153"/>
          <w:jc w:val="center"/>
        </w:trPr>
        <w:tc>
          <w:tcPr>
            <w:tcW w:w="4225" w:type="dxa"/>
          </w:tcPr>
          <w:p w14:paraId="06B4A631" w14:textId="77777777" w:rsidR="00C55DB1" w:rsidRPr="00DA223F" w:rsidRDefault="00C55DB1" w:rsidP="00C55DB1">
            <w:pPr>
              <w:shd w:val="clear" w:color="auto" w:fill="FFFFFF"/>
              <w:rPr>
                <w:rFonts w:ascii="Times New Roman" w:hAnsi="Times New Roman" w:cs="Times New Roman"/>
                <w:b/>
                <w:bCs/>
              </w:rPr>
            </w:pPr>
            <w:r w:rsidRPr="00DA223F">
              <w:rPr>
                <w:rFonts w:ascii="Times New Roman" w:hAnsi="Times New Roman" w:cs="Times New Roman"/>
                <w:b/>
                <w:bCs/>
              </w:rPr>
              <w:t>Yuma VA Clinic</w:t>
            </w:r>
          </w:p>
          <w:p w14:paraId="5B58609E" w14:textId="77777777" w:rsidR="00C55DB1" w:rsidRPr="00DA223F" w:rsidRDefault="00C55DB1" w:rsidP="00C55DB1">
            <w:pPr>
              <w:shd w:val="clear" w:color="auto" w:fill="FFFFFF"/>
              <w:rPr>
                <w:rFonts w:ascii="Times New Roman" w:hAnsi="Times New Roman" w:cs="Times New Roman"/>
              </w:rPr>
            </w:pPr>
            <w:r w:rsidRPr="00DA223F">
              <w:rPr>
                <w:rFonts w:ascii="Times New Roman" w:hAnsi="Times New Roman" w:cs="Times New Roman"/>
              </w:rPr>
              <w:t>3111 S. 4</w:t>
            </w:r>
            <w:r w:rsidRPr="00DA223F">
              <w:rPr>
                <w:rFonts w:ascii="Times New Roman" w:hAnsi="Times New Roman" w:cs="Times New Roman"/>
                <w:vertAlign w:val="superscript"/>
              </w:rPr>
              <w:t>th</w:t>
            </w:r>
            <w:r w:rsidRPr="00DA223F">
              <w:rPr>
                <w:rFonts w:ascii="Times New Roman" w:hAnsi="Times New Roman" w:cs="Times New Roman"/>
              </w:rPr>
              <w:t xml:space="preserve"> Avenue</w:t>
            </w:r>
          </w:p>
          <w:p w14:paraId="687F7DCA" w14:textId="77777777" w:rsidR="00C55DB1" w:rsidRPr="00DA223F" w:rsidRDefault="00C55DB1" w:rsidP="00C55DB1">
            <w:pPr>
              <w:shd w:val="clear" w:color="auto" w:fill="FFFFFF"/>
              <w:rPr>
                <w:rFonts w:ascii="Times New Roman" w:hAnsi="Times New Roman" w:cs="Times New Roman"/>
              </w:rPr>
            </w:pPr>
            <w:r w:rsidRPr="00DA223F">
              <w:rPr>
                <w:rFonts w:ascii="Times New Roman" w:hAnsi="Times New Roman" w:cs="Times New Roman"/>
              </w:rPr>
              <w:t>Yuma, Arizona 85364</w:t>
            </w:r>
          </w:p>
          <w:p w14:paraId="7E0999E7"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Days/Week: Monday-Friday excluding Federal Holidays</w:t>
            </w:r>
          </w:p>
          <w:p w14:paraId="38F4F46C" w14:textId="516225DB" w:rsidR="00C55DB1" w:rsidRPr="002F5D52" w:rsidRDefault="00C55DB1" w:rsidP="00C55DB1">
            <w:pPr>
              <w:shd w:val="clear" w:color="auto" w:fill="FFFFFF"/>
              <w:rPr>
                <w:rFonts w:ascii="Times New Roman" w:hAnsi="Times New Roman" w:cs="Times New Roman"/>
              </w:rPr>
            </w:pPr>
            <w:r w:rsidRPr="00DA223F">
              <w:rPr>
                <w:rFonts w:ascii="Times New Roman" w:hAnsi="Times New Roman" w:cs="Times New Roman"/>
              </w:rPr>
              <w:t>Pick-up: Between 2:30pm-3:00pm</w:t>
            </w:r>
          </w:p>
        </w:tc>
        <w:tc>
          <w:tcPr>
            <w:tcW w:w="3780" w:type="dxa"/>
          </w:tcPr>
          <w:p w14:paraId="3C241C4F" w14:textId="77777777" w:rsidR="00C55DB1" w:rsidRPr="00DA223F" w:rsidRDefault="00C55DB1" w:rsidP="00C55DB1">
            <w:pPr>
              <w:rPr>
                <w:rFonts w:ascii="Times New Roman" w:hAnsi="Times New Roman" w:cs="Times New Roman"/>
                <w:b/>
                <w:bCs/>
              </w:rPr>
            </w:pPr>
            <w:r w:rsidRPr="00DA223F">
              <w:rPr>
                <w:rFonts w:ascii="Times New Roman" w:hAnsi="Times New Roman" w:cs="Times New Roman"/>
                <w:b/>
                <w:bCs/>
              </w:rPr>
              <w:t>SAVAHCS</w:t>
            </w:r>
          </w:p>
          <w:p w14:paraId="505ED319"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Clinical Laboratory</w:t>
            </w:r>
          </w:p>
          <w:p w14:paraId="60D53C19"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Building 57, Front Desk, Room B126</w:t>
            </w:r>
          </w:p>
          <w:p w14:paraId="6F6F7900"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Southern Arizona VA Health Care</w:t>
            </w:r>
          </w:p>
          <w:p w14:paraId="2281E0C0"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6B97E104"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Tucson, AZ 85723</w:t>
            </w:r>
          </w:p>
          <w:p w14:paraId="3CA04A4B"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Delivery: No later than 8:00pm</w:t>
            </w:r>
          </w:p>
          <w:p w14:paraId="6C4EF230" w14:textId="77777777" w:rsidR="00C55DB1" w:rsidRPr="00DA223F" w:rsidRDefault="00C55DB1" w:rsidP="00C55DB1">
            <w:pPr>
              <w:rPr>
                <w:rFonts w:ascii="Times New Roman" w:hAnsi="Times New Roman" w:cs="Times New Roman"/>
              </w:rPr>
            </w:pPr>
          </w:p>
          <w:p w14:paraId="2BAE1E90" w14:textId="77777777" w:rsidR="00C55DB1" w:rsidRPr="00DA223F" w:rsidRDefault="00C55DB1" w:rsidP="00C55DB1">
            <w:pPr>
              <w:shd w:val="clear" w:color="auto" w:fill="FFFFFF"/>
              <w:rPr>
                <w:rFonts w:ascii="Times New Roman" w:hAnsi="Times New Roman" w:cs="Times New Roman"/>
              </w:rPr>
            </w:pPr>
            <w:r w:rsidRPr="00DA223F">
              <w:rPr>
                <w:rFonts w:ascii="Times New Roman" w:hAnsi="Times New Roman" w:cs="Times New Roman"/>
                <w:b/>
                <w:bCs/>
              </w:rPr>
              <w:t>SAVAHCS</w:t>
            </w:r>
          </w:p>
          <w:p w14:paraId="51D74F5B" w14:textId="77777777" w:rsidR="00C55DB1" w:rsidRPr="00DA223F" w:rsidRDefault="00C55DB1" w:rsidP="00C55DB1">
            <w:pPr>
              <w:shd w:val="clear" w:color="auto" w:fill="FFFFFF"/>
              <w:rPr>
                <w:rFonts w:ascii="Times New Roman" w:hAnsi="Times New Roman" w:cs="Times New Roman"/>
              </w:rPr>
            </w:pPr>
            <w:r w:rsidRPr="00DA223F">
              <w:rPr>
                <w:rFonts w:ascii="Times New Roman" w:hAnsi="Times New Roman" w:cs="Times New Roman"/>
              </w:rPr>
              <w:lastRenderedPageBreak/>
              <w:t>Pharmacy Service</w:t>
            </w:r>
          </w:p>
          <w:p w14:paraId="4C0C361E" w14:textId="77777777" w:rsidR="00C55DB1" w:rsidRPr="00DA223F" w:rsidRDefault="00C55DB1" w:rsidP="00C55DB1">
            <w:pPr>
              <w:shd w:val="clear" w:color="auto" w:fill="FFFFFF"/>
              <w:rPr>
                <w:rFonts w:ascii="Times New Roman" w:hAnsi="Times New Roman" w:cs="Times New Roman"/>
              </w:rPr>
            </w:pPr>
            <w:r w:rsidRPr="00DA223F">
              <w:rPr>
                <w:rFonts w:ascii="Times New Roman" w:hAnsi="Times New Roman" w:cs="Times New Roman"/>
              </w:rPr>
              <w:t>Southern Arizona VA Healthcare</w:t>
            </w:r>
          </w:p>
          <w:p w14:paraId="0B84F17F" w14:textId="77777777" w:rsidR="00C55DB1" w:rsidRPr="00DA223F" w:rsidRDefault="00C55DB1" w:rsidP="00C55DB1">
            <w:pPr>
              <w:shd w:val="clear" w:color="auto" w:fill="FFFFFF"/>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06314B63" w14:textId="77777777" w:rsidR="00C55DB1" w:rsidRPr="00DA223F" w:rsidRDefault="00C55DB1" w:rsidP="00C55DB1">
            <w:pPr>
              <w:shd w:val="clear" w:color="auto" w:fill="FFFFFF"/>
              <w:rPr>
                <w:rFonts w:ascii="Times New Roman" w:hAnsi="Times New Roman" w:cs="Times New Roman"/>
              </w:rPr>
            </w:pPr>
            <w:r w:rsidRPr="00DA223F">
              <w:rPr>
                <w:rFonts w:ascii="Times New Roman" w:hAnsi="Times New Roman" w:cs="Times New Roman"/>
              </w:rPr>
              <w:t>Tucson, AZ 85723</w:t>
            </w:r>
          </w:p>
          <w:p w14:paraId="2C25DBEC" w14:textId="77777777" w:rsidR="00C55DB1" w:rsidRPr="00DA223F" w:rsidRDefault="00C55DB1" w:rsidP="00C55DB1">
            <w:pPr>
              <w:shd w:val="clear" w:color="auto" w:fill="FFFFFF"/>
              <w:rPr>
                <w:rFonts w:ascii="Times New Roman" w:hAnsi="Times New Roman" w:cs="Times New Roman"/>
              </w:rPr>
            </w:pPr>
            <w:r w:rsidRPr="00DA223F">
              <w:rPr>
                <w:rFonts w:ascii="Times New Roman" w:hAnsi="Times New Roman" w:cs="Times New Roman"/>
              </w:rPr>
              <w:t xml:space="preserve">Delivery: </w:t>
            </w:r>
          </w:p>
          <w:p w14:paraId="4372C719" w14:textId="77777777" w:rsidR="00C55DB1" w:rsidRPr="00DA223F" w:rsidRDefault="00C55DB1" w:rsidP="00C55DB1">
            <w:pPr>
              <w:shd w:val="clear" w:color="auto" w:fill="FFFFFF"/>
              <w:rPr>
                <w:rFonts w:ascii="Times New Roman" w:hAnsi="Times New Roman" w:cs="Times New Roman"/>
              </w:rPr>
            </w:pPr>
            <w:r w:rsidRPr="00DA223F">
              <w:rPr>
                <w:rFonts w:ascii="Times New Roman" w:hAnsi="Times New Roman" w:cs="Times New Roman"/>
              </w:rPr>
              <w:t xml:space="preserve">Outpatient Pharmacy if </w:t>
            </w:r>
            <w:r w:rsidRPr="00DA223F">
              <w:rPr>
                <w:rFonts w:ascii="Times New Roman" w:hAnsi="Times New Roman" w:cs="Times New Roman"/>
                <w:b/>
                <w:bCs/>
              </w:rPr>
              <w:t xml:space="preserve">before 6pm </w:t>
            </w:r>
            <w:r w:rsidRPr="00DA223F">
              <w:rPr>
                <w:rFonts w:ascii="Times New Roman" w:hAnsi="Times New Roman" w:cs="Times New Roman"/>
              </w:rPr>
              <w:t>(Building 80, Room 1702)</w:t>
            </w:r>
          </w:p>
          <w:p w14:paraId="254CE62C" w14:textId="77777777" w:rsidR="00C55DB1" w:rsidRPr="00DA223F" w:rsidRDefault="00C55DB1" w:rsidP="00C55DB1">
            <w:pPr>
              <w:shd w:val="clear" w:color="auto" w:fill="FFFFFF"/>
              <w:rPr>
                <w:rFonts w:ascii="Times New Roman" w:hAnsi="Times New Roman" w:cs="Times New Roman"/>
              </w:rPr>
            </w:pPr>
            <w:r w:rsidRPr="00DA223F">
              <w:rPr>
                <w:rFonts w:ascii="Times New Roman" w:hAnsi="Times New Roman" w:cs="Times New Roman"/>
              </w:rPr>
              <w:t xml:space="preserve">Inpatient Pharmacy if </w:t>
            </w:r>
            <w:r w:rsidRPr="00DA223F">
              <w:rPr>
                <w:rFonts w:ascii="Times New Roman" w:hAnsi="Times New Roman" w:cs="Times New Roman"/>
                <w:b/>
                <w:bCs/>
              </w:rPr>
              <w:t>after 6pm</w:t>
            </w:r>
            <w:r w:rsidRPr="00DA223F">
              <w:rPr>
                <w:rFonts w:ascii="Times New Roman" w:hAnsi="Times New Roman" w:cs="Times New Roman"/>
              </w:rPr>
              <w:t xml:space="preserve"> (Building 57, Room BA081)</w:t>
            </w:r>
          </w:p>
          <w:p w14:paraId="1226E288" w14:textId="77777777" w:rsidR="00C55DB1" w:rsidRPr="00DA223F" w:rsidRDefault="00C55DB1" w:rsidP="00C55DB1">
            <w:pPr>
              <w:shd w:val="clear" w:color="auto" w:fill="FFFFFF"/>
              <w:rPr>
                <w:rFonts w:ascii="Times New Roman" w:hAnsi="Times New Roman" w:cs="Times New Roman"/>
              </w:rPr>
            </w:pPr>
          </w:p>
          <w:p w14:paraId="78CD25E3" w14:textId="77777777" w:rsidR="00C55DB1" w:rsidRPr="00DA223F" w:rsidRDefault="00C55DB1" w:rsidP="00C55DB1">
            <w:pPr>
              <w:rPr>
                <w:rFonts w:ascii="Times New Roman" w:hAnsi="Times New Roman" w:cs="Times New Roman"/>
                <w:b/>
                <w:bCs/>
              </w:rPr>
            </w:pPr>
            <w:r w:rsidRPr="00DA223F">
              <w:rPr>
                <w:rFonts w:ascii="Times New Roman" w:hAnsi="Times New Roman" w:cs="Times New Roman"/>
                <w:b/>
                <w:bCs/>
              </w:rPr>
              <w:t>SAVAHCS</w:t>
            </w:r>
          </w:p>
          <w:p w14:paraId="7133754A"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 xml:space="preserve">Supply Chain Management </w:t>
            </w:r>
          </w:p>
          <w:p w14:paraId="5E279397"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Building 57, Room 190 &amp; Room 138</w:t>
            </w:r>
          </w:p>
          <w:p w14:paraId="2F55DD80"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Southern Arizona VA Healthcare</w:t>
            </w:r>
          </w:p>
          <w:p w14:paraId="0C1F4295"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3601 S. 6th Ave.</w:t>
            </w:r>
          </w:p>
          <w:p w14:paraId="264A01C2"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Tucson, AZ 85723</w:t>
            </w:r>
          </w:p>
          <w:p w14:paraId="003228BA"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Delivery: No later than 6:00pm</w:t>
            </w:r>
          </w:p>
          <w:p w14:paraId="1F51125B" w14:textId="77777777" w:rsidR="00C55DB1" w:rsidRPr="00DA223F" w:rsidRDefault="00C55DB1" w:rsidP="00C55DB1">
            <w:pPr>
              <w:shd w:val="clear" w:color="auto" w:fill="FFFFFF"/>
              <w:rPr>
                <w:rFonts w:ascii="Times New Roman" w:hAnsi="Times New Roman" w:cs="Times New Roman"/>
              </w:rPr>
            </w:pPr>
          </w:p>
          <w:p w14:paraId="0439FC0A" w14:textId="77777777" w:rsidR="00C55DB1" w:rsidRPr="00DA223F" w:rsidRDefault="00C55DB1" w:rsidP="00C55DB1">
            <w:pPr>
              <w:rPr>
                <w:rFonts w:ascii="Times New Roman" w:hAnsi="Times New Roman" w:cs="Times New Roman"/>
                <w:b/>
                <w:bCs/>
              </w:rPr>
            </w:pPr>
            <w:r w:rsidRPr="00DA223F">
              <w:rPr>
                <w:rFonts w:ascii="Times New Roman" w:hAnsi="Times New Roman" w:cs="Times New Roman"/>
                <w:b/>
                <w:bCs/>
              </w:rPr>
              <w:t>SAVAHCS</w:t>
            </w:r>
          </w:p>
          <w:p w14:paraId="3F86B85E"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Supply Chain Management/ Mailroom</w:t>
            </w:r>
          </w:p>
          <w:p w14:paraId="2E5BB27C"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Room 14 Building Room 101-14</w:t>
            </w:r>
          </w:p>
          <w:p w14:paraId="0EDB0BB4"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Southern Arizona VA Healthcare</w:t>
            </w:r>
          </w:p>
          <w:p w14:paraId="045CA4E7"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3601 S. 6th Ave.</w:t>
            </w:r>
          </w:p>
          <w:p w14:paraId="712EE158"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Tucson, AZ 85723</w:t>
            </w:r>
          </w:p>
          <w:p w14:paraId="2E87EC59" w14:textId="77777777" w:rsidR="00C55DB1" w:rsidRPr="00DA223F" w:rsidRDefault="00C55DB1" w:rsidP="00C55DB1">
            <w:pPr>
              <w:rPr>
                <w:rFonts w:ascii="Times New Roman" w:hAnsi="Times New Roman" w:cs="Times New Roman"/>
              </w:rPr>
            </w:pPr>
            <w:r w:rsidRPr="00DA223F">
              <w:rPr>
                <w:rFonts w:ascii="Times New Roman" w:hAnsi="Times New Roman" w:cs="Times New Roman"/>
              </w:rPr>
              <w:t>Delivery: No later than 3:30pm</w:t>
            </w:r>
          </w:p>
          <w:p w14:paraId="2F82E415" w14:textId="77777777" w:rsidR="00C55DB1" w:rsidRPr="00DA223F" w:rsidRDefault="00C55DB1" w:rsidP="00C55DB1">
            <w:pPr>
              <w:shd w:val="clear" w:color="auto" w:fill="FFFFFF"/>
              <w:rPr>
                <w:rFonts w:ascii="Times New Roman" w:hAnsi="Times New Roman" w:cs="Times New Roman"/>
              </w:rPr>
            </w:pPr>
          </w:p>
          <w:p w14:paraId="2851B46B" w14:textId="3D5334F9" w:rsidR="00C55DB1" w:rsidRPr="002F5D52" w:rsidRDefault="00C55DB1" w:rsidP="00C55DB1">
            <w:pPr>
              <w:shd w:val="clear" w:color="auto" w:fill="FFFFFF"/>
              <w:rPr>
                <w:rFonts w:ascii="Times New Roman" w:hAnsi="Times New Roman" w:cs="Times New Roman"/>
              </w:rPr>
            </w:pPr>
          </w:p>
        </w:tc>
        <w:tc>
          <w:tcPr>
            <w:tcW w:w="1620" w:type="dxa"/>
            <w:vMerge/>
            <w:vAlign w:val="center"/>
          </w:tcPr>
          <w:p w14:paraId="618336E6" w14:textId="40774D89" w:rsidR="00C55DB1" w:rsidRPr="002F5D52" w:rsidRDefault="00C55DB1" w:rsidP="00C55DB1">
            <w:pPr>
              <w:jc w:val="center"/>
              <w:rPr>
                <w:rFonts w:ascii="Times New Roman" w:hAnsi="Times New Roman" w:cs="Times New Roman"/>
              </w:rPr>
            </w:pPr>
          </w:p>
        </w:tc>
      </w:tr>
    </w:tbl>
    <w:p w14:paraId="049C6063"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38CD7CC8" w14:textId="77777777" w:rsidTr="00E5395D">
        <w:trPr>
          <w:trHeight w:val="350"/>
          <w:jc w:val="center"/>
        </w:trPr>
        <w:tc>
          <w:tcPr>
            <w:tcW w:w="9625" w:type="dxa"/>
            <w:gridSpan w:val="3"/>
            <w:vAlign w:val="center"/>
          </w:tcPr>
          <w:p w14:paraId="3130D0F8" w14:textId="28D10F3D"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5</w:t>
            </w:r>
            <w:r w:rsidR="006F36C0">
              <w:rPr>
                <w:rFonts w:ascii="Times New Roman" w:hAnsi="Times New Roman" w:cs="Times New Roman"/>
                <w:b/>
                <w:bCs/>
              </w:rPr>
              <w:t>5</w:t>
            </w:r>
          </w:p>
        </w:tc>
      </w:tr>
      <w:tr w:rsidR="003B45CC" w:rsidRPr="002F5D52" w14:paraId="197888EF" w14:textId="77777777" w:rsidTr="00E5395D">
        <w:trPr>
          <w:trHeight w:val="1153"/>
          <w:jc w:val="center"/>
        </w:trPr>
        <w:tc>
          <w:tcPr>
            <w:tcW w:w="4225" w:type="dxa"/>
          </w:tcPr>
          <w:p w14:paraId="614351EB" w14:textId="77777777" w:rsidR="003B45CC" w:rsidRPr="00DA223F" w:rsidRDefault="003B45CC" w:rsidP="003B45CC">
            <w:pPr>
              <w:rPr>
                <w:rFonts w:ascii="Times New Roman" w:hAnsi="Times New Roman" w:cs="Times New Roman"/>
                <w:b/>
                <w:bCs/>
              </w:rPr>
            </w:pPr>
            <w:r w:rsidRPr="00DA223F">
              <w:rPr>
                <w:rFonts w:ascii="Times New Roman" w:hAnsi="Times New Roman" w:cs="Times New Roman"/>
                <w:b/>
                <w:bCs/>
              </w:rPr>
              <w:t>SAVAHCS</w:t>
            </w:r>
          </w:p>
          <w:p w14:paraId="6EAA8999"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Pharmacy Service</w:t>
            </w:r>
          </w:p>
          <w:p w14:paraId="1F6D9BA2"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Building 80, Room 1702</w:t>
            </w:r>
          </w:p>
          <w:p w14:paraId="4AF862CD"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Southern Arizona VA Healthcare</w:t>
            </w:r>
          </w:p>
          <w:p w14:paraId="35F34138"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3601 S. 6th Ave.</w:t>
            </w:r>
          </w:p>
          <w:p w14:paraId="5019C6A7"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Tucson, AZ 85723</w:t>
            </w:r>
          </w:p>
          <w:p w14:paraId="07E6CF2F"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Days/Week: Monday-Friday excluding Federal Holidays</w:t>
            </w:r>
          </w:p>
          <w:p w14:paraId="3CA701BC" w14:textId="77777777" w:rsidR="003B45CC" w:rsidRPr="00DA223F" w:rsidRDefault="003B45CC" w:rsidP="003B45CC">
            <w:pPr>
              <w:shd w:val="clear" w:color="auto" w:fill="FFFFFF"/>
              <w:rPr>
                <w:rFonts w:ascii="Times New Roman" w:hAnsi="Times New Roman" w:cs="Times New Roman"/>
              </w:rPr>
            </w:pPr>
            <w:r w:rsidRPr="00DA223F">
              <w:rPr>
                <w:rFonts w:ascii="Times New Roman" w:hAnsi="Times New Roman" w:cs="Times New Roman"/>
              </w:rPr>
              <w:t>Pick-up: Between 8:30am - 10:30am</w:t>
            </w:r>
          </w:p>
          <w:p w14:paraId="6DFA63F5" w14:textId="77777777" w:rsidR="003B45CC" w:rsidRPr="00DA223F" w:rsidRDefault="003B45CC" w:rsidP="003B45CC">
            <w:pPr>
              <w:shd w:val="clear" w:color="auto" w:fill="FFFFFF"/>
              <w:rPr>
                <w:rFonts w:ascii="Times New Roman" w:hAnsi="Times New Roman" w:cs="Times New Roman"/>
              </w:rPr>
            </w:pPr>
          </w:p>
          <w:p w14:paraId="39D9A5F7" w14:textId="77777777" w:rsidR="003B45CC" w:rsidRPr="00DA223F" w:rsidRDefault="003B45CC" w:rsidP="003B45CC">
            <w:pPr>
              <w:rPr>
                <w:rFonts w:ascii="Times New Roman" w:hAnsi="Times New Roman" w:cs="Times New Roman"/>
                <w:b/>
                <w:bCs/>
              </w:rPr>
            </w:pPr>
          </w:p>
          <w:p w14:paraId="6DC0C739" w14:textId="77777777" w:rsidR="003B45CC" w:rsidRPr="00DA223F" w:rsidRDefault="003B45CC" w:rsidP="003B45CC">
            <w:pPr>
              <w:rPr>
                <w:rFonts w:ascii="Times New Roman" w:hAnsi="Times New Roman" w:cs="Times New Roman"/>
                <w:b/>
                <w:bCs/>
              </w:rPr>
            </w:pPr>
            <w:r w:rsidRPr="00DA223F">
              <w:rPr>
                <w:rFonts w:ascii="Times New Roman" w:hAnsi="Times New Roman" w:cs="Times New Roman"/>
                <w:b/>
                <w:bCs/>
              </w:rPr>
              <w:t>SAVAHCS</w:t>
            </w:r>
          </w:p>
          <w:p w14:paraId="17A7D563"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 xml:space="preserve">Supply Chain Management </w:t>
            </w:r>
          </w:p>
          <w:p w14:paraId="1CB1FE39"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Building 57, Room 190 &amp; Room 138</w:t>
            </w:r>
          </w:p>
          <w:p w14:paraId="7372A094"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Southern Arizona VA Healthcare</w:t>
            </w:r>
          </w:p>
          <w:p w14:paraId="0F873FBC"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3601 S. 6th Ave.</w:t>
            </w:r>
          </w:p>
          <w:p w14:paraId="52A4CD69"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Tucson, AZ 85723</w:t>
            </w:r>
          </w:p>
          <w:p w14:paraId="1769253D"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Days/Week: Monday-Friday excluding Federal Holidays</w:t>
            </w:r>
          </w:p>
          <w:p w14:paraId="37C664CF"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Pick-up: Between 8:30am - 10:30am</w:t>
            </w:r>
          </w:p>
          <w:p w14:paraId="51163642" w14:textId="77777777" w:rsidR="003B45CC" w:rsidRPr="00DA223F" w:rsidRDefault="003B45CC" w:rsidP="003B45CC">
            <w:pPr>
              <w:rPr>
                <w:rFonts w:ascii="Times New Roman" w:hAnsi="Times New Roman" w:cs="Times New Roman"/>
              </w:rPr>
            </w:pPr>
          </w:p>
          <w:p w14:paraId="5C2C72BE" w14:textId="77777777" w:rsidR="003B45CC" w:rsidRPr="00DA223F" w:rsidRDefault="003B45CC" w:rsidP="003B45CC">
            <w:pPr>
              <w:rPr>
                <w:rFonts w:ascii="Times New Roman" w:hAnsi="Times New Roman" w:cs="Times New Roman"/>
                <w:b/>
                <w:bCs/>
              </w:rPr>
            </w:pPr>
            <w:r w:rsidRPr="00DA223F">
              <w:rPr>
                <w:rFonts w:ascii="Times New Roman" w:hAnsi="Times New Roman" w:cs="Times New Roman"/>
                <w:b/>
                <w:bCs/>
              </w:rPr>
              <w:t>SAVAHCS</w:t>
            </w:r>
          </w:p>
          <w:p w14:paraId="303ACB06"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Supply Chain Management/ Mailroom</w:t>
            </w:r>
          </w:p>
          <w:p w14:paraId="5A8B8383"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Building 14, Warehouse 101-14</w:t>
            </w:r>
          </w:p>
          <w:p w14:paraId="35412CBB"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Southern Arizona VA Healthcare</w:t>
            </w:r>
          </w:p>
          <w:p w14:paraId="205DCA3E"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3601 S. 6th Ave.</w:t>
            </w:r>
          </w:p>
          <w:p w14:paraId="49246ADD"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Tucson, AZ 85723</w:t>
            </w:r>
          </w:p>
          <w:p w14:paraId="15247EEC"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Days/Week: Monday-Friday excluding Federal Holidays</w:t>
            </w:r>
          </w:p>
          <w:p w14:paraId="49FA0329" w14:textId="3425E705" w:rsidR="003B45CC" w:rsidRPr="002F5D52" w:rsidRDefault="003B45CC" w:rsidP="003B45CC">
            <w:pPr>
              <w:shd w:val="clear" w:color="auto" w:fill="FFFFFF"/>
              <w:rPr>
                <w:rFonts w:ascii="Times New Roman" w:hAnsi="Times New Roman" w:cs="Times New Roman"/>
                <w:b/>
                <w:bCs/>
              </w:rPr>
            </w:pPr>
            <w:r w:rsidRPr="00DA223F">
              <w:rPr>
                <w:rFonts w:ascii="Times New Roman" w:hAnsi="Times New Roman" w:cs="Times New Roman"/>
              </w:rPr>
              <w:t>Pick-up: Between 7:30am - 10:30am</w:t>
            </w:r>
          </w:p>
        </w:tc>
        <w:tc>
          <w:tcPr>
            <w:tcW w:w="3780" w:type="dxa"/>
          </w:tcPr>
          <w:p w14:paraId="17580C85" w14:textId="3AC0AB34" w:rsidR="003B45CC" w:rsidRPr="002F5D52" w:rsidRDefault="003B45CC" w:rsidP="003B45CC">
            <w:pPr>
              <w:shd w:val="clear" w:color="auto" w:fill="FFFFFF"/>
              <w:rPr>
                <w:rFonts w:ascii="Times New Roman" w:hAnsi="Times New Roman" w:cs="Times New Roman"/>
                <w:b/>
                <w:bCs/>
              </w:rPr>
            </w:pPr>
            <w:r w:rsidRPr="00DA223F">
              <w:rPr>
                <w:rFonts w:ascii="Times New Roman" w:hAnsi="Times New Roman" w:cs="Times New Roman"/>
                <w:b/>
                <w:bCs/>
              </w:rPr>
              <w:lastRenderedPageBreak/>
              <w:t>Ft. Huachuca VA Clinic</w:t>
            </w:r>
            <w:r w:rsidRPr="00DA223F">
              <w:rPr>
                <w:rFonts w:ascii="Times New Roman" w:hAnsi="Times New Roman" w:cs="Times New Roman"/>
              </w:rPr>
              <w:br/>
              <w:t>2240 Winrow Avenue</w:t>
            </w:r>
            <w:r w:rsidRPr="00DA223F">
              <w:rPr>
                <w:rFonts w:ascii="Times New Roman" w:hAnsi="Times New Roman" w:cs="Times New Roman"/>
              </w:rPr>
              <w:br/>
              <w:t>Fort Huachuca, Arizona 85613</w:t>
            </w:r>
            <w:r w:rsidRPr="00DA223F">
              <w:rPr>
                <w:rFonts w:ascii="Times New Roman" w:hAnsi="Times New Roman" w:cs="Times New Roman"/>
              </w:rPr>
              <w:br/>
              <w:t>Delivery time: Between 3:30pm-4:00pm</w:t>
            </w:r>
          </w:p>
        </w:tc>
        <w:tc>
          <w:tcPr>
            <w:tcW w:w="1620" w:type="dxa"/>
            <w:vMerge w:val="restart"/>
            <w:vAlign w:val="center"/>
          </w:tcPr>
          <w:p w14:paraId="27E50EE1" w14:textId="3B413FCF" w:rsidR="003B45CC" w:rsidRPr="002F5D52" w:rsidRDefault="003B45CC" w:rsidP="003B45CC">
            <w:pPr>
              <w:jc w:val="center"/>
              <w:rPr>
                <w:rFonts w:ascii="Times New Roman" w:hAnsi="Times New Roman" w:cs="Times New Roman"/>
              </w:rPr>
            </w:pPr>
            <w:r w:rsidRPr="002F5D52">
              <w:rPr>
                <w:rFonts w:ascii="Times New Roman" w:hAnsi="Times New Roman" w:cs="Times New Roman"/>
              </w:rPr>
              <w:t>261 runs/year</w:t>
            </w:r>
          </w:p>
        </w:tc>
      </w:tr>
      <w:tr w:rsidR="003B45CC" w:rsidRPr="002F5D52" w14:paraId="50BA81FA" w14:textId="77777777" w:rsidTr="00E5395D">
        <w:trPr>
          <w:trHeight w:val="1153"/>
          <w:jc w:val="center"/>
        </w:trPr>
        <w:tc>
          <w:tcPr>
            <w:tcW w:w="4225" w:type="dxa"/>
          </w:tcPr>
          <w:p w14:paraId="75213EA4" w14:textId="77777777" w:rsidR="003B45CC" w:rsidRPr="00DA223F" w:rsidRDefault="003B45CC" w:rsidP="003B45CC">
            <w:pPr>
              <w:shd w:val="clear" w:color="auto" w:fill="FFFFFF"/>
              <w:rPr>
                <w:rFonts w:ascii="Times New Roman" w:hAnsi="Times New Roman" w:cs="Times New Roman"/>
                <w:b/>
                <w:bCs/>
              </w:rPr>
            </w:pPr>
            <w:r w:rsidRPr="00DA223F">
              <w:rPr>
                <w:rFonts w:ascii="Times New Roman" w:hAnsi="Times New Roman" w:cs="Times New Roman"/>
                <w:b/>
                <w:bCs/>
              </w:rPr>
              <w:t>Ft. Huachuca VA Clinic</w:t>
            </w:r>
          </w:p>
          <w:p w14:paraId="176CFF42" w14:textId="77777777" w:rsidR="003B45CC" w:rsidRPr="00DA223F" w:rsidRDefault="003B45CC" w:rsidP="003B45CC">
            <w:pPr>
              <w:shd w:val="clear" w:color="auto" w:fill="FFFFFF"/>
              <w:rPr>
                <w:rFonts w:ascii="Times New Roman" w:hAnsi="Times New Roman" w:cs="Times New Roman"/>
              </w:rPr>
            </w:pPr>
            <w:r w:rsidRPr="00DA223F">
              <w:rPr>
                <w:rFonts w:ascii="Times New Roman" w:hAnsi="Times New Roman" w:cs="Times New Roman"/>
              </w:rPr>
              <w:t>2240 Winrow Avenue</w:t>
            </w:r>
          </w:p>
          <w:p w14:paraId="4B894D2F" w14:textId="77777777" w:rsidR="003B45CC" w:rsidRPr="00DA223F" w:rsidRDefault="003B45CC" w:rsidP="003B45CC">
            <w:pPr>
              <w:shd w:val="clear" w:color="auto" w:fill="FFFFFF"/>
              <w:rPr>
                <w:rFonts w:ascii="Times New Roman" w:hAnsi="Times New Roman" w:cs="Times New Roman"/>
              </w:rPr>
            </w:pPr>
            <w:r w:rsidRPr="00DA223F">
              <w:rPr>
                <w:rFonts w:ascii="Times New Roman" w:hAnsi="Times New Roman" w:cs="Times New Roman"/>
              </w:rPr>
              <w:t>Fort Huachuca, Arizona 85613</w:t>
            </w:r>
          </w:p>
          <w:p w14:paraId="6D62E57B"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Days/Week: Monday-Friday excluding Federal Holidays</w:t>
            </w:r>
          </w:p>
          <w:p w14:paraId="58EF63DE" w14:textId="060A7E9F" w:rsidR="003B45CC" w:rsidRPr="002F5D52" w:rsidRDefault="003B45CC" w:rsidP="003B45CC">
            <w:pPr>
              <w:shd w:val="clear" w:color="auto" w:fill="FFFFFF"/>
              <w:rPr>
                <w:rFonts w:ascii="Times New Roman" w:hAnsi="Times New Roman" w:cs="Times New Roman"/>
              </w:rPr>
            </w:pPr>
            <w:r w:rsidRPr="00DA223F">
              <w:rPr>
                <w:rFonts w:ascii="Times New Roman" w:hAnsi="Times New Roman" w:cs="Times New Roman"/>
              </w:rPr>
              <w:t>Pick-up: Between 3:30pm-4:00pm</w:t>
            </w:r>
          </w:p>
        </w:tc>
        <w:tc>
          <w:tcPr>
            <w:tcW w:w="3780" w:type="dxa"/>
          </w:tcPr>
          <w:p w14:paraId="6376E585" w14:textId="77777777" w:rsidR="003B45CC" w:rsidRPr="00DA223F" w:rsidRDefault="003B45CC" w:rsidP="003B45CC">
            <w:pPr>
              <w:shd w:val="clear" w:color="auto" w:fill="FFFFFF"/>
              <w:rPr>
                <w:rFonts w:ascii="Times New Roman" w:hAnsi="Times New Roman" w:cs="Times New Roman"/>
              </w:rPr>
            </w:pPr>
            <w:r w:rsidRPr="00DA223F">
              <w:rPr>
                <w:rFonts w:ascii="Times New Roman" w:hAnsi="Times New Roman" w:cs="Times New Roman"/>
                <w:b/>
                <w:bCs/>
              </w:rPr>
              <w:t>SAVAHCS</w:t>
            </w:r>
          </w:p>
          <w:p w14:paraId="635002E5" w14:textId="77777777" w:rsidR="003B45CC" w:rsidRPr="00DA223F" w:rsidRDefault="003B45CC" w:rsidP="003B45CC">
            <w:pPr>
              <w:shd w:val="clear" w:color="auto" w:fill="FFFFFF"/>
              <w:rPr>
                <w:rFonts w:ascii="Times New Roman" w:hAnsi="Times New Roman" w:cs="Times New Roman"/>
              </w:rPr>
            </w:pPr>
            <w:r w:rsidRPr="00DA223F">
              <w:rPr>
                <w:rFonts w:ascii="Times New Roman" w:hAnsi="Times New Roman" w:cs="Times New Roman"/>
              </w:rPr>
              <w:t>Pharmacy Service</w:t>
            </w:r>
          </w:p>
          <w:p w14:paraId="0F8BF465" w14:textId="77777777" w:rsidR="003B45CC" w:rsidRPr="00DA223F" w:rsidRDefault="003B45CC" w:rsidP="003B45CC">
            <w:pPr>
              <w:shd w:val="clear" w:color="auto" w:fill="FFFFFF"/>
              <w:rPr>
                <w:rFonts w:ascii="Times New Roman" w:hAnsi="Times New Roman" w:cs="Times New Roman"/>
              </w:rPr>
            </w:pPr>
            <w:r w:rsidRPr="00DA223F">
              <w:rPr>
                <w:rFonts w:ascii="Times New Roman" w:hAnsi="Times New Roman" w:cs="Times New Roman"/>
              </w:rPr>
              <w:t>Southern Arizona VA Healthcare</w:t>
            </w:r>
          </w:p>
          <w:p w14:paraId="072B7B12" w14:textId="77777777" w:rsidR="003B45CC" w:rsidRPr="00DA223F" w:rsidRDefault="003B45CC" w:rsidP="003B45CC">
            <w:pPr>
              <w:shd w:val="clear" w:color="auto" w:fill="FFFFFF"/>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2A1D13BE" w14:textId="77777777" w:rsidR="003B45CC" w:rsidRPr="00DA223F" w:rsidRDefault="003B45CC" w:rsidP="003B45CC">
            <w:pPr>
              <w:shd w:val="clear" w:color="auto" w:fill="FFFFFF"/>
              <w:rPr>
                <w:rFonts w:ascii="Times New Roman" w:hAnsi="Times New Roman" w:cs="Times New Roman"/>
              </w:rPr>
            </w:pPr>
            <w:r w:rsidRPr="00DA223F">
              <w:rPr>
                <w:rFonts w:ascii="Times New Roman" w:hAnsi="Times New Roman" w:cs="Times New Roman"/>
              </w:rPr>
              <w:t>Tucson, AZ 85723</w:t>
            </w:r>
          </w:p>
          <w:p w14:paraId="388B2E53" w14:textId="77777777" w:rsidR="003B45CC" w:rsidRPr="00DA223F" w:rsidRDefault="003B45CC" w:rsidP="003B45CC">
            <w:pPr>
              <w:shd w:val="clear" w:color="auto" w:fill="FFFFFF"/>
              <w:rPr>
                <w:rFonts w:ascii="Times New Roman" w:hAnsi="Times New Roman" w:cs="Times New Roman"/>
              </w:rPr>
            </w:pPr>
            <w:r w:rsidRPr="00DA223F">
              <w:rPr>
                <w:rFonts w:ascii="Times New Roman" w:hAnsi="Times New Roman" w:cs="Times New Roman"/>
              </w:rPr>
              <w:t xml:space="preserve">Delivery: </w:t>
            </w:r>
          </w:p>
          <w:p w14:paraId="4E7CF8DF" w14:textId="77777777" w:rsidR="003B45CC" w:rsidRPr="00DA223F" w:rsidRDefault="003B45CC" w:rsidP="003B45CC">
            <w:pPr>
              <w:shd w:val="clear" w:color="auto" w:fill="FFFFFF"/>
              <w:rPr>
                <w:rFonts w:ascii="Times New Roman" w:hAnsi="Times New Roman" w:cs="Times New Roman"/>
              </w:rPr>
            </w:pPr>
            <w:r w:rsidRPr="00DA223F">
              <w:rPr>
                <w:rFonts w:ascii="Times New Roman" w:hAnsi="Times New Roman" w:cs="Times New Roman"/>
              </w:rPr>
              <w:t xml:space="preserve">Outpatient Pharmacy if </w:t>
            </w:r>
            <w:r w:rsidRPr="00DA223F">
              <w:rPr>
                <w:rFonts w:ascii="Times New Roman" w:hAnsi="Times New Roman" w:cs="Times New Roman"/>
                <w:b/>
                <w:bCs/>
              </w:rPr>
              <w:t xml:space="preserve">before 6pm </w:t>
            </w:r>
            <w:r w:rsidRPr="00DA223F">
              <w:rPr>
                <w:rFonts w:ascii="Times New Roman" w:hAnsi="Times New Roman" w:cs="Times New Roman"/>
              </w:rPr>
              <w:t>(Building 80, Room 1702)</w:t>
            </w:r>
          </w:p>
          <w:p w14:paraId="2B64713C" w14:textId="77777777" w:rsidR="003B45CC" w:rsidRPr="00DA223F" w:rsidRDefault="003B45CC" w:rsidP="003B45CC">
            <w:pPr>
              <w:shd w:val="clear" w:color="auto" w:fill="FFFFFF"/>
              <w:rPr>
                <w:rFonts w:ascii="Times New Roman" w:hAnsi="Times New Roman" w:cs="Times New Roman"/>
              </w:rPr>
            </w:pPr>
            <w:r w:rsidRPr="00DA223F">
              <w:rPr>
                <w:rFonts w:ascii="Times New Roman" w:hAnsi="Times New Roman" w:cs="Times New Roman"/>
              </w:rPr>
              <w:t xml:space="preserve">Inpatient Pharmacy if </w:t>
            </w:r>
            <w:r w:rsidRPr="00DA223F">
              <w:rPr>
                <w:rFonts w:ascii="Times New Roman" w:hAnsi="Times New Roman" w:cs="Times New Roman"/>
                <w:b/>
                <w:bCs/>
              </w:rPr>
              <w:t>after 6pm</w:t>
            </w:r>
            <w:r w:rsidRPr="00DA223F">
              <w:rPr>
                <w:rFonts w:ascii="Times New Roman" w:hAnsi="Times New Roman" w:cs="Times New Roman"/>
              </w:rPr>
              <w:t xml:space="preserve"> (Building 57, Room BA081)</w:t>
            </w:r>
          </w:p>
          <w:p w14:paraId="4758C5B1" w14:textId="77777777" w:rsidR="003B45CC" w:rsidRPr="00DA223F" w:rsidRDefault="003B45CC" w:rsidP="003B45CC">
            <w:pPr>
              <w:shd w:val="clear" w:color="auto" w:fill="FFFFFF"/>
              <w:rPr>
                <w:rFonts w:ascii="Times New Roman" w:hAnsi="Times New Roman" w:cs="Times New Roman"/>
              </w:rPr>
            </w:pPr>
          </w:p>
          <w:p w14:paraId="33A4E84D" w14:textId="77777777" w:rsidR="003B45CC" w:rsidRPr="00DA223F" w:rsidRDefault="003B45CC" w:rsidP="003B45CC">
            <w:pPr>
              <w:rPr>
                <w:rFonts w:ascii="Times New Roman" w:hAnsi="Times New Roman" w:cs="Times New Roman"/>
                <w:b/>
                <w:bCs/>
              </w:rPr>
            </w:pPr>
            <w:r w:rsidRPr="00DA223F">
              <w:rPr>
                <w:rFonts w:ascii="Times New Roman" w:hAnsi="Times New Roman" w:cs="Times New Roman"/>
                <w:b/>
                <w:bCs/>
              </w:rPr>
              <w:t>SAVAHCS</w:t>
            </w:r>
          </w:p>
          <w:p w14:paraId="58709302"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 xml:space="preserve">Supply Chain Management </w:t>
            </w:r>
          </w:p>
          <w:p w14:paraId="71C4A70A"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Building 57, Room 190 &amp; Room 138</w:t>
            </w:r>
          </w:p>
          <w:p w14:paraId="20491961"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Southern Arizona VA Healthcare</w:t>
            </w:r>
          </w:p>
          <w:p w14:paraId="2F5F63B3"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3601 S. 6th Ave.</w:t>
            </w:r>
          </w:p>
          <w:p w14:paraId="79808C1C"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Tucson, AZ 85723</w:t>
            </w:r>
          </w:p>
          <w:p w14:paraId="538C1651"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Delivery: No later than 6:00pm</w:t>
            </w:r>
          </w:p>
          <w:p w14:paraId="4040FCEA" w14:textId="77777777" w:rsidR="003B45CC" w:rsidRPr="00DA223F" w:rsidRDefault="003B45CC" w:rsidP="003B45CC">
            <w:pPr>
              <w:rPr>
                <w:rFonts w:ascii="Times New Roman" w:hAnsi="Times New Roman" w:cs="Times New Roman"/>
              </w:rPr>
            </w:pPr>
          </w:p>
          <w:p w14:paraId="18336E88" w14:textId="77777777" w:rsidR="003B45CC" w:rsidRPr="00DA223F" w:rsidRDefault="003B45CC" w:rsidP="003B45CC">
            <w:pPr>
              <w:rPr>
                <w:rFonts w:ascii="Times New Roman" w:hAnsi="Times New Roman" w:cs="Times New Roman"/>
                <w:b/>
                <w:bCs/>
              </w:rPr>
            </w:pPr>
            <w:r w:rsidRPr="00DA223F">
              <w:rPr>
                <w:rFonts w:ascii="Times New Roman" w:hAnsi="Times New Roman" w:cs="Times New Roman"/>
                <w:b/>
                <w:bCs/>
              </w:rPr>
              <w:t>SAVAHCS</w:t>
            </w:r>
          </w:p>
          <w:p w14:paraId="082422DD"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Supply Chain Management/ Mailroom</w:t>
            </w:r>
          </w:p>
          <w:p w14:paraId="6D5A2863"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Room 14 Building Room 101-14</w:t>
            </w:r>
          </w:p>
          <w:p w14:paraId="36CC4F55"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Southern Arizona VA Healthcare</w:t>
            </w:r>
          </w:p>
          <w:p w14:paraId="570C42F9"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3601 S. 6th Ave.</w:t>
            </w:r>
          </w:p>
          <w:p w14:paraId="0C723529"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Tucson, AZ 85723</w:t>
            </w:r>
          </w:p>
          <w:p w14:paraId="146E0C30" w14:textId="77777777" w:rsidR="003B45CC" w:rsidRPr="00DA223F" w:rsidRDefault="003B45CC" w:rsidP="003B45CC">
            <w:pPr>
              <w:rPr>
                <w:rFonts w:ascii="Times New Roman" w:hAnsi="Times New Roman" w:cs="Times New Roman"/>
              </w:rPr>
            </w:pPr>
            <w:r w:rsidRPr="00DA223F">
              <w:rPr>
                <w:rFonts w:ascii="Times New Roman" w:hAnsi="Times New Roman" w:cs="Times New Roman"/>
              </w:rPr>
              <w:t>Delivery: No later than 3:30pm</w:t>
            </w:r>
          </w:p>
          <w:p w14:paraId="5CD639F2" w14:textId="77777777" w:rsidR="003B45CC" w:rsidRPr="00DA223F" w:rsidRDefault="003B45CC" w:rsidP="003B45CC">
            <w:pPr>
              <w:rPr>
                <w:rFonts w:ascii="Times New Roman" w:hAnsi="Times New Roman" w:cs="Times New Roman"/>
              </w:rPr>
            </w:pPr>
          </w:p>
          <w:p w14:paraId="2179CEB6" w14:textId="77777777" w:rsidR="003B45CC" w:rsidRPr="00DA223F" w:rsidRDefault="003B45CC" w:rsidP="003B45CC">
            <w:pPr>
              <w:rPr>
                <w:rFonts w:ascii="Times New Roman" w:hAnsi="Times New Roman" w:cs="Times New Roman"/>
              </w:rPr>
            </w:pPr>
          </w:p>
          <w:p w14:paraId="58FBCEC4" w14:textId="77777777" w:rsidR="003B45CC" w:rsidRPr="00DA223F" w:rsidRDefault="003B45CC" w:rsidP="003B45CC">
            <w:pPr>
              <w:shd w:val="clear" w:color="auto" w:fill="FFFFFF"/>
              <w:rPr>
                <w:rFonts w:ascii="Times New Roman" w:hAnsi="Times New Roman" w:cs="Times New Roman"/>
              </w:rPr>
            </w:pPr>
          </w:p>
          <w:p w14:paraId="72D71230" w14:textId="5BA852A2" w:rsidR="003B45CC" w:rsidRPr="002F5D52" w:rsidRDefault="003B45CC" w:rsidP="003B45CC">
            <w:pPr>
              <w:shd w:val="clear" w:color="auto" w:fill="FFFFFF"/>
              <w:rPr>
                <w:rFonts w:ascii="Times New Roman" w:hAnsi="Times New Roman" w:cs="Times New Roman"/>
              </w:rPr>
            </w:pPr>
          </w:p>
        </w:tc>
        <w:tc>
          <w:tcPr>
            <w:tcW w:w="1620" w:type="dxa"/>
            <w:vMerge/>
            <w:vAlign w:val="center"/>
          </w:tcPr>
          <w:p w14:paraId="3FE1B3C6" w14:textId="565F7B5B" w:rsidR="003B45CC" w:rsidRPr="002F5D52" w:rsidRDefault="003B45CC" w:rsidP="003B45CC">
            <w:pPr>
              <w:jc w:val="center"/>
              <w:rPr>
                <w:rFonts w:ascii="Times New Roman" w:hAnsi="Times New Roman" w:cs="Times New Roman"/>
              </w:rPr>
            </w:pPr>
          </w:p>
        </w:tc>
      </w:tr>
    </w:tbl>
    <w:p w14:paraId="650C9E21" w14:textId="77777777" w:rsidR="0053164E" w:rsidRDefault="0053164E"/>
    <w:tbl>
      <w:tblPr>
        <w:tblStyle w:val="TableGrid"/>
        <w:tblW w:w="9625" w:type="dxa"/>
        <w:jc w:val="center"/>
        <w:tblLayout w:type="fixed"/>
        <w:tblLook w:val="04A0" w:firstRow="1" w:lastRow="0" w:firstColumn="1" w:lastColumn="0" w:noHBand="0" w:noVBand="1"/>
      </w:tblPr>
      <w:tblGrid>
        <w:gridCol w:w="4225"/>
        <w:gridCol w:w="3780"/>
        <w:gridCol w:w="1620"/>
      </w:tblGrid>
      <w:tr w:rsidR="0053164E" w:rsidRPr="0053164E" w14:paraId="2C28F364" w14:textId="77777777" w:rsidTr="00050AAF">
        <w:trPr>
          <w:trHeight w:val="350"/>
          <w:jc w:val="center"/>
        </w:trPr>
        <w:tc>
          <w:tcPr>
            <w:tcW w:w="9625" w:type="dxa"/>
            <w:gridSpan w:val="3"/>
            <w:vAlign w:val="center"/>
          </w:tcPr>
          <w:p w14:paraId="6B612F8D" w14:textId="77777777" w:rsidR="0053164E" w:rsidRDefault="0053164E" w:rsidP="00050AAF">
            <w:pPr>
              <w:jc w:val="center"/>
              <w:rPr>
                <w:rFonts w:ascii="Times New Roman" w:hAnsi="Times New Roman"/>
                <w:b/>
                <w:bCs/>
                <w:sz w:val="28"/>
                <w:szCs w:val="28"/>
              </w:rPr>
            </w:pPr>
            <w:r>
              <w:rPr>
                <w:rFonts w:ascii="Times New Roman" w:hAnsi="Times New Roman"/>
                <w:b/>
                <w:bCs/>
                <w:sz w:val="28"/>
                <w:szCs w:val="28"/>
              </w:rPr>
              <w:t>SAVAHCS</w:t>
            </w:r>
            <w:r w:rsidRPr="00A06581">
              <w:rPr>
                <w:rFonts w:ascii="Times New Roman" w:hAnsi="Times New Roman"/>
                <w:b/>
                <w:bCs/>
                <w:sz w:val="28"/>
                <w:szCs w:val="28"/>
              </w:rPr>
              <w:t xml:space="preserve"> </w:t>
            </w:r>
            <w:r>
              <w:rPr>
                <w:rFonts w:ascii="Times New Roman" w:hAnsi="Times New Roman"/>
                <w:b/>
                <w:bCs/>
                <w:sz w:val="28"/>
                <w:szCs w:val="28"/>
              </w:rPr>
              <w:t xml:space="preserve">As Needed / </w:t>
            </w:r>
            <w:r w:rsidRPr="00A06581">
              <w:rPr>
                <w:rFonts w:ascii="Times New Roman" w:hAnsi="Times New Roman"/>
                <w:b/>
                <w:bCs/>
                <w:sz w:val="28"/>
                <w:szCs w:val="28"/>
              </w:rPr>
              <w:t xml:space="preserve">STAT </w:t>
            </w:r>
            <w:r>
              <w:rPr>
                <w:rFonts w:ascii="Times New Roman" w:hAnsi="Times New Roman"/>
                <w:b/>
                <w:bCs/>
                <w:sz w:val="28"/>
                <w:szCs w:val="28"/>
              </w:rPr>
              <w:t>runs</w:t>
            </w:r>
          </w:p>
          <w:p w14:paraId="27D186B1" w14:textId="3C698493" w:rsidR="0053164E" w:rsidRPr="0053164E" w:rsidRDefault="0053164E" w:rsidP="00B62901">
            <w:pPr>
              <w:jc w:val="center"/>
              <w:rPr>
                <w:rFonts w:ascii="Times New Roman" w:hAnsi="Times New Roman"/>
                <w:b/>
                <w:bCs/>
                <w:sz w:val="28"/>
                <w:szCs w:val="28"/>
              </w:rPr>
            </w:pPr>
            <w:r>
              <w:rPr>
                <w:rFonts w:ascii="Times New Roman" w:hAnsi="Times New Roman"/>
                <w:b/>
                <w:bCs/>
                <w:sz w:val="28"/>
                <w:szCs w:val="28"/>
              </w:rPr>
              <w:t>These courier runs 56 – 91 can be one-way or round trip, as needed trips, and must be scheduled with 60 minutes of vendor notification.</w:t>
            </w:r>
          </w:p>
        </w:tc>
      </w:tr>
      <w:tr w:rsidR="00D929E8" w:rsidRPr="002F5D52" w14:paraId="24C85650" w14:textId="77777777" w:rsidTr="00E5395D">
        <w:trPr>
          <w:trHeight w:val="350"/>
          <w:jc w:val="center"/>
        </w:trPr>
        <w:tc>
          <w:tcPr>
            <w:tcW w:w="9625" w:type="dxa"/>
            <w:gridSpan w:val="3"/>
            <w:vAlign w:val="center"/>
          </w:tcPr>
          <w:p w14:paraId="3E38D175" w14:textId="4597DC7D"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5</w:t>
            </w:r>
            <w:r w:rsidR="006F36C0">
              <w:rPr>
                <w:rFonts w:ascii="Times New Roman" w:hAnsi="Times New Roman" w:cs="Times New Roman"/>
                <w:b/>
                <w:bCs/>
              </w:rPr>
              <w:t>6</w:t>
            </w:r>
          </w:p>
        </w:tc>
      </w:tr>
      <w:tr w:rsidR="00461F67" w:rsidRPr="002F5D52" w14:paraId="2056C245" w14:textId="77777777" w:rsidTr="00E5395D">
        <w:trPr>
          <w:trHeight w:val="1153"/>
          <w:jc w:val="center"/>
        </w:trPr>
        <w:tc>
          <w:tcPr>
            <w:tcW w:w="4225" w:type="dxa"/>
          </w:tcPr>
          <w:p w14:paraId="0C278BE1" w14:textId="77777777" w:rsidR="00461F67" w:rsidRPr="00DA223F" w:rsidRDefault="00461F67" w:rsidP="00461F67">
            <w:pPr>
              <w:shd w:val="clear" w:color="auto" w:fill="FFFFFF"/>
              <w:rPr>
                <w:rFonts w:ascii="Times New Roman" w:hAnsi="Times New Roman" w:cs="Times New Roman"/>
                <w:b/>
                <w:bCs/>
              </w:rPr>
            </w:pPr>
            <w:r w:rsidRPr="00DA223F">
              <w:rPr>
                <w:rFonts w:ascii="Times New Roman" w:hAnsi="Times New Roman" w:cs="Times New Roman"/>
                <w:b/>
                <w:bCs/>
              </w:rPr>
              <w:lastRenderedPageBreak/>
              <w:t>Tucson Medical Center</w:t>
            </w:r>
          </w:p>
          <w:p w14:paraId="642DEF88" w14:textId="77777777" w:rsidR="00461F67" w:rsidRPr="00DA223F" w:rsidRDefault="00461F67" w:rsidP="00461F67">
            <w:pPr>
              <w:shd w:val="clear" w:color="auto" w:fill="FFFFFF"/>
              <w:rPr>
                <w:rFonts w:ascii="Times New Roman" w:hAnsi="Times New Roman" w:cs="Times New Roman"/>
              </w:rPr>
            </w:pPr>
            <w:r w:rsidRPr="00DA223F">
              <w:rPr>
                <w:rFonts w:ascii="Times New Roman" w:hAnsi="Times New Roman" w:cs="Times New Roman"/>
              </w:rPr>
              <w:t>5301 E Grant Rd</w:t>
            </w:r>
          </w:p>
          <w:p w14:paraId="514B2878" w14:textId="77777777" w:rsidR="00461F67" w:rsidRPr="00DA223F" w:rsidRDefault="00461F67" w:rsidP="00461F67">
            <w:pPr>
              <w:shd w:val="clear" w:color="auto" w:fill="FFFFFF"/>
              <w:rPr>
                <w:rFonts w:ascii="Times New Roman" w:hAnsi="Times New Roman" w:cs="Times New Roman"/>
              </w:rPr>
            </w:pPr>
            <w:r w:rsidRPr="00DA223F">
              <w:rPr>
                <w:rFonts w:ascii="Times New Roman" w:hAnsi="Times New Roman" w:cs="Times New Roman"/>
              </w:rPr>
              <w:t>Tucson, AZ 85712</w:t>
            </w:r>
          </w:p>
          <w:p w14:paraId="4B5C6B4B" w14:textId="77777777" w:rsidR="00461F67" w:rsidRPr="00DA223F" w:rsidRDefault="00461F67" w:rsidP="00461F67">
            <w:pPr>
              <w:rPr>
                <w:rFonts w:ascii="Times New Roman" w:hAnsi="Times New Roman" w:cs="Times New Roman"/>
                <w:shd w:val="clear" w:color="auto" w:fill="FFFFFF"/>
              </w:rPr>
            </w:pPr>
            <w:r w:rsidRPr="00DA223F">
              <w:rPr>
                <w:rFonts w:ascii="Times New Roman" w:hAnsi="Times New Roman" w:cs="Times New Roman"/>
                <w:shd w:val="clear" w:color="auto" w:fill="FFFFFF"/>
              </w:rPr>
              <w:t>Days: Only as needed/requested (On-Call 24/7, 365 days)</w:t>
            </w:r>
          </w:p>
          <w:p w14:paraId="338D0512" w14:textId="77777777" w:rsidR="00461F67" w:rsidRPr="00DA223F" w:rsidRDefault="00461F67" w:rsidP="00461F67">
            <w:pPr>
              <w:rPr>
                <w:rFonts w:ascii="Times New Roman" w:hAnsi="Times New Roman" w:cs="Times New Roman"/>
                <w:shd w:val="clear" w:color="auto" w:fill="FFFFFF"/>
              </w:rPr>
            </w:pPr>
            <w:r w:rsidRPr="00DA223F">
              <w:rPr>
                <w:rFonts w:ascii="Times New Roman" w:hAnsi="Times New Roman" w:cs="Times New Roman"/>
                <w:shd w:val="clear" w:color="auto" w:fill="FFFFFF"/>
              </w:rPr>
              <w:t>Pickup Time: TBD (based on request)</w:t>
            </w:r>
          </w:p>
          <w:p w14:paraId="4F1F07C6" w14:textId="440861CD" w:rsidR="00461F67" w:rsidRPr="002F5D52" w:rsidRDefault="00461F67" w:rsidP="00461F67">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 (based on request)</w:t>
            </w:r>
          </w:p>
        </w:tc>
        <w:tc>
          <w:tcPr>
            <w:tcW w:w="3780" w:type="dxa"/>
          </w:tcPr>
          <w:p w14:paraId="67EFE295" w14:textId="77777777" w:rsidR="00461F67" w:rsidRPr="00DA223F" w:rsidRDefault="00461F67" w:rsidP="00461F67">
            <w:pPr>
              <w:shd w:val="clear" w:color="auto" w:fill="FFFFFF"/>
              <w:rPr>
                <w:rFonts w:ascii="Times New Roman" w:hAnsi="Times New Roman" w:cs="Times New Roman"/>
              </w:rPr>
            </w:pPr>
            <w:r w:rsidRPr="00DA223F">
              <w:rPr>
                <w:rFonts w:ascii="Times New Roman" w:hAnsi="Times New Roman" w:cs="Times New Roman"/>
                <w:b/>
                <w:bCs/>
              </w:rPr>
              <w:t>SAVAHCS</w:t>
            </w:r>
          </w:p>
          <w:p w14:paraId="78D45274" w14:textId="77777777" w:rsidR="00461F67" w:rsidRPr="00DA223F" w:rsidRDefault="00461F67" w:rsidP="00461F67">
            <w:pPr>
              <w:shd w:val="clear" w:color="auto" w:fill="FFFFFF"/>
              <w:rPr>
                <w:rFonts w:ascii="Times New Roman" w:hAnsi="Times New Roman" w:cs="Times New Roman"/>
              </w:rPr>
            </w:pPr>
            <w:r w:rsidRPr="00DA223F">
              <w:rPr>
                <w:rFonts w:ascii="Times New Roman" w:hAnsi="Times New Roman" w:cs="Times New Roman"/>
              </w:rPr>
              <w:t>Pharmacy Service</w:t>
            </w:r>
          </w:p>
          <w:p w14:paraId="046C34AA" w14:textId="77777777" w:rsidR="00461F67" w:rsidRPr="00DA223F" w:rsidRDefault="00461F67" w:rsidP="00461F67">
            <w:pPr>
              <w:shd w:val="clear" w:color="auto" w:fill="FFFFFF"/>
              <w:rPr>
                <w:rFonts w:ascii="Times New Roman" w:hAnsi="Times New Roman" w:cs="Times New Roman"/>
              </w:rPr>
            </w:pPr>
            <w:r w:rsidRPr="00DA223F">
              <w:rPr>
                <w:rFonts w:ascii="Times New Roman" w:hAnsi="Times New Roman" w:cs="Times New Roman"/>
              </w:rPr>
              <w:t>Southern Arizona VA Healthcare</w:t>
            </w:r>
          </w:p>
          <w:p w14:paraId="462D0F6F" w14:textId="77777777" w:rsidR="00461F67" w:rsidRPr="00DA223F" w:rsidRDefault="00461F67" w:rsidP="00461F67">
            <w:pPr>
              <w:shd w:val="clear" w:color="auto" w:fill="FFFFFF"/>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49B5FF93" w14:textId="77777777" w:rsidR="00461F67" w:rsidRPr="00DA223F" w:rsidRDefault="00461F67" w:rsidP="00461F67">
            <w:pPr>
              <w:shd w:val="clear" w:color="auto" w:fill="FFFFFF"/>
              <w:rPr>
                <w:rFonts w:ascii="Times New Roman" w:hAnsi="Times New Roman" w:cs="Times New Roman"/>
              </w:rPr>
            </w:pPr>
            <w:r w:rsidRPr="00DA223F">
              <w:rPr>
                <w:rFonts w:ascii="Times New Roman" w:hAnsi="Times New Roman" w:cs="Times New Roman"/>
              </w:rPr>
              <w:t>Tucson, AZ 85723</w:t>
            </w:r>
          </w:p>
          <w:p w14:paraId="661A739B"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Delivery Time: TBD</w:t>
            </w:r>
          </w:p>
          <w:p w14:paraId="1FD1ECE8"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 xml:space="preserve">Delivery Location: </w:t>
            </w:r>
          </w:p>
          <w:p w14:paraId="537A53D3"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Inpatient Pharmacy (Building 57, Room BA081)</w:t>
            </w:r>
          </w:p>
          <w:p w14:paraId="16EEB3CD" w14:textId="77777777" w:rsidR="00461F67" w:rsidRPr="00DA223F" w:rsidRDefault="00461F67" w:rsidP="00461F67">
            <w:pPr>
              <w:rPr>
                <w:rFonts w:ascii="Times New Roman" w:hAnsi="Times New Roman" w:cs="Times New Roman"/>
              </w:rPr>
            </w:pPr>
          </w:p>
          <w:p w14:paraId="5E747365" w14:textId="77777777" w:rsidR="00461F67" w:rsidRPr="00DA223F" w:rsidRDefault="00461F67" w:rsidP="00461F67">
            <w:pPr>
              <w:rPr>
                <w:rFonts w:ascii="Times New Roman" w:hAnsi="Times New Roman" w:cs="Times New Roman"/>
                <w:b/>
                <w:bCs/>
              </w:rPr>
            </w:pPr>
            <w:r w:rsidRPr="00DA223F">
              <w:rPr>
                <w:rFonts w:ascii="Times New Roman" w:hAnsi="Times New Roman" w:cs="Times New Roman"/>
                <w:b/>
                <w:bCs/>
              </w:rPr>
              <w:t>SAVAHCS</w:t>
            </w:r>
          </w:p>
          <w:p w14:paraId="347BE52D"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Clinical Laboratory</w:t>
            </w:r>
          </w:p>
          <w:p w14:paraId="1013B004"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Building 57, Front Desk, Room B126</w:t>
            </w:r>
          </w:p>
          <w:p w14:paraId="5E543390"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Southern Arizona VA Health Care</w:t>
            </w:r>
          </w:p>
          <w:p w14:paraId="5F4AF84C"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5A246568"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Tucson, AZ 85723</w:t>
            </w:r>
          </w:p>
          <w:p w14:paraId="415332E7"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Delivery Time: TBD</w:t>
            </w:r>
          </w:p>
          <w:p w14:paraId="2FD4A5E1"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Delivery Location: Clinical Laboratory (Building 57)</w:t>
            </w:r>
          </w:p>
          <w:p w14:paraId="0BEC7A0A" w14:textId="77777777" w:rsidR="00461F67" w:rsidRPr="00DA223F" w:rsidRDefault="00461F67" w:rsidP="00461F67">
            <w:pPr>
              <w:rPr>
                <w:rFonts w:ascii="Times New Roman" w:hAnsi="Times New Roman" w:cs="Times New Roman"/>
                <w:b/>
                <w:bCs/>
              </w:rPr>
            </w:pPr>
          </w:p>
          <w:p w14:paraId="0A12882F" w14:textId="77777777" w:rsidR="00461F67" w:rsidRPr="00DA223F" w:rsidRDefault="00461F67" w:rsidP="00461F67">
            <w:pPr>
              <w:rPr>
                <w:rFonts w:ascii="Times New Roman" w:hAnsi="Times New Roman" w:cs="Times New Roman"/>
                <w:b/>
                <w:bCs/>
              </w:rPr>
            </w:pPr>
          </w:p>
          <w:p w14:paraId="03FF2F8C" w14:textId="77777777" w:rsidR="00461F67" w:rsidRPr="00DA223F" w:rsidRDefault="00461F67" w:rsidP="00461F67">
            <w:pPr>
              <w:rPr>
                <w:rFonts w:ascii="Times New Roman" w:hAnsi="Times New Roman" w:cs="Times New Roman"/>
                <w:b/>
                <w:bCs/>
              </w:rPr>
            </w:pPr>
            <w:r w:rsidRPr="00DA223F">
              <w:rPr>
                <w:rFonts w:ascii="Times New Roman" w:hAnsi="Times New Roman" w:cs="Times New Roman"/>
                <w:b/>
                <w:bCs/>
              </w:rPr>
              <w:t>SAVAHCS</w:t>
            </w:r>
          </w:p>
          <w:p w14:paraId="6FCFB15F"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 xml:space="preserve">Supply Chain Management </w:t>
            </w:r>
          </w:p>
          <w:p w14:paraId="0DD48D77"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Building 57, Room 190 &amp; Room 138</w:t>
            </w:r>
          </w:p>
          <w:p w14:paraId="2E43BCC3"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Southern Arizona VA Healthcare</w:t>
            </w:r>
          </w:p>
          <w:p w14:paraId="77AD56F5"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3601 S. 6th Ave.</w:t>
            </w:r>
          </w:p>
          <w:p w14:paraId="4FEDF834"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Tucson, AZ 85723</w:t>
            </w:r>
          </w:p>
          <w:p w14:paraId="7757BED3"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Delivery: No later than 6:00pm</w:t>
            </w:r>
          </w:p>
          <w:p w14:paraId="7C409FFB" w14:textId="77777777" w:rsidR="00461F67" w:rsidRPr="00DA223F" w:rsidRDefault="00461F67" w:rsidP="00461F67">
            <w:pPr>
              <w:rPr>
                <w:rFonts w:ascii="Times New Roman" w:hAnsi="Times New Roman" w:cs="Times New Roman"/>
              </w:rPr>
            </w:pPr>
          </w:p>
          <w:p w14:paraId="56465FC9" w14:textId="77777777" w:rsidR="00461F67" w:rsidRPr="00DA223F" w:rsidRDefault="00461F67" w:rsidP="00461F67">
            <w:pPr>
              <w:rPr>
                <w:rFonts w:ascii="Times New Roman" w:hAnsi="Times New Roman" w:cs="Times New Roman"/>
                <w:b/>
                <w:bCs/>
              </w:rPr>
            </w:pPr>
            <w:r w:rsidRPr="00DA223F">
              <w:rPr>
                <w:rFonts w:ascii="Times New Roman" w:hAnsi="Times New Roman" w:cs="Times New Roman"/>
                <w:b/>
                <w:bCs/>
              </w:rPr>
              <w:t>SAVAHCS</w:t>
            </w:r>
          </w:p>
          <w:p w14:paraId="64D588BF"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Supply Chain Management/ Mailroom</w:t>
            </w:r>
          </w:p>
          <w:p w14:paraId="6EEBE259"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Room 14 Building Room 101-14</w:t>
            </w:r>
          </w:p>
          <w:p w14:paraId="6A575DCD"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Southern Arizona VA Healthcare</w:t>
            </w:r>
          </w:p>
          <w:p w14:paraId="34B669D9"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3601 S. 6th Ave.</w:t>
            </w:r>
          </w:p>
          <w:p w14:paraId="550784A5"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Tucson, AZ 85723</w:t>
            </w:r>
          </w:p>
          <w:p w14:paraId="1C788D7A" w14:textId="77777777" w:rsidR="00461F67" w:rsidRPr="00DA223F" w:rsidRDefault="00461F67" w:rsidP="00461F67">
            <w:pPr>
              <w:rPr>
                <w:rFonts w:ascii="Times New Roman" w:hAnsi="Times New Roman" w:cs="Times New Roman"/>
              </w:rPr>
            </w:pPr>
            <w:r w:rsidRPr="00DA223F">
              <w:rPr>
                <w:rFonts w:ascii="Times New Roman" w:hAnsi="Times New Roman" w:cs="Times New Roman"/>
              </w:rPr>
              <w:t>Delivery: No later than 3:30pm</w:t>
            </w:r>
          </w:p>
          <w:p w14:paraId="57D84B80" w14:textId="77777777" w:rsidR="00461F67" w:rsidRPr="00DA223F" w:rsidRDefault="00461F67" w:rsidP="00461F67">
            <w:pPr>
              <w:rPr>
                <w:rFonts w:ascii="Times New Roman" w:hAnsi="Times New Roman" w:cs="Times New Roman"/>
              </w:rPr>
            </w:pPr>
          </w:p>
          <w:p w14:paraId="747A1AA8" w14:textId="109CBC48" w:rsidR="00461F67" w:rsidRPr="002F5D52" w:rsidRDefault="00461F67" w:rsidP="00461F67">
            <w:pPr>
              <w:rPr>
                <w:rFonts w:ascii="Times New Roman" w:hAnsi="Times New Roman" w:cs="Times New Roman"/>
              </w:rPr>
            </w:pPr>
          </w:p>
        </w:tc>
        <w:tc>
          <w:tcPr>
            <w:tcW w:w="1620" w:type="dxa"/>
            <w:vAlign w:val="center"/>
          </w:tcPr>
          <w:p w14:paraId="0B5D962C" w14:textId="77854913" w:rsidR="00461F67" w:rsidRPr="002F5D52" w:rsidRDefault="00461F67" w:rsidP="00461F67">
            <w:pPr>
              <w:jc w:val="center"/>
              <w:rPr>
                <w:rFonts w:ascii="Times New Roman" w:hAnsi="Times New Roman" w:cs="Times New Roman"/>
              </w:rPr>
            </w:pPr>
            <w:r w:rsidRPr="002F5D52">
              <w:rPr>
                <w:rFonts w:ascii="Times New Roman" w:hAnsi="Times New Roman" w:cs="Times New Roman"/>
              </w:rPr>
              <w:t>3</w:t>
            </w:r>
            <w:r>
              <w:rPr>
                <w:rFonts w:ascii="Times New Roman" w:hAnsi="Times New Roman" w:cs="Times New Roman"/>
              </w:rPr>
              <w:t>6</w:t>
            </w:r>
            <w:r w:rsidRPr="002F5D52">
              <w:rPr>
                <w:rFonts w:ascii="Times New Roman" w:hAnsi="Times New Roman" w:cs="Times New Roman"/>
              </w:rPr>
              <w:t xml:space="preserve"> runs/year</w:t>
            </w:r>
          </w:p>
        </w:tc>
      </w:tr>
    </w:tbl>
    <w:p w14:paraId="3B2D5075"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13EB48CD" w14:textId="77777777" w:rsidTr="00E5395D">
        <w:trPr>
          <w:trHeight w:val="350"/>
          <w:jc w:val="center"/>
        </w:trPr>
        <w:tc>
          <w:tcPr>
            <w:tcW w:w="9625" w:type="dxa"/>
            <w:gridSpan w:val="3"/>
            <w:vAlign w:val="center"/>
          </w:tcPr>
          <w:p w14:paraId="34A4089D" w14:textId="0D43AFAE"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5</w:t>
            </w:r>
            <w:r w:rsidR="006F36C0">
              <w:rPr>
                <w:rFonts w:ascii="Times New Roman" w:hAnsi="Times New Roman" w:cs="Times New Roman"/>
                <w:b/>
                <w:bCs/>
              </w:rPr>
              <w:t>7</w:t>
            </w:r>
          </w:p>
        </w:tc>
      </w:tr>
      <w:tr w:rsidR="00914DFB" w:rsidRPr="002F5D52" w14:paraId="445F0536" w14:textId="77777777" w:rsidTr="00E5395D">
        <w:trPr>
          <w:trHeight w:val="1153"/>
          <w:jc w:val="center"/>
        </w:trPr>
        <w:tc>
          <w:tcPr>
            <w:tcW w:w="4225" w:type="dxa"/>
          </w:tcPr>
          <w:p w14:paraId="174C087A" w14:textId="77777777" w:rsidR="00914DFB" w:rsidRPr="00DA223F" w:rsidRDefault="00914DFB" w:rsidP="00914DFB">
            <w:pPr>
              <w:shd w:val="clear" w:color="auto" w:fill="FFFFFF"/>
              <w:rPr>
                <w:rFonts w:ascii="Times New Roman" w:hAnsi="Times New Roman" w:cs="Times New Roman"/>
                <w:b/>
                <w:bCs/>
              </w:rPr>
            </w:pPr>
            <w:r w:rsidRPr="00DA223F">
              <w:rPr>
                <w:rFonts w:ascii="Times New Roman" w:hAnsi="Times New Roman" w:cs="Times New Roman"/>
                <w:b/>
                <w:bCs/>
              </w:rPr>
              <w:t>Northwest Medical Center</w:t>
            </w:r>
          </w:p>
          <w:p w14:paraId="5AEDF421" w14:textId="77777777" w:rsidR="00914DFB" w:rsidRPr="00DA223F" w:rsidRDefault="00914DFB" w:rsidP="00914DFB">
            <w:pPr>
              <w:shd w:val="clear" w:color="auto" w:fill="FFFFFF"/>
              <w:rPr>
                <w:rFonts w:ascii="Times New Roman" w:hAnsi="Times New Roman" w:cs="Times New Roman"/>
              </w:rPr>
            </w:pPr>
            <w:r w:rsidRPr="00DA223F">
              <w:rPr>
                <w:rFonts w:ascii="Times New Roman" w:hAnsi="Times New Roman" w:cs="Times New Roman"/>
              </w:rPr>
              <w:t>6200 N La Cholla Blvd</w:t>
            </w:r>
          </w:p>
          <w:p w14:paraId="75BB7E96" w14:textId="77777777" w:rsidR="00914DFB" w:rsidRPr="00DA223F" w:rsidRDefault="00914DFB" w:rsidP="00914DFB">
            <w:pPr>
              <w:shd w:val="clear" w:color="auto" w:fill="FFFFFF"/>
              <w:rPr>
                <w:rFonts w:ascii="Times New Roman" w:hAnsi="Times New Roman" w:cs="Times New Roman"/>
              </w:rPr>
            </w:pPr>
            <w:r w:rsidRPr="00DA223F">
              <w:rPr>
                <w:rFonts w:ascii="Times New Roman" w:hAnsi="Times New Roman" w:cs="Times New Roman"/>
              </w:rPr>
              <w:t>Tucson, AZ 85741</w:t>
            </w:r>
          </w:p>
          <w:p w14:paraId="34F43036" w14:textId="77777777" w:rsidR="00914DFB" w:rsidRPr="00DA223F" w:rsidRDefault="00914DFB" w:rsidP="00914DFB">
            <w:pPr>
              <w:rPr>
                <w:rFonts w:ascii="Times New Roman" w:hAnsi="Times New Roman" w:cs="Times New Roman"/>
                <w:shd w:val="clear" w:color="auto" w:fill="FFFFFF"/>
              </w:rPr>
            </w:pPr>
            <w:r w:rsidRPr="00DA223F">
              <w:rPr>
                <w:rFonts w:ascii="Times New Roman" w:hAnsi="Times New Roman" w:cs="Times New Roman"/>
                <w:shd w:val="clear" w:color="auto" w:fill="FFFFFF"/>
              </w:rPr>
              <w:t>Days: Only as needed/requested (On-Call 24/7, 365 days)</w:t>
            </w:r>
          </w:p>
          <w:p w14:paraId="16EA5ADE" w14:textId="77777777" w:rsidR="00914DFB" w:rsidRPr="00DA223F" w:rsidRDefault="00914DFB" w:rsidP="00914DFB">
            <w:pPr>
              <w:rPr>
                <w:rFonts w:ascii="Times New Roman" w:hAnsi="Times New Roman" w:cs="Times New Roman"/>
                <w:shd w:val="clear" w:color="auto" w:fill="FFFFFF"/>
              </w:rPr>
            </w:pPr>
            <w:r w:rsidRPr="00DA223F">
              <w:rPr>
                <w:rFonts w:ascii="Times New Roman" w:hAnsi="Times New Roman" w:cs="Times New Roman"/>
                <w:shd w:val="clear" w:color="auto" w:fill="FFFFFF"/>
              </w:rPr>
              <w:t>Pickup Time: TBD (based on request)</w:t>
            </w:r>
          </w:p>
          <w:p w14:paraId="37ACA28F" w14:textId="77777777" w:rsidR="00914DFB" w:rsidRPr="00DA223F" w:rsidRDefault="00914DFB" w:rsidP="00914DFB">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 (based on request)</w:t>
            </w:r>
          </w:p>
          <w:p w14:paraId="74E50C5B" w14:textId="77777777" w:rsidR="00914DFB" w:rsidRPr="00DA223F" w:rsidRDefault="00914DFB" w:rsidP="00914DFB">
            <w:pPr>
              <w:shd w:val="clear" w:color="auto" w:fill="FFFFFF"/>
              <w:rPr>
                <w:rFonts w:ascii="Times New Roman" w:eastAsia="Times New Roman" w:hAnsi="Times New Roman" w:cs="Times New Roman"/>
              </w:rPr>
            </w:pPr>
          </w:p>
          <w:p w14:paraId="1217F90C" w14:textId="77777777" w:rsidR="00914DFB" w:rsidRPr="00DA223F" w:rsidRDefault="00914DFB" w:rsidP="00914DFB">
            <w:pPr>
              <w:shd w:val="clear" w:color="auto" w:fill="FFFFFF"/>
              <w:rPr>
                <w:rFonts w:ascii="Times New Roman" w:eastAsia="Times New Roman" w:hAnsi="Times New Roman" w:cs="Times New Roman"/>
              </w:rPr>
            </w:pPr>
          </w:p>
          <w:p w14:paraId="6FAC7E9C" w14:textId="790296C2" w:rsidR="00914DFB" w:rsidRPr="002F5D52" w:rsidRDefault="00914DFB" w:rsidP="00914DFB">
            <w:pPr>
              <w:shd w:val="clear" w:color="auto" w:fill="FFFFFF"/>
              <w:rPr>
                <w:rFonts w:ascii="Times New Roman" w:eastAsia="Times New Roman" w:hAnsi="Times New Roman" w:cs="Times New Roman"/>
              </w:rPr>
            </w:pPr>
          </w:p>
        </w:tc>
        <w:tc>
          <w:tcPr>
            <w:tcW w:w="3780" w:type="dxa"/>
          </w:tcPr>
          <w:p w14:paraId="43491A8E" w14:textId="77777777" w:rsidR="00914DFB" w:rsidRPr="00DA223F" w:rsidRDefault="00914DFB" w:rsidP="00914DFB">
            <w:pPr>
              <w:shd w:val="clear" w:color="auto" w:fill="FFFFFF"/>
              <w:rPr>
                <w:rFonts w:ascii="Times New Roman" w:hAnsi="Times New Roman" w:cs="Times New Roman"/>
              </w:rPr>
            </w:pPr>
            <w:r w:rsidRPr="00DA223F">
              <w:rPr>
                <w:rFonts w:ascii="Times New Roman" w:hAnsi="Times New Roman" w:cs="Times New Roman"/>
                <w:b/>
                <w:bCs/>
              </w:rPr>
              <w:lastRenderedPageBreak/>
              <w:t>SAVAHCS</w:t>
            </w:r>
          </w:p>
          <w:p w14:paraId="668C8F14" w14:textId="77777777" w:rsidR="00914DFB" w:rsidRPr="00DA223F" w:rsidRDefault="00914DFB" w:rsidP="00914DFB">
            <w:pPr>
              <w:shd w:val="clear" w:color="auto" w:fill="FFFFFF"/>
              <w:rPr>
                <w:rFonts w:ascii="Times New Roman" w:hAnsi="Times New Roman" w:cs="Times New Roman"/>
              </w:rPr>
            </w:pPr>
            <w:r w:rsidRPr="00DA223F">
              <w:rPr>
                <w:rFonts w:ascii="Times New Roman" w:hAnsi="Times New Roman" w:cs="Times New Roman"/>
              </w:rPr>
              <w:t>Pharmacy Service</w:t>
            </w:r>
          </w:p>
          <w:p w14:paraId="3959D5C5" w14:textId="77777777" w:rsidR="00914DFB" w:rsidRPr="00DA223F" w:rsidRDefault="00914DFB" w:rsidP="00914DFB">
            <w:pPr>
              <w:shd w:val="clear" w:color="auto" w:fill="FFFFFF"/>
              <w:rPr>
                <w:rFonts w:ascii="Times New Roman" w:hAnsi="Times New Roman" w:cs="Times New Roman"/>
              </w:rPr>
            </w:pPr>
            <w:r w:rsidRPr="00DA223F">
              <w:rPr>
                <w:rFonts w:ascii="Times New Roman" w:hAnsi="Times New Roman" w:cs="Times New Roman"/>
              </w:rPr>
              <w:t>Southern Arizona VA Healthcare</w:t>
            </w:r>
          </w:p>
          <w:p w14:paraId="466AC8CC" w14:textId="77777777" w:rsidR="00914DFB" w:rsidRPr="00DA223F" w:rsidRDefault="00914DFB" w:rsidP="00914DFB">
            <w:pPr>
              <w:shd w:val="clear" w:color="auto" w:fill="FFFFFF"/>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09A618F9" w14:textId="77777777" w:rsidR="00914DFB" w:rsidRPr="00DA223F" w:rsidRDefault="00914DFB" w:rsidP="00914DFB">
            <w:pPr>
              <w:shd w:val="clear" w:color="auto" w:fill="FFFFFF"/>
              <w:rPr>
                <w:rFonts w:ascii="Times New Roman" w:hAnsi="Times New Roman" w:cs="Times New Roman"/>
              </w:rPr>
            </w:pPr>
            <w:r w:rsidRPr="00DA223F">
              <w:rPr>
                <w:rFonts w:ascii="Times New Roman" w:hAnsi="Times New Roman" w:cs="Times New Roman"/>
              </w:rPr>
              <w:t>Tucson, AZ 85723</w:t>
            </w:r>
          </w:p>
          <w:p w14:paraId="4418BA49"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Delivery Time: TBD</w:t>
            </w:r>
          </w:p>
          <w:p w14:paraId="03AF5458"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Delivery Location: Inpatient Pharmacy (Building 57, Room BA081)</w:t>
            </w:r>
          </w:p>
          <w:p w14:paraId="784374EE" w14:textId="77777777" w:rsidR="00914DFB" w:rsidRPr="00DA223F" w:rsidRDefault="00914DFB" w:rsidP="00914DFB">
            <w:pPr>
              <w:rPr>
                <w:rFonts w:ascii="Times New Roman" w:hAnsi="Times New Roman" w:cs="Times New Roman"/>
                <w:b/>
                <w:bCs/>
              </w:rPr>
            </w:pPr>
          </w:p>
          <w:p w14:paraId="4EE9BACF" w14:textId="77777777" w:rsidR="00914DFB" w:rsidRPr="00DA223F" w:rsidRDefault="00914DFB" w:rsidP="00914DFB">
            <w:pPr>
              <w:rPr>
                <w:rFonts w:ascii="Times New Roman" w:hAnsi="Times New Roman" w:cs="Times New Roman"/>
                <w:b/>
                <w:bCs/>
              </w:rPr>
            </w:pPr>
            <w:r w:rsidRPr="00DA223F">
              <w:rPr>
                <w:rFonts w:ascii="Times New Roman" w:hAnsi="Times New Roman" w:cs="Times New Roman"/>
                <w:b/>
                <w:bCs/>
              </w:rPr>
              <w:lastRenderedPageBreak/>
              <w:t>SAVAHCS</w:t>
            </w:r>
          </w:p>
          <w:p w14:paraId="77B063D9"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Clinical Laboratory</w:t>
            </w:r>
          </w:p>
          <w:p w14:paraId="44F37511"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Building 57, Front Desk, Room B126</w:t>
            </w:r>
          </w:p>
          <w:p w14:paraId="4ADEE31E"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Southern Arizona VA Health Care</w:t>
            </w:r>
          </w:p>
          <w:p w14:paraId="63BBDCD9"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391460B3"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Tucson, AZ 85723</w:t>
            </w:r>
          </w:p>
          <w:p w14:paraId="5DCE9422"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Delivery Time: TBD</w:t>
            </w:r>
          </w:p>
          <w:p w14:paraId="5915C5C6"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Delivery Location: Clinical Laboratory (Building 57)</w:t>
            </w:r>
          </w:p>
          <w:p w14:paraId="33512C93" w14:textId="77777777" w:rsidR="00914DFB" w:rsidRPr="00DA223F" w:rsidRDefault="00914DFB" w:rsidP="00914DFB">
            <w:pPr>
              <w:rPr>
                <w:rFonts w:ascii="Times New Roman" w:hAnsi="Times New Roman" w:cs="Times New Roman"/>
              </w:rPr>
            </w:pPr>
          </w:p>
          <w:p w14:paraId="4C27CF9B" w14:textId="77777777" w:rsidR="00914DFB" w:rsidRPr="00DA223F" w:rsidRDefault="00914DFB" w:rsidP="00914DFB">
            <w:pPr>
              <w:rPr>
                <w:rFonts w:ascii="Times New Roman" w:hAnsi="Times New Roman" w:cs="Times New Roman"/>
                <w:b/>
                <w:bCs/>
              </w:rPr>
            </w:pPr>
            <w:r w:rsidRPr="00DA223F">
              <w:rPr>
                <w:rFonts w:ascii="Times New Roman" w:hAnsi="Times New Roman" w:cs="Times New Roman"/>
                <w:b/>
                <w:bCs/>
              </w:rPr>
              <w:t>SAVAHCS</w:t>
            </w:r>
          </w:p>
          <w:p w14:paraId="2E543CBC"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 xml:space="preserve">Supply Chain Management </w:t>
            </w:r>
          </w:p>
          <w:p w14:paraId="70AAC073"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Building 57, Room 190 &amp; Room 138</w:t>
            </w:r>
          </w:p>
          <w:p w14:paraId="61A5F8E8"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Southern Arizona VA Healthcare</w:t>
            </w:r>
          </w:p>
          <w:p w14:paraId="374AC34F"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3601 S. 6th Ave.</w:t>
            </w:r>
          </w:p>
          <w:p w14:paraId="4A337E2C"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Tucson, AZ 85723</w:t>
            </w:r>
          </w:p>
          <w:p w14:paraId="347C3AF9"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Delivery: No later than 6:00pm</w:t>
            </w:r>
          </w:p>
          <w:p w14:paraId="1CEF25E5" w14:textId="77777777" w:rsidR="00914DFB" w:rsidRPr="00DA223F" w:rsidRDefault="00914DFB" w:rsidP="00914DFB">
            <w:pPr>
              <w:rPr>
                <w:rFonts w:ascii="Times New Roman" w:hAnsi="Times New Roman" w:cs="Times New Roman"/>
              </w:rPr>
            </w:pPr>
          </w:p>
          <w:p w14:paraId="1D8D87F4" w14:textId="77777777" w:rsidR="00914DFB" w:rsidRPr="00DA223F" w:rsidRDefault="00914DFB" w:rsidP="00914DFB">
            <w:pPr>
              <w:rPr>
                <w:rFonts w:ascii="Times New Roman" w:hAnsi="Times New Roman" w:cs="Times New Roman"/>
                <w:b/>
                <w:bCs/>
              </w:rPr>
            </w:pPr>
            <w:r w:rsidRPr="00DA223F">
              <w:rPr>
                <w:rFonts w:ascii="Times New Roman" w:hAnsi="Times New Roman" w:cs="Times New Roman"/>
                <w:b/>
                <w:bCs/>
              </w:rPr>
              <w:t>SAVAHCS</w:t>
            </w:r>
          </w:p>
          <w:p w14:paraId="59A5533C"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Supply Chain Management/ Mailroom</w:t>
            </w:r>
          </w:p>
          <w:p w14:paraId="36771C75"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Room 14 Building Room 101-14</w:t>
            </w:r>
          </w:p>
          <w:p w14:paraId="128B916B"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Southern Arizona VA Healthcare</w:t>
            </w:r>
          </w:p>
          <w:p w14:paraId="0F567257"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3601 S. 6th Ave.</w:t>
            </w:r>
          </w:p>
          <w:p w14:paraId="026D3D7D"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Tucson, AZ 85723</w:t>
            </w:r>
          </w:p>
          <w:p w14:paraId="33DC9BA2" w14:textId="77777777" w:rsidR="00914DFB" w:rsidRPr="00DA223F" w:rsidRDefault="00914DFB" w:rsidP="00914DFB">
            <w:pPr>
              <w:rPr>
                <w:rFonts w:ascii="Times New Roman" w:hAnsi="Times New Roman" w:cs="Times New Roman"/>
              </w:rPr>
            </w:pPr>
            <w:r w:rsidRPr="00DA223F">
              <w:rPr>
                <w:rFonts w:ascii="Times New Roman" w:hAnsi="Times New Roman" w:cs="Times New Roman"/>
              </w:rPr>
              <w:t>Delivery: No later than 3:30pm</w:t>
            </w:r>
          </w:p>
          <w:p w14:paraId="314B6AAD" w14:textId="77777777" w:rsidR="00914DFB" w:rsidRPr="00DA223F" w:rsidRDefault="00914DFB" w:rsidP="00914DFB">
            <w:pPr>
              <w:rPr>
                <w:rFonts w:ascii="Times New Roman" w:hAnsi="Times New Roman" w:cs="Times New Roman"/>
              </w:rPr>
            </w:pPr>
          </w:p>
          <w:p w14:paraId="4782083A" w14:textId="3CB9E9BF" w:rsidR="00914DFB" w:rsidRPr="002F5D52" w:rsidRDefault="00914DFB" w:rsidP="00914DFB">
            <w:pPr>
              <w:rPr>
                <w:rFonts w:ascii="Times New Roman" w:hAnsi="Times New Roman" w:cs="Times New Roman"/>
              </w:rPr>
            </w:pPr>
          </w:p>
        </w:tc>
        <w:tc>
          <w:tcPr>
            <w:tcW w:w="1620" w:type="dxa"/>
            <w:vAlign w:val="center"/>
          </w:tcPr>
          <w:p w14:paraId="62828617" w14:textId="2C98AD78" w:rsidR="00914DFB" w:rsidRPr="002F5D52" w:rsidRDefault="00914DFB" w:rsidP="00914DFB">
            <w:pPr>
              <w:jc w:val="center"/>
              <w:rPr>
                <w:rFonts w:ascii="Times New Roman" w:hAnsi="Times New Roman" w:cs="Times New Roman"/>
              </w:rPr>
            </w:pPr>
            <w:r w:rsidRPr="00DA223F">
              <w:rPr>
                <w:rFonts w:ascii="Times New Roman" w:hAnsi="Times New Roman" w:cs="Times New Roman"/>
              </w:rPr>
              <w:lastRenderedPageBreak/>
              <w:t>36 runs/year</w:t>
            </w:r>
          </w:p>
        </w:tc>
      </w:tr>
    </w:tbl>
    <w:p w14:paraId="54746EBF"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7F37BADB" w14:textId="77777777" w:rsidTr="00E5395D">
        <w:trPr>
          <w:trHeight w:val="350"/>
          <w:jc w:val="center"/>
        </w:trPr>
        <w:tc>
          <w:tcPr>
            <w:tcW w:w="9625" w:type="dxa"/>
            <w:gridSpan w:val="3"/>
            <w:vAlign w:val="center"/>
          </w:tcPr>
          <w:p w14:paraId="4454AB2D" w14:textId="029BF150"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RUN</w:t>
            </w:r>
            <w:r w:rsidR="00662C14">
              <w:rPr>
                <w:rFonts w:ascii="Times New Roman" w:hAnsi="Times New Roman" w:cs="Times New Roman"/>
                <w:b/>
                <w:bCs/>
              </w:rPr>
              <w:t xml:space="preserve"> </w:t>
            </w:r>
            <w:r w:rsidR="006F36C0">
              <w:rPr>
                <w:rFonts w:ascii="Times New Roman" w:hAnsi="Times New Roman" w:cs="Times New Roman"/>
                <w:b/>
                <w:bCs/>
              </w:rPr>
              <w:t>58</w:t>
            </w:r>
          </w:p>
        </w:tc>
      </w:tr>
      <w:tr w:rsidR="005B574F" w:rsidRPr="002F5D52" w14:paraId="79F06D33" w14:textId="77777777" w:rsidTr="00E5395D">
        <w:trPr>
          <w:trHeight w:val="1153"/>
          <w:jc w:val="center"/>
        </w:trPr>
        <w:tc>
          <w:tcPr>
            <w:tcW w:w="4225" w:type="dxa"/>
          </w:tcPr>
          <w:p w14:paraId="2D274F4E" w14:textId="77777777" w:rsidR="005B574F" w:rsidRPr="00DA223F" w:rsidRDefault="005B574F" w:rsidP="005B574F">
            <w:pPr>
              <w:shd w:val="clear" w:color="auto" w:fill="FFFFFF"/>
              <w:rPr>
                <w:rFonts w:ascii="Times New Roman" w:hAnsi="Times New Roman" w:cs="Times New Roman"/>
                <w:b/>
                <w:bCs/>
              </w:rPr>
            </w:pPr>
            <w:r w:rsidRPr="00DA223F">
              <w:rPr>
                <w:rFonts w:ascii="Times New Roman" w:hAnsi="Times New Roman" w:cs="Times New Roman"/>
                <w:b/>
                <w:bCs/>
              </w:rPr>
              <w:t>Northwest Medical Center</w:t>
            </w:r>
          </w:p>
          <w:p w14:paraId="581A33BC" w14:textId="77777777" w:rsidR="005B574F" w:rsidRPr="00DA223F" w:rsidRDefault="005B574F" w:rsidP="005B574F">
            <w:pPr>
              <w:shd w:val="clear" w:color="auto" w:fill="FFFFFF"/>
              <w:rPr>
                <w:rFonts w:ascii="Times New Roman" w:hAnsi="Times New Roman" w:cs="Times New Roman"/>
              </w:rPr>
            </w:pPr>
            <w:r w:rsidRPr="00DA223F">
              <w:rPr>
                <w:rFonts w:ascii="Times New Roman" w:hAnsi="Times New Roman" w:cs="Times New Roman"/>
              </w:rPr>
              <w:t>2200 S Houghton Rd</w:t>
            </w:r>
          </w:p>
          <w:p w14:paraId="003F8952" w14:textId="77777777" w:rsidR="005B574F" w:rsidRPr="00DA223F" w:rsidRDefault="005B574F" w:rsidP="005B574F">
            <w:pPr>
              <w:shd w:val="clear" w:color="auto" w:fill="FFFFFF"/>
              <w:rPr>
                <w:rFonts w:ascii="Times New Roman" w:hAnsi="Times New Roman" w:cs="Times New Roman"/>
              </w:rPr>
            </w:pPr>
            <w:r w:rsidRPr="00DA223F">
              <w:rPr>
                <w:rFonts w:ascii="Times New Roman" w:hAnsi="Times New Roman" w:cs="Times New Roman"/>
              </w:rPr>
              <w:t>Tucson, AZ 85748</w:t>
            </w:r>
          </w:p>
          <w:p w14:paraId="2083AFFC" w14:textId="77777777" w:rsidR="005B574F" w:rsidRPr="00DA223F" w:rsidRDefault="005B574F" w:rsidP="005B574F">
            <w:pPr>
              <w:rPr>
                <w:rFonts w:ascii="Times New Roman" w:hAnsi="Times New Roman" w:cs="Times New Roman"/>
                <w:shd w:val="clear" w:color="auto" w:fill="FFFFFF"/>
              </w:rPr>
            </w:pPr>
            <w:r w:rsidRPr="00DA223F">
              <w:rPr>
                <w:rFonts w:ascii="Times New Roman" w:hAnsi="Times New Roman" w:cs="Times New Roman"/>
                <w:shd w:val="clear" w:color="auto" w:fill="FFFFFF"/>
              </w:rPr>
              <w:t>Days: Only as needed/requested (On-Call 24/7, 365 days)</w:t>
            </w:r>
          </w:p>
          <w:p w14:paraId="77031BEE" w14:textId="77777777" w:rsidR="005B574F" w:rsidRPr="00DA223F" w:rsidRDefault="005B574F" w:rsidP="005B574F">
            <w:pPr>
              <w:rPr>
                <w:rFonts w:ascii="Times New Roman" w:hAnsi="Times New Roman" w:cs="Times New Roman"/>
                <w:shd w:val="clear" w:color="auto" w:fill="FFFFFF"/>
              </w:rPr>
            </w:pPr>
            <w:r w:rsidRPr="00DA223F">
              <w:rPr>
                <w:rFonts w:ascii="Times New Roman" w:hAnsi="Times New Roman" w:cs="Times New Roman"/>
                <w:shd w:val="clear" w:color="auto" w:fill="FFFFFF"/>
              </w:rPr>
              <w:t>Pickup Time: TBD (based on request)</w:t>
            </w:r>
          </w:p>
          <w:p w14:paraId="06245AC4" w14:textId="4D536954" w:rsidR="005B574F" w:rsidRPr="002F5D52" w:rsidRDefault="005B574F" w:rsidP="005B574F">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 (based on request)</w:t>
            </w:r>
          </w:p>
        </w:tc>
        <w:tc>
          <w:tcPr>
            <w:tcW w:w="3780" w:type="dxa"/>
          </w:tcPr>
          <w:p w14:paraId="13FC9CB3" w14:textId="77777777" w:rsidR="005B574F" w:rsidRPr="00DA223F" w:rsidRDefault="005B574F" w:rsidP="005B574F">
            <w:pPr>
              <w:shd w:val="clear" w:color="auto" w:fill="FFFFFF"/>
              <w:rPr>
                <w:rFonts w:ascii="Times New Roman" w:hAnsi="Times New Roman" w:cs="Times New Roman"/>
              </w:rPr>
            </w:pPr>
            <w:r w:rsidRPr="00DA223F">
              <w:rPr>
                <w:rFonts w:ascii="Times New Roman" w:hAnsi="Times New Roman" w:cs="Times New Roman"/>
                <w:b/>
                <w:bCs/>
              </w:rPr>
              <w:t>SAVAHCS</w:t>
            </w:r>
          </w:p>
          <w:p w14:paraId="5D14490E" w14:textId="77777777" w:rsidR="005B574F" w:rsidRPr="00DA223F" w:rsidRDefault="005B574F" w:rsidP="005B574F">
            <w:pPr>
              <w:shd w:val="clear" w:color="auto" w:fill="FFFFFF"/>
              <w:rPr>
                <w:rFonts w:ascii="Times New Roman" w:hAnsi="Times New Roman" w:cs="Times New Roman"/>
              </w:rPr>
            </w:pPr>
            <w:r w:rsidRPr="00DA223F">
              <w:rPr>
                <w:rFonts w:ascii="Times New Roman" w:hAnsi="Times New Roman" w:cs="Times New Roman"/>
              </w:rPr>
              <w:t>Pharmacy Service</w:t>
            </w:r>
          </w:p>
          <w:p w14:paraId="6E43899B" w14:textId="77777777" w:rsidR="005B574F" w:rsidRPr="00DA223F" w:rsidRDefault="005B574F" w:rsidP="005B574F">
            <w:pPr>
              <w:shd w:val="clear" w:color="auto" w:fill="FFFFFF"/>
              <w:rPr>
                <w:rFonts w:ascii="Times New Roman" w:hAnsi="Times New Roman" w:cs="Times New Roman"/>
              </w:rPr>
            </w:pPr>
            <w:r w:rsidRPr="00DA223F">
              <w:rPr>
                <w:rFonts w:ascii="Times New Roman" w:hAnsi="Times New Roman" w:cs="Times New Roman"/>
              </w:rPr>
              <w:t>Southern Arizona VA Healthcare</w:t>
            </w:r>
          </w:p>
          <w:p w14:paraId="3002F240" w14:textId="77777777" w:rsidR="005B574F" w:rsidRPr="00DA223F" w:rsidRDefault="005B574F" w:rsidP="005B574F">
            <w:pPr>
              <w:shd w:val="clear" w:color="auto" w:fill="FFFFFF"/>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7C144D4D" w14:textId="77777777" w:rsidR="005B574F" w:rsidRPr="00DA223F" w:rsidRDefault="005B574F" w:rsidP="005B574F">
            <w:pPr>
              <w:shd w:val="clear" w:color="auto" w:fill="FFFFFF"/>
              <w:rPr>
                <w:rFonts w:ascii="Times New Roman" w:hAnsi="Times New Roman" w:cs="Times New Roman"/>
              </w:rPr>
            </w:pPr>
            <w:r w:rsidRPr="00DA223F">
              <w:rPr>
                <w:rFonts w:ascii="Times New Roman" w:hAnsi="Times New Roman" w:cs="Times New Roman"/>
              </w:rPr>
              <w:t>Tucson, AZ 85723</w:t>
            </w:r>
          </w:p>
          <w:p w14:paraId="31E66AD3" w14:textId="77777777" w:rsidR="005B574F" w:rsidRPr="00DA223F" w:rsidRDefault="005B574F" w:rsidP="005B574F">
            <w:pPr>
              <w:rPr>
                <w:rFonts w:ascii="Times New Roman" w:hAnsi="Times New Roman" w:cs="Times New Roman"/>
              </w:rPr>
            </w:pPr>
            <w:r w:rsidRPr="00DA223F">
              <w:rPr>
                <w:rFonts w:ascii="Times New Roman" w:hAnsi="Times New Roman" w:cs="Times New Roman"/>
              </w:rPr>
              <w:t>Delivery Time: TBD</w:t>
            </w:r>
          </w:p>
          <w:p w14:paraId="6F9CF133" w14:textId="77777777" w:rsidR="005B574F" w:rsidRPr="00DA223F" w:rsidRDefault="005B574F" w:rsidP="005B574F">
            <w:pPr>
              <w:rPr>
                <w:rFonts w:ascii="Times New Roman" w:hAnsi="Times New Roman" w:cs="Times New Roman"/>
              </w:rPr>
            </w:pPr>
            <w:r w:rsidRPr="00DA223F">
              <w:rPr>
                <w:rFonts w:ascii="Times New Roman" w:hAnsi="Times New Roman" w:cs="Times New Roman"/>
              </w:rPr>
              <w:t>Delivery Location: Inpatient Pharmacy (Building 57, Room BA081)</w:t>
            </w:r>
          </w:p>
          <w:p w14:paraId="72DE157B" w14:textId="77777777" w:rsidR="005B574F" w:rsidRPr="00DA223F" w:rsidRDefault="005B574F" w:rsidP="005B574F">
            <w:pPr>
              <w:rPr>
                <w:rFonts w:ascii="Times New Roman" w:hAnsi="Times New Roman" w:cs="Times New Roman"/>
              </w:rPr>
            </w:pPr>
          </w:p>
          <w:p w14:paraId="4CEAF583" w14:textId="77777777" w:rsidR="005B574F" w:rsidRPr="00DA223F" w:rsidRDefault="005B574F" w:rsidP="005B574F">
            <w:pPr>
              <w:rPr>
                <w:rFonts w:ascii="Times New Roman" w:hAnsi="Times New Roman" w:cs="Times New Roman"/>
                <w:b/>
                <w:bCs/>
              </w:rPr>
            </w:pPr>
            <w:r w:rsidRPr="00DA223F">
              <w:rPr>
                <w:rFonts w:ascii="Times New Roman" w:hAnsi="Times New Roman" w:cs="Times New Roman"/>
                <w:b/>
                <w:bCs/>
              </w:rPr>
              <w:t>SAVAHCS</w:t>
            </w:r>
          </w:p>
          <w:p w14:paraId="6CD976BB" w14:textId="77777777" w:rsidR="005B574F" w:rsidRPr="00DA223F" w:rsidRDefault="005B574F" w:rsidP="005B574F">
            <w:pPr>
              <w:rPr>
                <w:rFonts w:ascii="Times New Roman" w:hAnsi="Times New Roman" w:cs="Times New Roman"/>
              </w:rPr>
            </w:pPr>
            <w:r w:rsidRPr="00DA223F">
              <w:rPr>
                <w:rFonts w:ascii="Times New Roman" w:hAnsi="Times New Roman" w:cs="Times New Roman"/>
              </w:rPr>
              <w:t xml:space="preserve">Supply Chain Management </w:t>
            </w:r>
          </w:p>
          <w:p w14:paraId="6DACE376" w14:textId="77777777" w:rsidR="005B574F" w:rsidRPr="00DA223F" w:rsidRDefault="005B574F" w:rsidP="005B574F">
            <w:pPr>
              <w:rPr>
                <w:rFonts w:ascii="Times New Roman" w:hAnsi="Times New Roman" w:cs="Times New Roman"/>
              </w:rPr>
            </w:pPr>
            <w:r w:rsidRPr="00DA223F">
              <w:rPr>
                <w:rFonts w:ascii="Times New Roman" w:hAnsi="Times New Roman" w:cs="Times New Roman"/>
              </w:rPr>
              <w:t>Building 57, Room 190 &amp; Room 138</w:t>
            </w:r>
          </w:p>
          <w:p w14:paraId="1C9F05B4" w14:textId="77777777" w:rsidR="005B574F" w:rsidRPr="00DA223F" w:rsidRDefault="005B574F" w:rsidP="005B574F">
            <w:pPr>
              <w:rPr>
                <w:rFonts w:ascii="Times New Roman" w:hAnsi="Times New Roman" w:cs="Times New Roman"/>
              </w:rPr>
            </w:pPr>
            <w:r w:rsidRPr="00DA223F">
              <w:rPr>
                <w:rFonts w:ascii="Times New Roman" w:hAnsi="Times New Roman" w:cs="Times New Roman"/>
              </w:rPr>
              <w:t>Southern Arizona VA Healthcare</w:t>
            </w:r>
          </w:p>
          <w:p w14:paraId="1BAA8A28" w14:textId="77777777" w:rsidR="005B574F" w:rsidRPr="00DA223F" w:rsidRDefault="005B574F" w:rsidP="005B574F">
            <w:pPr>
              <w:rPr>
                <w:rFonts w:ascii="Times New Roman" w:hAnsi="Times New Roman" w:cs="Times New Roman"/>
              </w:rPr>
            </w:pPr>
            <w:r w:rsidRPr="00DA223F">
              <w:rPr>
                <w:rFonts w:ascii="Times New Roman" w:hAnsi="Times New Roman" w:cs="Times New Roman"/>
              </w:rPr>
              <w:t>3601 S. 6th Ave.</w:t>
            </w:r>
          </w:p>
          <w:p w14:paraId="7882EA1C" w14:textId="77777777" w:rsidR="005B574F" w:rsidRPr="00DA223F" w:rsidRDefault="005B574F" w:rsidP="005B574F">
            <w:pPr>
              <w:rPr>
                <w:rFonts w:ascii="Times New Roman" w:hAnsi="Times New Roman" w:cs="Times New Roman"/>
              </w:rPr>
            </w:pPr>
            <w:r w:rsidRPr="00DA223F">
              <w:rPr>
                <w:rFonts w:ascii="Times New Roman" w:hAnsi="Times New Roman" w:cs="Times New Roman"/>
              </w:rPr>
              <w:t>Tucson, AZ 85723</w:t>
            </w:r>
          </w:p>
          <w:p w14:paraId="515C1C3F" w14:textId="77777777" w:rsidR="005B574F" w:rsidRPr="00DA223F" w:rsidRDefault="005B574F" w:rsidP="005B574F">
            <w:pPr>
              <w:rPr>
                <w:rFonts w:ascii="Times New Roman" w:hAnsi="Times New Roman" w:cs="Times New Roman"/>
              </w:rPr>
            </w:pPr>
            <w:r w:rsidRPr="00DA223F">
              <w:rPr>
                <w:rFonts w:ascii="Times New Roman" w:hAnsi="Times New Roman" w:cs="Times New Roman"/>
              </w:rPr>
              <w:t>Delivery: No later than 6:00pm</w:t>
            </w:r>
          </w:p>
          <w:p w14:paraId="55B48244" w14:textId="77777777" w:rsidR="005B574F" w:rsidRPr="00DA223F" w:rsidRDefault="005B574F" w:rsidP="005B574F">
            <w:pPr>
              <w:rPr>
                <w:rFonts w:ascii="Times New Roman" w:hAnsi="Times New Roman" w:cs="Times New Roman"/>
              </w:rPr>
            </w:pPr>
          </w:p>
          <w:p w14:paraId="08F63B54" w14:textId="77777777" w:rsidR="005B574F" w:rsidRPr="00DA223F" w:rsidRDefault="005B574F" w:rsidP="005B574F">
            <w:pPr>
              <w:rPr>
                <w:rFonts w:ascii="Times New Roman" w:hAnsi="Times New Roman" w:cs="Times New Roman"/>
                <w:b/>
                <w:bCs/>
              </w:rPr>
            </w:pPr>
            <w:r w:rsidRPr="00DA223F">
              <w:rPr>
                <w:rFonts w:ascii="Times New Roman" w:hAnsi="Times New Roman" w:cs="Times New Roman"/>
                <w:b/>
                <w:bCs/>
              </w:rPr>
              <w:t>SAVAHCS</w:t>
            </w:r>
          </w:p>
          <w:p w14:paraId="694ECA13" w14:textId="77777777" w:rsidR="005B574F" w:rsidRPr="00DA223F" w:rsidRDefault="005B574F" w:rsidP="005B574F">
            <w:pPr>
              <w:rPr>
                <w:rFonts w:ascii="Times New Roman" w:hAnsi="Times New Roman" w:cs="Times New Roman"/>
              </w:rPr>
            </w:pPr>
            <w:r w:rsidRPr="00DA223F">
              <w:rPr>
                <w:rFonts w:ascii="Times New Roman" w:hAnsi="Times New Roman" w:cs="Times New Roman"/>
              </w:rPr>
              <w:t>Supply Chain Management/ Mailroom</w:t>
            </w:r>
          </w:p>
          <w:p w14:paraId="0EAB1C76" w14:textId="77777777" w:rsidR="005B574F" w:rsidRPr="00DA223F" w:rsidRDefault="005B574F" w:rsidP="005B574F">
            <w:pPr>
              <w:rPr>
                <w:rFonts w:ascii="Times New Roman" w:hAnsi="Times New Roman" w:cs="Times New Roman"/>
              </w:rPr>
            </w:pPr>
            <w:r w:rsidRPr="00DA223F">
              <w:rPr>
                <w:rFonts w:ascii="Times New Roman" w:hAnsi="Times New Roman" w:cs="Times New Roman"/>
              </w:rPr>
              <w:t>Room 14 Building Room 101-14</w:t>
            </w:r>
          </w:p>
          <w:p w14:paraId="556FA160" w14:textId="77777777" w:rsidR="005B574F" w:rsidRPr="00DA223F" w:rsidRDefault="005B574F" w:rsidP="005B574F">
            <w:pPr>
              <w:rPr>
                <w:rFonts w:ascii="Times New Roman" w:hAnsi="Times New Roman" w:cs="Times New Roman"/>
              </w:rPr>
            </w:pPr>
            <w:r w:rsidRPr="00DA223F">
              <w:rPr>
                <w:rFonts w:ascii="Times New Roman" w:hAnsi="Times New Roman" w:cs="Times New Roman"/>
              </w:rPr>
              <w:lastRenderedPageBreak/>
              <w:t>Southern Arizona VA Healthcare</w:t>
            </w:r>
          </w:p>
          <w:p w14:paraId="368EB6CB" w14:textId="77777777" w:rsidR="005B574F" w:rsidRPr="00DA223F" w:rsidRDefault="005B574F" w:rsidP="005B574F">
            <w:pPr>
              <w:rPr>
                <w:rFonts w:ascii="Times New Roman" w:hAnsi="Times New Roman" w:cs="Times New Roman"/>
              </w:rPr>
            </w:pPr>
            <w:r w:rsidRPr="00DA223F">
              <w:rPr>
                <w:rFonts w:ascii="Times New Roman" w:hAnsi="Times New Roman" w:cs="Times New Roman"/>
              </w:rPr>
              <w:t>3601 S. 6th Ave.</w:t>
            </w:r>
          </w:p>
          <w:p w14:paraId="1C075833" w14:textId="77777777" w:rsidR="005B574F" w:rsidRPr="00DA223F" w:rsidRDefault="005B574F" w:rsidP="005B574F">
            <w:pPr>
              <w:rPr>
                <w:rFonts w:ascii="Times New Roman" w:hAnsi="Times New Roman" w:cs="Times New Roman"/>
              </w:rPr>
            </w:pPr>
            <w:r w:rsidRPr="00DA223F">
              <w:rPr>
                <w:rFonts w:ascii="Times New Roman" w:hAnsi="Times New Roman" w:cs="Times New Roman"/>
              </w:rPr>
              <w:t>Tucson, AZ 85723</w:t>
            </w:r>
          </w:p>
          <w:p w14:paraId="60CF56D2" w14:textId="77777777" w:rsidR="005B574F" w:rsidRPr="00DA223F" w:rsidRDefault="005B574F" w:rsidP="005B574F">
            <w:pPr>
              <w:rPr>
                <w:rFonts w:ascii="Times New Roman" w:hAnsi="Times New Roman" w:cs="Times New Roman"/>
              </w:rPr>
            </w:pPr>
            <w:r w:rsidRPr="00DA223F">
              <w:rPr>
                <w:rFonts w:ascii="Times New Roman" w:hAnsi="Times New Roman" w:cs="Times New Roman"/>
              </w:rPr>
              <w:t>Delivery: No later than 3:30pm</w:t>
            </w:r>
          </w:p>
          <w:p w14:paraId="0D429C45" w14:textId="77777777" w:rsidR="005B574F" w:rsidRPr="00DA223F" w:rsidRDefault="005B574F" w:rsidP="005B574F">
            <w:pPr>
              <w:rPr>
                <w:rFonts w:ascii="Times New Roman" w:hAnsi="Times New Roman" w:cs="Times New Roman"/>
              </w:rPr>
            </w:pPr>
          </w:p>
          <w:p w14:paraId="4F71BEB5" w14:textId="77777777" w:rsidR="005B574F" w:rsidRPr="00DA223F" w:rsidRDefault="005B574F" w:rsidP="005B574F">
            <w:pPr>
              <w:rPr>
                <w:rFonts w:ascii="Times New Roman" w:hAnsi="Times New Roman" w:cs="Times New Roman"/>
              </w:rPr>
            </w:pPr>
          </w:p>
          <w:p w14:paraId="3BBAB88B" w14:textId="77777777" w:rsidR="005B574F" w:rsidRPr="002F5D52" w:rsidRDefault="005B574F" w:rsidP="005B574F">
            <w:pPr>
              <w:rPr>
                <w:rFonts w:ascii="Times New Roman" w:hAnsi="Times New Roman" w:cs="Times New Roman"/>
                <w:b/>
                <w:bCs/>
              </w:rPr>
            </w:pPr>
          </w:p>
        </w:tc>
        <w:tc>
          <w:tcPr>
            <w:tcW w:w="1620" w:type="dxa"/>
            <w:vAlign w:val="center"/>
          </w:tcPr>
          <w:p w14:paraId="06919519" w14:textId="77777777" w:rsidR="005B574F" w:rsidRPr="00DA223F" w:rsidRDefault="005B574F" w:rsidP="005B574F">
            <w:pPr>
              <w:jc w:val="center"/>
              <w:rPr>
                <w:rFonts w:ascii="Times New Roman" w:hAnsi="Times New Roman" w:cs="Times New Roman"/>
              </w:rPr>
            </w:pPr>
            <w:r w:rsidRPr="00DA223F">
              <w:rPr>
                <w:rFonts w:ascii="Times New Roman" w:hAnsi="Times New Roman" w:cs="Times New Roman"/>
              </w:rPr>
              <w:lastRenderedPageBreak/>
              <w:t>36</w:t>
            </w:r>
          </w:p>
          <w:p w14:paraId="05466DD6" w14:textId="1A118A6B" w:rsidR="005B574F" w:rsidRPr="002F5D52" w:rsidRDefault="005B574F" w:rsidP="005B574F">
            <w:pPr>
              <w:jc w:val="center"/>
              <w:rPr>
                <w:rFonts w:ascii="Times New Roman" w:hAnsi="Times New Roman" w:cs="Times New Roman"/>
              </w:rPr>
            </w:pPr>
            <w:r w:rsidRPr="00DA223F">
              <w:rPr>
                <w:rFonts w:ascii="Times New Roman" w:hAnsi="Times New Roman" w:cs="Times New Roman"/>
              </w:rPr>
              <w:t>runs/year</w:t>
            </w:r>
          </w:p>
        </w:tc>
      </w:tr>
    </w:tbl>
    <w:p w14:paraId="085B05D4"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131C1648" w14:textId="77777777" w:rsidTr="00E5395D">
        <w:trPr>
          <w:trHeight w:val="350"/>
          <w:jc w:val="center"/>
        </w:trPr>
        <w:tc>
          <w:tcPr>
            <w:tcW w:w="9625" w:type="dxa"/>
            <w:gridSpan w:val="3"/>
            <w:vAlign w:val="center"/>
          </w:tcPr>
          <w:p w14:paraId="180857C6" w14:textId="5A112AA7"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59</w:t>
            </w:r>
          </w:p>
        </w:tc>
      </w:tr>
      <w:tr w:rsidR="00D36057" w:rsidRPr="002F5D52" w14:paraId="50C6CE6F" w14:textId="77777777" w:rsidTr="00E5395D">
        <w:trPr>
          <w:trHeight w:val="1153"/>
          <w:jc w:val="center"/>
        </w:trPr>
        <w:tc>
          <w:tcPr>
            <w:tcW w:w="4225" w:type="dxa"/>
          </w:tcPr>
          <w:p w14:paraId="6BDF052A" w14:textId="77777777" w:rsidR="00D36057" w:rsidRPr="00DA223F" w:rsidRDefault="00D36057" w:rsidP="00D36057">
            <w:pPr>
              <w:shd w:val="clear" w:color="auto" w:fill="FFFFFF"/>
              <w:rPr>
                <w:rFonts w:ascii="Times New Roman" w:hAnsi="Times New Roman" w:cs="Times New Roman"/>
                <w:b/>
                <w:bCs/>
              </w:rPr>
            </w:pPr>
            <w:r w:rsidRPr="00DA223F">
              <w:rPr>
                <w:rFonts w:ascii="Times New Roman" w:hAnsi="Times New Roman" w:cs="Times New Roman"/>
                <w:b/>
                <w:bCs/>
              </w:rPr>
              <w:t xml:space="preserve">Carl T Hayden VA Medical Center </w:t>
            </w:r>
          </w:p>
          <w:p w14:paraId="65D612A4" w14:textId="77777777" w:rsidR="00D36057" w:rsidRPr="00DA223F" w:rsidRDefault="00D36057" w:rsidP="00D36057">
            <w:pPr>
              <w:shd w:val="clear" w:color="auto" w:fill="FFFFFF"/>
              <w:rPr>
                <w:rFonts w:ascii="Times New Roman" w:hAnsi="Times New Roman" w:cs="Times New Roman"/>
              </w:rPr>
            </w:pPr>
            <w:r w:rsidRPr="00DA223F">
              <w:rPr>
                <w:rFonts w:ascii="Times New Roman" w:hAnsi="Times New Roman" w:cs="Times New Roman"/>
              </w:rPr>
              <w:t>(Phoenix VA)</w:t>
            </w:r>
          </w:p>
          <w:p w14:paraId="60961D7B" w14:textId="77777777" w:rsidR="00D36057" w:rsidRPr="00DA223F" w:rsidRDefault="00D36057" w:rsidP="00D36057">
            <w:pPr>
              <w:shd w:val="clear" w:color="auto" w:fill="FFFFFF"/>
              <w:rPr>
                <w:rFonts w:ascii="Times New Roman" w:hAnsi="Times New Roman" w:cs="Times New Roman"/>
              </w:rPr>
            </w:pPr>
            <w:r w:rsidRPr="00DA223F">
              <w:rPr>
                <w:rFonts w:ascii="Times New Roman" w:hAnsi="Times New Roman" w:cs="Times New Roman"/>
              </w:rPr>
              <w:t>650 E Indian School Rd</w:t>
            </w:r>
          </w:p>
          <w:p w14:paraId="79F5D3D8" w14:textId="77777777" w:rsidR="00D36057" w:rsidRPr="00DA223F" w:rsidRDefault="00D36057" w:rsidP="00D36057">
            <w:pPr>
              <w:shd w:val="clear" w:color="auto" w:fill="FFFFFF"/>
              <w:rPr>
                <w:rFonts w:ascii="Times New Roman" w:hAnsi="Times New Roman" w:cs="Times New Roman"/>
              </w:rPr>
            </w:pPr>
            <w:r w:rsidRPr="00DA223F">
              <w:rPr>
                <w:rFonts w:ascii="Times New Roman" w:hAnsi="Times New Roman" w:cs="Times New Roman"/>
              </w:rPr>
              <w:t>Phoenix, AZ 85012</w:t>
            </w:r>
          </w:p>
          <w:p w14:paraId="66CCEF57" w14:textId="77777777" w:rsidR="00D36057" w:rsidRPr="00DA223F" w:rsidRDefault="00D36057" w:rsidP="00D36057">
            <w:pPr>
              <w:shd w:val="clear" w:color="auto" w:fill="FFFFFF"/>
              <w:rPr>
                <w:rFonts w:ascii="Times New Roman" w:hAnsi="Times New Roman" w:cs="Times New Roman"/>
              </w:rPr>
            </w:pPr>
            <w:r w:rsidRPr="00DA223F">
              <w:rPr>
                <w:rFonts w:ascii="Times New Roman" w:hAnsi="Times New Roman" w:cs="Times New Roman"/>
              </w:rPr>
              <w:t>Days: Only as needed/requested (On-Call 24/7, 365 days)</w:t>
            </w:r>
          </w:p>
          <w:p w14:paraId="5F06CFC5" w14:textId="77777777" w:rsidR="00D36057" w:rsidRPr="00DA223F" w:rsidRDefault="00D36057" w:rsidP="00D36057">
            <w:pPr>
              <w:shd w:val="clear" w:color="auto" w:fill="FFFFFF"/>
              <w:rPr>
                <w:rFonts w:ascii="Times New Roman" w:hAnsi="Times New Roman" w:cs="Times New Roman"/>
              </w:rPr>
            </w:pPr>
            <w:r w:rsidRPr="00DA223F">
              <w:rPr>
                <w:rFonts w:ascii="Times New Roman" w:hAnsi="Times New Roman" w:cs="Times New Roman"/>
              </w:rPr>
              <w:t>Pickup Time: TBD</w:t>
            </w:r>
          </w:p>
          <w:p w14:paraId="10AED800" w14:textId="235D9960" w:rsidR="00D36057" w:rsidRPr="002F5D52" w:rsidRDefault="00D36057" w:rsidP="00D36057">
            <w:pPr>
              <w:shd w:val="clear" w:color="auto" w:fill="FFFFFF"/>
              <w:rPr>
                <w:rFonts w:ascii="Times New Roman" w:hAnsi="Times New Roman" w:cs="Times New Roman"/>
              </w:rPr>
            </w:pPr>
            <w:r w:rsidRPr="00DA223F">
              <w:rPr>
                <w:rFonts w:ascii="Times New Roman" w:hAnsi="Times New Roman" w:cs="Times New Roman"/>
              </w:rPr>
              <w:t>Pickup Location: TBD</w:t>
            </w:r>
          </w:p>
        </w:tc>
        <w:tc>
          <w:tcPr>
            <w:tcW w:w="3780" w:type="dxa"/>
          </w:tcPr>
          <w:p w14:paraId="028FC05E" w14:textId="77777777" w:rsidR="00D36057" w:rsidRPr="00DA223F" w:rsidRDefault="00D36057" w:rsidP="00D36057">
            <w:pPr>
              <w:shd w:val="clear" w:color="auto" w:fill="FFFFFF"/>
              <w:rPr>
                <w:rFonts w:ascii="Times New Roman" w:hAnsi="Times New Roman" w:cs="Times New Roman"/>
              </w:rPr>
            </w:pPr>
            <w:r w:rsidRPr="00DA223F">
              <w:rPr>
                <w:rFonts w:ascii="Times New Roman" w:hAnsi="Times New Roman" w:cs="Times New Roman"/>
                <w:b/>
                <w:bCs/>
              </w:rPr>
              <w:t>SAVAHCS</w:t>
            </w:r>
          </w:p>
          <w:p w14:paraId="5FD37A7D" w14:textId="77777777" w:rsidR="00D36057" w:rsidRPr="00DA223F" w:rsidRDefault="00D36057" w:rsidP="00D36057">
            <w:pPr>
              <w:shd w:val="clear" w:color="auto" w:fill="FFFFFF"/>
              <w:rPr>
                <w:rFonts w:ascii="Times New Roman" w:hAnsi="Times New Roman" w:cs="Times New Roman"/>
              </w:rPr>
            </w:pPr>
            <w:r w:rsidRPr="00DA223F">
              <w:rPr>
                <w:rFonts w:ascii="Times New Roman" w:hAnsi="Times New Roman" w:cs="Times New Roman"/>
              </w:rPr>
              <w:t>Pharmacy Service</w:t>
            </w:r>
          </w:p>
          <w:p w14:paraId="4F0EEAEC" w14:textId="77777777" w:rsidR="00D36057" w:rsidRPr="00DA223F" w:rsidRDefault="00D36057" w:rsidP="00D36057">
            <w:pPr>
              <w:shd w:val="clear" w:color="auto" w:fill="FFFFFF"/>
              <w:rPr>
                <w:rFonts w:ascii="Times New Roman" w:hAnsi="Times New Roman" w:cs="Times New Roman"/>
              </w:rPr>
            </w:pPr>
            <w:r w:rsidRPr="00DA223F">
              <w:rPr>
                <w:rFonts w:ascii="Times New Roman" w:hAnsi="Times New Roman" w:cs="Times New Roman"/>
              </w:rPr>
              <w:t>Southern Arizona VA Healthcare</w:t>
            </w:r>
          </w:p>
          <w:p w14:paraId="0A574497" w14:textId="77777777" w:rsidR="00D36057" w:rsidRPr="00DA223F" w:rsidRDefault="00D36057" w:rsidP="00D36057">
            <w:pPr>
              <w:shd w:val="clear" w:color="auto" w:fill="FFFFFF"/>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50EF1B10" w14:textId="77777777" w:rsidR="00D36057" w:rsidRPr="00DA223F" w:rsidRDefault="00D36057" w:rsidP="00D36057">
            <w:pPr>
              <w:shd w:val="clear" w:color="auto" w:fill="FFFFFF"/>
              <w:rPr>
                <w:rFonts w:ascii="Times New Roman" w:hAnsi="Times New Roman" w:cs="Times New Roman"/>
              </w:rPr>
            </w:pPr>
            <w:r w:rsidRPr="00DA223F">
              <w:rPr>
                <w:rFonts w:ascii="Times New Roman" w:hAnsi="Times New Roman" w:cs="Times New Roman"/>
              </w:rPr>
              <w:t>Tucson, AZ 85723</w:t>
            </w:r>
          </w:p>
          <w:p w14:paraId="7FEE1637" w14:textId="77777777" w:rsidR="00D36057" w:rsidRPr="00DA223F" w:rsidRDefault="00D36057" w:rsidP="00D36057">
            <w:pPr>
              <w:shd w:val="clear" w:color="auto" w:fill="FFFFFF"/>
              <w:rPr>
                <w:rFonts w:ascii="Times New Roman" w:hAnsi="Times New Roman" w:cs="Times New Roman"/>
              </w:rPr>
            </w:pPr>
            <w:r w:rsidRPr="00DA223F">
              <w:rPr>
                <w:rFonts w:ascii="Times New Roman" w:hAnsi="Times New Roman" w:cs="Times New Roman"/>
              </w:rPr>
              <w:t>Delivery Time: TBD</w:t>
            </w:r>
          </w:p>
          <w:p w14:paraId="6BD74147" w14:textId="77777777" w:rsidR="00D36057" w:rsidRPr="00DA223F" w:rsidRDefault="00D36057" w:rsidP="00D36057">
            <w:pPr>
              <w:rPr>
                <w:rFonts w:ascii="Times New Roman" w:hAnsi="Times New Roman" w:cs="Times New Roman"/>
              </w:rPr>
            </w:pPr>
            <w:r w:rsidRPr="00DA223F">
              <w:rPr>
                <w:rFonts w:ascii="Times New Roman" w:hAnsi="Times New Roman" w:cs="Times New Roman"/>
              </w:rPr>
              <w:t>Delivery location: Building 80, Room 1702 OR Building 57, Room BA081</w:t>
            </w:r>
          </w:p>
          <w:p w14:paraId="3BF02007" w14:textId="77777777" w:rsidR="00D36057" w:rsidRPr="00DA223F" w:rsidRDefault="00D36057" w:rsidP="00D36057">
            <w:pPr>
              <w:rPr>
                <w:rFonts w:ascii="Times New Roman" w:hAnsi="Times New Roman" w:cs="Times New Roman"/>
              </w:rPr>
            </w:pPr>
          </w:p>
          <w:p w14:paraId="0609814A" w14:textId="77777777" w:rsidR="00D36057" w:rsidRPr="00DA223F" w:rsidRDefault="00D36057" w:rsidP="00D36057">
            <w:pPr>
              <w:rPr>
                <w:rFonts w:ascii="Times New Roman" w:hAnsi="Times New Roman" w:cs="Times New Roman"/>
                <w:b/>
                <w:bCs/>
              </w:rPr>
            </w:pPr>
            <w:r w:rsidRPr="00DA223F">
              <w:rPr>
                <w:rFonts w:ascii="Times New Roman" w:hAnsi="Times New Roman" w:cs="Times New Roman"/>
                <w:b/>
                <w:bCs/>
              </w:rPr>
              <w:t>SAVAHCS</w:t>
            </w:r>
          </w:p>
          <w:p w14:paraId="35B1B812" w14:textId="77777777" w:rsidR="00D36057" w:rsidRPr="00DA223F" w:rsidRDefault="00D36057" w:rsidP="00D36057">
            <w:pPr>
              <w:rPr>
                <w:rFonts w:ascii="Times New Roman" w:hAnsi="Times New Roman" w:cs="Times New Roman"/>
              </w:rPr>
            </w:pPr>
            <w:r w:rsidRPr="00DA223F">
              <w:rPr>
                <w:rFonts w:ascii="Times New Roman" w:hAnsi="Times New Roman" w:cs="Times New Roman"/>
              </w:rPr>
              <w:t xml:space="preserve">Supply Chain Management </w:t>
            </w:r>
          </w:p>
          <w:p w14:paraId="7DEF4940" w14:textId="77777777" w:rsidR="00D36057" w:rsidRPr="00DA223F" w:rsidRDefault="00D36057" w:rsidP="00D36057">
            <w:pPr>
              <w:rPr>
                <w:rFonts w:ascii="Times New Roman" w:hAnsi="Times New Roman" w:cs="Times New Roman"/>
              </w:rPr>
            </w:pPr>
            <w:r w:rsidRPr="00DA223F">
              <w:rPr>
                <w:rFonts w:ascii="Times New Roman" w:hAnsi="Times New Roman" w:cs="Times New Roman"/>
              </w:rPr>
              <w:t>Building 57, Room 190 &amp; Room 138</w:t>
            </w:r>
          </w:p>
          <w:p w14:paraId="5FDA1DB9" w14:textId="77777777" w:rsidR="00D36057" w:rsidRPr="00DA223F" w:rsidRDefault="00D36057" w:rsidP="00D36057">
            <w:pPr>
              <w:rPr>
                <w:rFonts w:ascii="Times New Roman" w:hAnsi="Times New Roman" w:cs="Times New Roman"/>
              </w:rPr>
            </w:pPr>
            <w:r w:rsidRPr="00DA223F">
              <w:rPr>
                <w:rFonts w:ascii="Times New Roman" w:hAnsi="Times New Roman" w:cs="Times New Roman"/>
              </w:rPr>
              <w:t>Southern Arizona VA Healthcare</w:t>
            </w:r>
          </w:p>
          <w:p w14:paraId="4DB33D9D" w14:textId="77777777" w:rsidR="00D36057" w:rsidRPr="00DA223F" w:rsidRDefault="00D36057" w:rsidP="00D36057">
            <w:pPr>
              <w:rPr>
                <w:rFonts w:ascii="Times New Roman" w:hAnsi="Times New Roman" w:cs="Times New Roman"/>
              </w:rPr>
            </w:pPr>
            <w:r w:rsidRPr="00DA223F">
              <w:rPr>
                <w:rFonts w:ascii="Times New Roman" w:hAnsi="Times New Roman" w:cs="Times New Roman"/>
              </w:rPr>
              <w:t>3601 S. 6th Ave.</w:t>
            </w:r>
          </w:p>
          <w:p w14:paraId="704F9017" w14:textId="77777777" w:rsidR="00D36057" w:rsidRPr="00DA223F" w:rsidRDefault="00D36057" w:rsidP="00D36057">
            <w:pPr>
              <w:rPr>
                <w:rFonts w:ascii="Times New Roman" w:hAnsi="Times New Roman" w:cs="Times New Roman"/>
              </w:rPr>
            </w:pPr>
            <w:r w:rsidRPr="00DA223F">
              <w:rPr>
                <w:rFonts w:ascii="Times New Roman" w:hAnsi="Times New Roman" w:cs="Times New Roman"/>
              </w:rPr>
              <w:t>Tucson, AZ 85723</w:t>
            </w:r>
          </w:p>
          <w:p w14:paraId="3757BD50" w14:textId="77777777" w:rsidR="00D36057" w:rsidRPr="00DA223F" w:rsidRDefault="00D36057" w:rsidP="00D36057">
            <w:pPr>
              <w:rPr>
                <w:rFonts w:ascii="Times New Roman" w:hAnsi="Times New Roman" w:cs="Times New Roman"/>
              </w:rPr>
            </w:pPr>
            <w:r w:rsidRPr="00DA223F">
              <w:rPr>
                <w:rFonts w:ascii="Times New Roman" w:hAnsi="Times New Roman" w:cs="Times New Roman"/>
              </w:rPr>
              <w:t>Delivery: No later than 6:00pm</w:t>
            </w:r>
          </w:p>
          <w:p w14:paraId="3C0682C0" w14:textId="77777777" w:rsidR="00D36057" w:rsidRPr="00DA223F" w:rsidRDefault="00D36057" w:rsidP="00D36057">
            <w:pPr>
              <w:rPr>
                <w:rFonts w:ascii="Times New Roman" w:hAnsi="Times New Roman" w:cs="Times New Roman"/>
              </w:rPr>
            </w:pPr>
          </w:p>
          <w:p w14:paraId="60D2CDAC" w14:textId="77777777" w:rsidR="00D36057" w:rsidRPr="00DA223F" w:rsidRDefault="00D36057" w:rsidP="00D36057">
            <w:pPr>
              <w:rPr>
                <w:rFonts w:ascii="Times New Roman" w:hAnsi="Times New Roman" w:cs="Times New Roman"/>
                <w:b/>
                <w:bCs/>
              </w:rPr>
            </w:pPr>
            <w:r w:rsidRPr="00DA223F">
              <w:rPr>
                <w:rFonts w:ascii="Times New Roman" w:hAnsi="Times New Roman" w:cs="Times New Roman"/>
                <w:b/>
                <w:bCs/>
              </w:rPr>
              <w:t>SAVAHCS</w:t>
            </w:r>
          </w:p>
          <w:p w14:paraId="12293C18" w14:textId="77777777" w:rsidR="00D36057" w:rsidRPr="00DA223F" w:rsidRDefault="00D36057" w:rsidP="00D36057">
            <w:pPr>
              <w:rPr>
                <w:rFonts w:ascii="Times New Roman" w:hAnsi="Times New Roman" w:cs="Times New Roman"/>
              </w:rPr>
            </w:pPr>
            <w:r w:rsidRPr="00DA223F">
              <w:rPr>
                <w:rFonts w:ascii="Times New Roman" w:hAnsi="Times New Roman" w:cs="Times New Roman"/>
              </w:rPr>
              <w:t>Supply Chain Management/ Mailroom</w:t>
            </w:r>
          </w:p>
          <w:p w14:paraId="52F31AD1" w14:textId="77777777" w:rsidR="00D36057" w:rsidRPr="00DA223F" w:rsidRDefault="00D36057" w:rsidP="00D36057">
            <w:pPr>
              <w:rPr>
                <w:rFonts w:ascii="Times New Roman" w:hAnsi="Times New Roman" w:cs="Times New Roman"/>
              </w:rPr>
            </w:pPr>
            <w:r w:rsidRPr="00DA223F">
              <w:rPr>
                <w:rFonts w:ascii="Times New Roman" w:hAnsi="Times New Roman" w:cs="Times New Roman"/>
              </w:rPr>
              <w:t>Room 14 Building Room 101-14</w:t>
            </w:r>
          </w:p>
          <w:p w14:paraId="5358A34F" w14:textId="77777777" w:rsidR="00D36057" w:rsidRPr="00DA223F" w:rsidRDefault="00D36057" w:rsidP="00D36057">
            <w:pPr>
              <w:rPr>
                <w:rFonts w:ascii="Times New Roman" w:hAnsi="Times New Roman" w:cs="Times New Roman"/>
              </w:rPr>
            </w:pPr>
            <w:r w:rsidRPr="00DA223F">
              <w:rPr>
                <w:rFonts w:ascii="Times New Roman" w:hAnsi="Times New Roman" w:cs="Times New Roman"/>
              </w:rPr>
              <w:t>Southern Arizona VA Healthcare</w:t>
            </w:r>
          </w:p>
          <w:p w14:paraId="0A7DF04F" w14:textId="77777777" w:rsidR="00D36057" w:rsidRPr="00DA223F" w:rsidRDefault="00D36057" w:rsidP="00D36057">
            <w:pPr>
              <w:rPr>
                <w:rFonts w:ascii="Times New Roman" w:hAnsi="Times New Roman" w:cs="Times New Roman"/>
              </w:rPr>
            </w:pPr>
            <w:r w:rsidRPr="00DA223F">
              <w:rPr>
                <w:rFonts w:ascii="Times New Roman" w:hAnsi="Times New Roman" w:cs="Times New Roman"/>
              </w:rPr>
              <w:t>3601 S. 6th Ave.</w:t>
            </w:r>
          </w:p>
          <w:p w14:paraId="1C78BBAD" w14:textId="77777777" w:rsidR="00D36057" w:rsidRPr="00DA223F" w:rsidRDefault="00D36057" w:rsidP="00D36057">
            <w:pPr>
              <w:rPr>
                <w:rFonts w:ascii="Times New Roman" w:hAnsi="Times New Roman" w:cs="Times New Roman"/>
              </w:rPr>
            </w:pPr>
            <w:r w:rsidRPr="00DA223F">
              <w:rPr>
                <w:rFonts w:ascii="Times New Roman" w:hAnsi="Times New Roman" w:cs="Times New Roman"/>
              </w:rPr>
              <w:t>Tucson, AZ 85723</w:t>
            </w:r>
          </w:p>
          <w:p w14:paraId="5EC49F6E" w14:textId="77777777" w:rsidR="00D36057" w:rsidRPr="00DA223F" w:rsidRDefault="00D36057" w:rsidP="00D36057">
            <w:pPr>
              <w:rPr>
                <w:rFonts w:ascii="Times New Roman" w:hAnsi="Times New Roman" w:cs="Times New Roman"/>
              </w:rPr>
            </w:pPr>
            <w:r w:rsidRPr="00DA223F">
              <w:rPr>
                <w:rFonts w:ascii="Times New Roman" w:hAnsi="Times New Roman" w:cs="Times New Roman"/>
              </w:rPr>
              <w:t>Delivery: No later than 3:30pm</w:t>
            </w:r>
          </w:p>
          <w:p w14:paraId="38253905" w14:textId="77777777" w:rsidR="00D36057" w:rsidRPr="00DA223F" w:rsidRDefault="00D36057" w:rsidP="00D36057">
            <w:pPr>
              <w:rPr>
                <w:rFonts w:ascii="Times New Roman" w:hAnsi="Times New Roman" w:cs="Times New Roman"/>
              </w:rPr>
            </w:pPr>
          </w:p>
          <w:p w14:paraId="07094A8A" w14:textId="77777777" w:rsidR="00D36057" w:rsidRPr="00DA223F" w:rsidRDefault="00D36057" w:rsidP="00D36057">
            <w:pPr>
              <w:rPr>
                <w:rFonts w:ascii="Times New Roman" w:hAnsi="Times New Roman" w:cs="Times New Roman"/>
              </w:rPr>
            </w:pPr>
          </w:p>
          <w:p w14:paraId="0A7D3BD2" w14:textId="77777777" w:rsidR="00D36057" w:rsidRPr="00DA223F" w:rsidRDefault="00D36057" w:rsidP="00D36057">
            <w:pPr>
              <w:rPr>
                <w:rFonts w:ascii="Times New Roman" w:hAnsi="Times New Roman" w:cs="Times New Roman"/>
              </w:rPr>
            </w:pPr>
          </w:p>
          <w:p w14:paraId="1EA1348B" w14:textId="58D1C56D" w:rsidR="00D36057" w:rsidRPr="002F5D52" w:rsidRDefault="00D36057" w:rsidP="00D36057">
            <w:pPr>
              <w:rPr>
                <w:rFonts w:ascii="Times New Roman" w:hAnsi="Times New Roman" w:cs="Times New Roman"/>
              </w:rPr>
            </w:pPr>
          </w:p>
        </w:tc>
        <w:tc>
          <w:tcPr>
            <w:tcW w:w="1620" w:type="dxa"/>
            <w:vAlign w:val="center"/>
          </w:tcPr>
          <w:p w14:paraId="3DE1C9BB" w14:textId="77777777" w:rsidR="00D36057" w:rsidRPr="00DA223F" w:rsidRDefault="00D36057" w:rsidP="00D36057">
            <w:pPr>
              <w:jc w:val="center"/>
              <w:rPr>
                <w:rFonts w:ascii="Times New Roman" w:hAnsi="Times New Roman" w:cs="Times New Roman"/>
              </w:rPr>
            </w:pPr>
            <w:r w:rsidRPr="00DA223F">
              <w:rPr>
                <w:rFonts w:ascii="Times New Roman" w:hAnsi="Times New Roman" w:cs="Times New Roman"/>
              </w:rPr>
              <w:t>36</w:t>
            </w:r>
          </w:p>
          <w:p w14:paraId="29698958" w14:textId="1A04D890" w:rsidR="00D36057" w:rsidRPr="002F5D52" w:rsidRDefault="00D36057" w:rsidP="00D36057">
            <w:pPr>
              <w:jc w:val="center"/>
              <w:rPr>
                <w:rFonts w:ascii="Times New Roman" w:hAnsi="Times New Roman" w:cs="Times New Roman"/>
              </w:rPr>
            </w:pPr>
            <w:r w:rsidRPr="00DA223F">
              <w:rPr>
                <w:rFonts w:ascii="Times New Roman" w:hAnsi="Times New Roman" w:cs="Times New Roman"/>
              </w:rPr>
              <w:t>runs/year</w:t>
            </w:r>
          </w:p>
        </w:tc>
      </w:tr>
    </w:tbl>
    <w:p w14:paraId="26FB3A0F"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D6F91" w:rsidRPr="002F5D52" w14:paraId="3A683418" w14:textId="77777777" w:rsidTr="00E5395D">
        <w:trPr>
          <w:trHeight w:val="350"/>
          <w:jc w:val="center"/>
        </w:trPr>
        <w:tc>
          <w:tcPr>
            <w:tcW w:w="9625" w:type="dxa"/>
            <w:gridSpan w:val="3"/>
            <w:vAlign w:val="center"/>
          </w:tcPr>
          <w:p w14:paraId="79A141DA" w14:textId="50C40537" w:rsidR="00DD6F91" w:rsidRPr="002F5D52" w:rsidRDefault="00EB60A0"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6</w:t>
            </w:r>
            <w:r w:rsidR="006F36C0">
              <w:rPr>
                <w:rFonts w:ascii="Times New Roman" w:hAnsi="Times New Roman" w:cs="Times New Roman"/>
                <w:b/>
                <w:bCs/>
              </w:rPr>
              <w:t>0</w:t>
            </w:r>
          </w:p>
        </w:tc>
      </w:tr>
      <w:tr w:rsidR="000C5735" w:rsidRPr="002F5D52" w14:paraId="15E25B6E" w14:textId="77777777" w:rsidTr="00AE14B1">
        <w:trPr>
          <w:trHeight w:val="1153"/>
          <w:jc w:val="center"/>
        </w:trPr>
        <w:tc>
          <w:tcPr>
            <w:tcW w:w="4225" w:type="dxa"/>
          </w:tcPr>
          <w:p w14:paraId="71C4A315" w14:textId="77777777" w:rsidR="000C5735" w:rsidRPr="00DA223F" w:rsidRDefault="000C5735" w:rsidP="000C5735">
            <w:pPr>
              <w:shd w:val="clear" w:color="auto" w:fill="FFFFFF"/>
              <w:rPr>
                <w:rFonts w:ascii="Times New Roman" w:hAnsi="Times New Roman" w:cs="Times New Roman"/>
              </w:rPr>
            </w:pPr>
            <w:r w:rsidRPr="00DA223F">
              <w:rPr>
                <w:rFonts w:ascii="Times New Roman" w:hAnsi="Times New Roman" w:cs="Times New Roman"/>
                <w:b/>
                <w:bCs/>
              </w:rPr>
              <w:t>SAVAHCS</w:t>
            </w:r>
            <w:r w:rsidRPr="00DA223F">
              <w:rPr>
                <w:rFonts w:ascii="Times New Roman" w:hAnsi="Times New Roman" w:cs="Times New Roman"/>
              </w:rPr>
              <w:br/>
              <w:t>Pharmacy Service</w:t>
            </w:r>
            <w:r w:rsidRPr="00DA223F">
              <w:rPr>
                <w:rFonts w:ascii="Times New Roman" w:hAnsi="Times New Roman" w:cs="Times New Roman"/>
              </w:rPr>
              <w:br/>
              <w:t>Southern Arizona VA Healthcare</w:t>
            </w:r>
            <w:r w:rsidRPr="00DA223F">
              <w:rPr>
                <w:rFonts w:ascii="Times New Roman" w:hAnsi="Times New Roman" w:cs="Times New Roman"/>
              </w:rPr>
              <w:br/>
              <w:t>3601 S. 6th Ave.</w:t>
            </w:r>
            <w:r w:rsidRPr="00DA223F">
              <w:rPr>
                <w:rFonts w:ascii="Times New Roman" w:hAnsi="Times New Roman" w:cs="Times New Roman"/>
              </w:rPr>
              <w:br/>
              <w:t>Tucson, AZ 85723</w:t>
            </w:r>
          </w:p>
          <w:p w14:paraId="14D4D379" w14:textId="1FB1465B" w:rsidR="000C5735" w:rsidRPr="002F5D52" w:rsidRDefault="000C5735" w:rsidP="000C5735">
            <w:pPr>
              <w:shd w:val="clear" w:color="auto" w:fill="FFFFFF"/>
              <w:rPr>
                <w:rFonts w:ascii="Times New Roman" w:hAnsi="Times New Roman" w:cs="Times New Roman"/>
                <w:b/>
                <w:bCs/>
              </w:rPr>
            </w:pPr>
            <w:r w:rsidRPr="00DA223F">
              <w:rPr>
                <w:rFonts w:ascii="Times New Roman" w:hAnsi="Times New Roman" w:cs="Times New Roman"/>
              </w:rPr>
              <w:t>Days: Only as needed/requested (On-Call 24/7, 365 days)</w:t>
            </w:r>
            <w:r w:rsidRPr="00DA223F">
              <w:rPr>
                <w:rFonts w:ascii="Times New Roman" w:hAnsi="Times New Roman" w:cs="Times New Roman"/>
              </w:rPr>
              <w:br/>
              <w:t>Pickup Time: TBD</w:t>
            </w:r>
            <w:r w:rsidRPr="00DA223F">
              <w:rPr>
                <w:rFonts w:ascii="Times New Roman" w:hAnsi="Times New Roman" w:cs="Times New Roman"/>
              </w:rPr>
              <w:br/>
            </w:r>
            <w:r w:rsidRPr="00DA223F">
              <w:rPr>
                <w:rFonts w:ascii="Times New Roman" w:hAnsi="Times New Roman" w:cs="Times New Roman"/>
              </w:rPr>
              <w:lastRenderedPageBreak/>
              <w:t>Pickup Location: Building 80, Room 1702 OR Building 57, Room BA081</w:t>
            </w:r>
          </w:p>
        </w:tc>
        <w:tc>
          <w:tcPr>
            <w:tcW w:w="3780" w:type="dxa"/>
          </w:tcPr>
          <w:p w14:paraId="5B0979C8" w14:textId="77777777" w:rsidR="000C5735" w:rsidRPr="00DA223F" w:rsidRDefault="000C5735" w:rsidP="000C5735">
            <w:pPr>
              <w:rPr>
                <w:rFonts w:ascii="Times New Roman" w:hAnsi="Times New Roman" w:cs="Times New Roman"/>
              </w:rPr>
            </w:pPr>
            <w:r w:rsidRPr="00DA223F">
              <w:rPr>
                <w:rFonts w:ascii="Times New Roman" w:hAnsi="Times New Roman" w:cs="Times New Roman"/>
                <w:b/>
                <w:bCs/>
              </w:rPr>
              <w:lastRenderedPageBreak/>
              <w:t xml:space="preserve">Carl T Hayden VA Medical Center </w:t>
            </w:r>
            <w:r w:rsidRPr="00DA223F">
              <w:rPr>
                <w:rFonts w:ascii="Times New Roman" w:hAnsi="Times New Roman" w:cs="Times New Roman"/>
              </w:rPr>
              <w:br/>
              <w:t>(Phoenix VA)</w:t>
            </w:r>
            <w:r w:rsidRPr="00DA223F">
              <w:rPr>
                <w:rFonts w:ascii="Times New Roman" w:hAnsi="Times New Roman" w:cs="Times New Roman"/>
              </w:rPr>
              <w:br/>
              <w:t>650 E Indian School Rd</w:t>
            </w:r>
            <w:r w:rsidRPr="00DA223F">
              <w:rPr>
                <w:rFonts w:ascii="Times New Roman" w:hAnsi="Times New Roman" w:cs="Times New Roman"/>
              </w:rPr>
              <w:br/>
              <w:t>Phoenix, AZ 85012</w:t>
            </w:r>
            <w:r w:rsidRPr="00DA223F">
              <w:rPr>
                <w:rFonts w:ascii="Times New Roman" w:hAnsi="Times New Roman" w:cs="Times New Roman"/>
              </w:rPr>
              <w:br/>
              <w:t>Delivery Time: TBD</w:t>
            </w:r>
          </w:p>
          <w:p w14:paraId="1591E0F9" w14:textId="77777777" w:rsidR="000C5735" w:rsidRPr="00DA223F" w:rsidRDefault="000C5735" w:rsidP="000C5735">
            <w:pPr>
              <w:rPr>
                <w:rFonts w:ascii="Times New Roman" w:hAnsi="Times New Roman" w:cs="Times New Roman"/>
              </w:rPr>
            </w:pPr>
          </w:p>
          <w:p w14:paraId="187078D7" w14:textId="77777777" w:rsidR="000C5735" w:rsidRPr="00DA223F" w:rsidRDefault="000C5735" w:rsidP="000C5735">
            <w:pPr>
              <w:rPr>
                <w:rFonts w:ascii="Times New Roman" w:hAnsi="Times New Roman" w:cs="Times New Roman"/>
                <w:b/>
                <w:bCs/>
              </w:rPr>
            </w:pPr>
            <w:r w:rsidRPr="00DA223F">
              <w:rPr>
                <w:rFonts w:ascii="Times New Roman" w:hAnsi="Times New Roman" w:cs="Times New Roman"/>
                <w:b/>
                <w:bCs/>
              </w:rPr>
              <w:t xml:space="preserve"> SAVAHCS</w:t>
            </w:r>
          </w:p>
          <w:p w14:paraId="2DD8956A" w14:textId="77777777" w:rsidR="000C5735" w:rsidRPr="00DA223F" w:rsidRDefault="000C5735" w:rsidP="000C5735">
            <w:pPr>
              <w:rPr>
                <w:rFonts w:ascii="Times New Roman" w:hAnsi="Times New Roman" w:cs="Times New Roman"/>
              </w:rPr>
            </w:pPr>
            <w:r w:rsidRPr="00DA223F">
              <w:rPr>
                <w:rFonts w:ascii="Times New Roman" w:hAnsi="Times New Roman" w:cs="Times New Roman"/>
              </w:rPr>
              <w:t xml:space="preserve">Supply Chain Management </w:t>
            </w:r>
          </w:p>
          <w:p w14:paraId="68E8DE05" w14:textId="77777777" w:rsidR="000C5735" w:rsidRPr="00DA223F" w:rsidRDefault="000C5735" w:rsidP="000C5735">
            <w:pPr>
              <w:rPr>
                <w:rFonts w:ascii="Times New Roman" w:hAnsi="Times New Roman" w:cs="Times New Roman"/>
              </w:rPr>
            </w:pPr>
            <w:r w:rsidRPr="00DA223F">
              <w:rPr>
                <w:rFonts w:ascii="Times New Roman" w:hAnsi="Times New Roman" w:cs="Times New Roman"/>
              </w:rPr>
              <w:t>Building 57, Room 190 &amp; Room 138</w:t>
            </w:r>
          </w:p>
          <w:p w14:paraId="489A4FD7" w14:textId="77777777" w:rsidR="000C5735" w:rsidRPr="00DA223F" w:rsidRDefault="000C5735" w:rsidP="000C5735">
            <w:pPr>
              <w:rPr>
                <w:rFonts w:ascii="Times New Roman" w:hAnsi="Times New Roman" w:cs="Times New Roman"/>
              </w:rPr>
            </w:pPr>
            <w:r w:rsidRPr="00DA223F">
              <w:rPr>
                <w:rFonts w:ascii="Times New Roman" w:hAnsi="Times New Roman" w:cs="Times New Roman"/>
              </w:rPr>
              <w:lastRenderedPageBreak/>
              <w:t>Southern Arizona VA Healthcare</w:t>
            </w:r>
          </w:p>
          <w:p w14:paraId="62F5C5C4" w14:textId="77777777" w:rsidR="000C5735" w:rsidRPr="00DA223F" w:rsidRDefault="000C5735" w:rsidP="000C5735">
            <w:pPr>
              <w:rPr>
                <w:rFonts w:ascii="Times New Roman" w:hAnsi="Times New Roman" w:cs="Times New Roman"/>
              </w:rPr>
            </w:pPr>
            <w:r w:rsidRPr="00DA223F">
              <w:rPr>
                <w:rFonts w:ascii="Times New Roman" w:hAnsi="Times New Roman" w:cs="Times New Roman"/>
              </w:rPr>
              <w:t>3601 S. 6th Ave.</w:t>
            </w:r>
          </w:p>
          <w:p w14:paraId="09B0E82B" w14:textId="77777777" w:rsidR="000C5735" w:rsidRPr="00DA223F" w:rsidRDefault="000C5735" w:rsidP="000C5735">
            <w:pPr>
              <w:rPr>
                <w:rFonts w:ascii="Times New Roman" w:hAnsi="Times New Roman" w:cs="Times New Roman"/>
              </w:rPr>
            </w:pPr>
            <w:r w:rsidRPr="00DA223F">
              <w:rPr>
                <w:rFonts w:ascii="Times New Roman" w:hAnsi="Times New Roman" w:cs="Times New Roman"/>
              </w:rPr>
              <w:t>Tucson, AZ 85723</w:t>
            </w:r>
          </w:p>
          <w:p w14:paraId="62C765AD" w14:textId="77777777" w:rsidR="000C5735" w:rsidRPr="00DA223F" w:rsidRDefault="000C5735" w:rsidP="000C5735">
            <w:pPr>
              <w:rPr>
                <w:rFonts w:ascii="Times New Roman" w:hAnsi="Times New Roman" w:cs="Times New Roman"/>
              </w:rPr>
            </w:pPr>
            <w:r w:rsidRPr="00DA223F">
              <w:rPr>
                <w:rFonts w:ascii="Times New Roman" w:hAnsi="Times New Roman" w:cs="Times New Roman"/>
              </w:rPr>
              <w:t>Delivery: No later than 6:00pm</w:t>
            </w:r>
          </w:p>
          <w:p w14:paraId="1694968F" w14:textId="77777777" w:rsidR="000C5735" w:rsidRPr="00DA223F" w:rsidRDefault="000C5735" w:rsidP="000C5735">
            <w:pPr>
              <w:rPr>
                <w:rFonts w:ascii="Times New Roman" w:hAnsi="Times New Roman" w:cs="Times New Roman"/>
              </w:rPr>
            </w:pPr>
            <w:r w:rsidRPr="00DA223F">
              <w:rPr>
                <w:rFonts w:ascii="Times New Roman" w:hAnsi="Times New Roman" w:cs="Times New Roman"/>
              </w:rPr>
              <w:t>delivery location: TBD</w:t>
            </w:r>
          </w:p>
          <w:p w14:paraId="5D60B753" w14:textId="77777777" w:rsidR="000C5735" w:rsidRPr="00DA223F" w:rsidRDefault="000C5735" w:rsidP="000C5735">
            <w:pPr>
              <w:rPr>
                <w:rFonts w:ascii="Times New Roman" w:hAnsi="Times New Roman" w:cs="Times New Roman"/>
              </w:rPr>
            </w:pPr>
          </w:p>
          <w:p w14:paraId="6265E103" w14:textId="77777777" w:rsidR="000C5735" w:rsidRPr="00DA223F" w:rsidRDefault="000C5735" w:rsidP="000C5735">
            <w:pPr>
              <w:rPr>
                <w:rFonts w:ascii="Times New Roman" w:hAnsi="Times New Roman" w:cs="Times New Roman"/>
                <w:b/>
                <w:bCs/>
              </w:rPr>
            </w:pPr>
            <w:r w:rsidRPr="00DA223F">
              <w:rPr>
                <w:rFonts w:ascii="Times New Roman" w:hAnsi="Times New Roman" w:cs="Times New Roman"/>
                <w:b/>
                <w:bCs/>
              </w:rPr>
              <w:t>SAVAHCS</w:t>
            </w:r>
          </w:p>
          <w:p w14:paraId="79762593" w14:textId="77777777" w:rsidR="000C5735" w:rsidRPr="00DA223F" w:rsidRDefault="000C5735" w:rsidP="000C5735">
            <w:pPr>
              <w:rPr>
                <w:rFonts w:ascii="Times New Roman" w:hAnsi="Times New Roman" w:cs="Times New Roman"/>
              </w:rPr>
            </w:pPr>
            <w:r w:rsidRPr="00DA223F">
              <w:rPr>
                <w:rFonts w:ascii="Times New Roman" w:hAnsi="Times New Roman" w:cs="Times New Roman"/>
              </w:rPr>
              <w:t>Supply Chain Management/ Mailroom</w:t>
            </w:r>
          </w:p>
          <w:p w14:paraId="448C7169" w14:textId="77777777" w:rsidR="000C5735" w:rsidRPr="00DA223F" w:rsidRDefault="000C5735" w:rsidP="000C5735">
            <w:pPr>
              <w:rPr>
                <w:rFonts w:ascii="Times New Roman" w:hAnsi="Times New Roman" w:cs="Times New Roman"/>
              </w:rPr>
            </w:pPr>
            <w:r w:rsidRPr="00DA223F">
              <w:rPr>
                <w:rFonts w:ascii="Times New Roman" w:hAnsi="Times New Roman" w:cs="Times New Roman"/>
              </w:rPr>
              <w:t>Room 14 Building Room 101-14</w:t>
            </w:r>
          </w:p>
          <w:p w14:paraId="5AE7B078" w14:textId="77777777" w:rsidR="000C5735" w:rsidRPr="00DA223F" w:rsidRDefault="000C5735" w:rsidP="000C5735">
            <w:pPr>
              <w:rPr>
                <w:rFonts w:ascii="Times New Roman" w:hAnsi="Times New Roman" w:cs="Times New Roman"/>
              </w:rPr>
            </w:pPr>
            <w:r w:rsidRPr="00DA223F">
              <w:rPr>
                <w:rFonts w:ascii="Times New Roman" w:hAnsi="Times New Roman" w:cs="Times New Roman"/>
              </w:rPr>
              <w:t>Southern Arizona VA Healthcare</w:t>
            </w:r>
          </w:p>
          <w:p w14:paraId="0569D7F2" w14:textId="77777777" w:rsidR="000C5735" w:rsidRPr="00DA223F" w:rsidRDefault="000C5735" w:rsidP="000C5735">
            <w:pPr>
              <w:rPr>
                <w:rFonts w:ascii="Times New Roman" w:hAnsi="Times New Roman" w:cs="Times New Roman"/>
              </w:rPr>
            </w:pPr>
            <w:r w:rsidRPr="00DA223F">
              <w:rPr>
                <w:rFonts w:ascii="Times New Roman" w:hAnsi="Times New Roman" w:cs="Times New Roman"/>
              </w:rPr>
              <w:t>3601 S. 6th Ave.</w:t>
            </w:r>
          </w:p>
          <w:p w14:paraId="488E050D" w14:textId="77777777" w:rsidR="000C5735" w:rsidRPr="00DA223F" w:rsidRDefault="000C5735" w:rsidP="000C5735">
            <w:pPr>
              <w:rPr>
                <w:rFonts w:ascii="Times New Roman" w:hAnsi="Times New Roman" w:cs="Times New Roman"/>
              </w:rPr>
            </w:pPr>
            <w:r w:rsidRPr="00DA223F">
              <w:rPr>
                <w:rFonts w:ascii="Times New Roman" w:hAnsi="Times New Roman" w:cs="Times New Roman"/>
              </w:rPr>
              <w:t>Tucson, AZ 85723</w:t>
            </w:r>
          </w:p>
          <w:p w14:paraId="0B64AF06" w14:textId="77777777" w:rsidR="000C5735" w:rsidRPr="00DA223F" w:rsidRDefault="000C5735" w:rsidP="000C5735">
            <w:pPr>
              <w:rPr>
                <w:rFonts w:ascii="Times New Roman" w:hAnsi="Times New Roman" w:cs="Times New Roman"/>
              </w:rPr>
            </w:pPr>
            <w:r w:rsidRPr="00DA223F">
              <w:rPr>
                <w:rFonts w:ascii="Times New Roman" w:hAnsi="Times New Roman" w:cs="Times New Roman"/>
              </w:rPr>
              <w:t>Delivery: No later than 3:30pm</w:t>
            </w:r>
          </w:p>
          <w:p w14:paraId="309B30DA" w14:textId="77777777" w:rsidR="000C5735" w:rsidRPr="00DA223F" w:rsidRDefault="000C5735" w:rsidP="000C5735">
            <w:pPr>
              <w:rPr>
                <w:rFonts w:ascii="Times New Roman" w:hAnsi="Times New Roman" w:cs="Times New Roman"/>
              </w:rPr>
            </w:pPr>
          </w:p>
          <w:p w14:paraId="541EDAEA" w14:textId="6EE4CFEC" w:rsidR="000C5735" w:rsidRPr="002F5D52" w:rsidRDefault="000C5735" w:rsidP="000C5735">
            <w:pPr>
              <w:rPr>
                <w:rFonts w:ascii="Times New Roman" w:hAnsi="Times New Roman" w:cs="Times New Roman"/>
                <w:b/>
                <w:bCs/>
              </w:rPr>
            </w:pPr>
          </w:p>
        </w:tc>
        <w:tc>
          <w:tcPr>
            <w:tcW w:w="1620" w:type="dxa"/>
            <w:vAlign w:val="center"/>
          </w:tcPr>
          <w:p w14:paraId="4861CEA8" w14:textId="77777777" w:rsidR="000C5735" w:rsidRPr="00DA223F" w:rsidRDefault="000C5735" w:rsidP="000C5735">
            <w:pPr>
              <w:jc w:val="center"/>
              <w:rPr>
                <w:rFonts w:ascii="Times New Roman" w:hAnsi="Times New Roman" w:cs="Times New Roman"/>
              </w:rPr>
            </w:pPr>
            <w:r w:rsidRPr="00DA223F">
              <w:rPr>
                <w:rFonts w:ascii="Times New Roman" w:hAnsi="Times New Roman" w:cs="Times New Roman"/>
              </w:rPr>
              <w:lastRenderedPageBreak/>
              <w:t>36</w:t>
            </w:r>
          </w:p>
          <w:p w14:paraId="129915B4" w14:textId="6B41E63C" w:rsidR="000C5735" w:rsidRPr="002F5D52" w:rsidRDefault="000C5735" w:rsidP="000C5735">
            <w:pPr>
              <w:jc w:val="center"/>
              <w:rPr>
                <w:rFonts w:ascii="Times New Roman" w:hAnsi="Times New Roman" w:cs="Times New Roman"/>
              </w:rPr>
            </w:pPr>
            <w:r w:rsidRPr="00DA223F">
              <w:rPr>
                <w:rFonts w:ascii="Times New Roman" w:hAnsi="Times New Roman" w:cs="Times New Roman"/>
              </w:rPr>
              <w:t>runs/year</w:t>
            </w:r>
          </w:p>
        </w:tc>
      </w:tr>
    </w:tbl>
    <w:p w14:paraId="0EEF1317"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1894CFDC" w14:textId="77777777" w:rsidTr="00E5395D">
        <w:trPr>
          <w:trHeight w:val="350"/>
          <w:jc w:val="center"/>
        </w:trPr>
        <w:tc>
          <w:tcPr>
            <w:tcW w:w="9625" w:type="dxa"/>
            <w:gridSpan w:val="3"/>
            <w:vAlign w:val="center"/>
          </w:tcPr>
          <w:p w14:paraId="378F8958" w14:textId="733F8AC6"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6</w:t>
            </w:r>
            <w:r w:rsidR="006F36C0">
              <w:rPr>
                <w:rFonts w:ascii="Times New Roman" w:hAnsi="Times New Roman" w:cs="Times New Roman"/>
                <w:b/>
                <w:bCs/>
              </w:rPr>
              <w:t>1</w:t>
            </w:r>
          </w:p>
        </w:tc>
      </w:tr>
      <w:tr w:rsidR="00C71055" w:rsidRPr="002F5D52" w14:paraId="6B42A4C5" w14:textId="77777777" w:rsidTr="00E5395D">
        <w:trPr>
          <w:trHeight w:val="1153"/>
          <w:jc w:val="center"/>
        </w:trPr>
        <w:tc>
          <w:tcPr>
            <w:tcW w:w="4225" w:type="dxa"/>
          </w:tcPr>
          <w:p w14:paraId="53D33938" w14:textId="77777777" w:rsidR="00C71055" w:rsidRPr="00DA223F" w:rsidRDefault="00C71055" w:rsidP="00C71055">
            <w:pPr>
              <w:shd w:val="clear" w:color="auto" w:fill="FFFFFF"/>
              <w:rPr>
                <w:rFonts w:ascii="Times New Roman" w:hAnsi="Times New Roman" w:cs="Times New Roman"/>
                <w:b/>
                <w:bCs/>
              </w:rPr>
            </w:pPr>
            <w:r w:rsidRPr="00DA223F">
              <w:rPr>
                <w:rFonts w:ascii="Times New Roman" w:hAnsi="Times New Roman" w:cs="Times New Roman"/>
                <w:b/>
                <w:bCs/>
              </w:rPr>
              <w:t>Any address within the SAVAHCS catchment area (300-mile radius, see attached zip codes) for urgent/emergent pharmacy needs. **Run must be exclusive, other runs must not be added on after request made**</w:t>
            </w:r>
          </w:p>
          <w:p w14:paraId="6946EA0A" w14:textId="77777777" w:rsidR="00C71055" w:rsidRPr="00DA223F" w:rsidRDefault="00C71055" w:rsidP="00C71055">
            <w:pPr>
              <w:shd w:val="clear" w:color="auto" w:fill="FFFFFF"/>
              <w:rPr>
                <w:rFonts w:ascii="Times New Roman" w:hAnsi="Times New Roman" w:cs="Times New Roman"/>
              </w:rPr>
            </w:pPr>
            <w:r w:rsidRPr="00DA223F">
              <w:rPr>
                <w:rFonts w:ascii="Times New Roman" w:hAnsi="Times New Roman" w:cs="Times New Roman"/>
              </w:rPr>
              <w:t>Days: Only as needed/requested (On-Call 24/7, 365 days)</w:t>
            </w:r>
          </w:p>
          <w:p w14:paraId="608D7386" w14:textId="77777777" w:rsidR="00C71055" w:rsidRPr="00DA223F" w:rsidRDefault="00C71055" w:rsidP="00C71055">
            <w:pPr>
              <w:shd w:val="clear" w:color="auto" w:fill="FFFFFF"/>
              <w:rPr>
                <w:rFonts w:ascii="Times New Roman" w:hAnsi="Times New Roman" w:cs="Times New Roman"/>
              </w:rPr>
            </w:pPr>
            <w:r w:rsidRPr="00DA223F">
              <w:rPr>
                <w:rFonts w:ascii="Times New Roman" w:hAnsi="Times New Roman" w:cs="Times New Roman"/>
              </w:rPr>
              <w:t>Pickup Time: TBD</w:t>
            </w:r>
          </w:p>
          <w:p w14:paraId="181439DA" w14:textId="2D95B91E" w:rsidR="00C71055" w:rsidRPr="002F5D52" w:rsidRDefault="00C71055" w:rsidP="00C71055">
            <w:pPr>
              <w:shd w:val="clear" w:color="auto" w:fill="FFFFFF"/>
              <w:rPr>
                <w:rFonts w:ascii="Times New Roman" w:hAnsi="Times New Roman" w:cs="Times New Roman"/>
              </w:rPr>
            </w:pPr>
            <w:r w:rsidRPr="00DA223F">
              <w:rPr>
                <w:rFonts w:ascii="Times New Roman" w:hAnsi="Times New Roman" w:cs="Times New Roman"/>
              </w:rPr>
              <w:t>Pickup Location: TBD</w:t>
            </w:r>
          </w:p>
        </w:tc>
        <w:tc>
          <w:tcPr>
            <w:tcW w:w="3780" w:type="dxa"/>
          </w:tcPr>
          <w:p w14:paraId="5BD21E0D" w14:textId="77777777" w:rsidR="00C71055" w:rsidRPr="00DA223F" w:rsidRDefault="00C71055" w:rsidP="00C71055">
            <w:pPr>
              <w:shd w:val="clear" w:color="auto" w:fill="FFFFFF"/>
              <w:rPr>
                <w:rFonts w:ascii="Times New Roman" w:hAnsi="Times New Roman" w:cs="Times New Roman"/>
              </w:rPr>
            </w:pPr>
            <w:r w:rsidRPr="00DA223F">
              <w:rPr>
                <w:rFonts w:ascii="Times New Roman" w:hAnsi="Times New Roman" w:cs="Times New Roman"/>
                <w:b/>
                <w:bCs/>
              </w:rPr>
              <w:t>SAVAHCS</w:t>
            </w:r>
          </w:p>
          <w:p w14:paraId="26D7B8EF" w14:textId="77777777" w:rsidR="00C71055" w:rsidRPr="00DA223F" w:rsidRDefault="00C71055" w:rsidP="00C71055">
            <w:pPr>
              <w:shd w:val="clear" w:color="auto" w:fill="FFFFFF"/>
              <w:rPr>
                <w:rFonts w:ascii="Times New Roman" w:hAnsi="Times New Roman" w:cs="Times New Roman"/>
              </w:rPr>
            </w:pPr>
            <w:r w:rsidRPr="00DA223F">
              <w:rPr>
                <w:rFonts w:ascii="Times New Roman" w:hAnsi="Times New Roman" w:cs="Times New Roman"/>
              </w:rPr>
              <w:t>Pharmacy Service</w:t>
            </w:r>
          </w:p>
          <w:p w14:paraId="3CDE64FE" w14:textId="77777777" w:rsidR="00C71055" w:rsidRPr="00DA223F" w:rsidRDefault="00C71055" w:rsidP="00C71055">
            <w:pPr>
              <w:shd w:val="clear" w:color="auto" w:fill="FFFFFF"/>
              <w:rPr>
                <w:rFonts w:ascii="Times New Roman" w:hAnsi="Times New Roman" w:cs="Times New Roman"/>
              </w:rPr>
            </w:pPr>
            <w:r w:rsidRPr="00DA223F">
              <w:rPr>
                <w:rFonts w:ascii="Times New Roman" w:hAnsi="Times New Roman" w:cs="Times New Roman"/>
              </w:rPr>
              <w:t>Southern Arizona VA Healthcare</w:t>
            </w:r>
          </w:p>
          <w:p w14:paraId="3AD538A5" w14:textId="77777777" w:rsidR="00C71055" w:rsidRPr="00DA223F" w:rsidRDefault="00C71055" w:rsidP="00C71055">
            <w:pPr>
              <w:shd w:val="clear" w:color="auto" w:fill="FFFFFF"/>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20EAD9A6" w14:textId="77777777" w:rsidR="00C71055" w:rsidRPr="00DA223F" w:rsidRDefault="00C71055" w:rsidP="00C71055">
            <w:pPr>
              <w:shd w:val="clear" w:color="auto" w:fill="FFFFFF"/>
              <w:rPr>
                <w:rFonts w:ascii="Times New Roman" w:hAnsi="Times New Roman" w:cs="Times New Roman"/>
              </w:rPr>
            </w:pPr>
            <w:r w:rsidRPr="00DA223F">
              <w:rPr>
                <w:rFonts w:ascii="Times New Roman" w:hAnsi="Times New Roman" w:cs="Times New Roman"/>
              </w:rPr>
              <w:t>Tucson, AZ 85723</w:t>
            </w:r>
          </w:p>
          <w:p w14:paraId="6CAC889F" w14:textId="77777777" w:rsidR="00C71055" w:rsidRPr="00DA223F" w:rsidRDefault="00C71055" w:rsidP="00C71055">
            <w:pPr>
              <w:shd w:val="clear" w:color="auto" w:fill="FFFFFF"/>
              <w:rPr>
                <w:rFonts w:ascii="Times New Roman" w:hAnsi="Times New Roman" w:cs="Times New Roman"/>
              </w:rPr>
            </w:pPr>
            <w:r w:rsidRPr="00DA223F">
              <w:rPr>
                <w:rFonts w:ascii="Times New Roman" w:hAnsi="Times New Roman" w:cs="Times New Roman"/>
              </w:rPr>
              <w:t>Delivery Time: TBD</w:t>
            </w:r>
          </w:p>
          <w:p w14:paraId="32023B5E" w14:textId="77777777" w:rsidR="00C71055" w:rsidRPr="00DA223F" w:rsidRDefault="00C71055" w:rsidP="00C71055">
            <w:pPr>
              <w:rPr>
                <w:rFonts w:ascii="Times New Roman" w:hAnsi="Times New Roman" w:cs="Times New Roman"/>
              </w:rPr>
            </w:pPr>
            <w:r w:rsidRPr="00DA223F">
              <w:rPr>
                <w:rFonts w:ascii="Times New Roman" w:hAnsi="Times New Roman" w:cs="Times New Roman"/>
              </w:rPr>
              <w:t>Delivery location: Building 80, Room 1702 OR Building 57, Room BA081</w:t>
            </w:r>
          </w:p>
          <w:p w14:paraId="1AAC4584" w14:textId="77777777" w:rsidR="00C71055" w:rsidRPr="00DA223F" w:rsidRDefault="00C71055" w:rsidP="00C71055">
            <w:pPr>
              <w:rPr>
                <w:rFonts w:ascii="Times New Roman" w:hAnsi="Times New Roman" w:cs="Times New Roman"/>
              </w:rPr>
            </w:pPr>
          </w:p>
          <w:p w14:paraId="5DF38D8D" w14:textId="77777777" w:rsidR="00C71055" w:rsidRPr="00DA223F" w:rsidRDefault="00C71055" w:rsidP="00C71055">
            <w:pPr>
              <w:rPr>
                <w:rFonts w:ascii="Times New Roman" w:hAnsi="Times New Roman" w:cs="Times New Roman"/>
                <w:b/>
                <w:bCs/>
              </w:rPr>
            </w:pPr>
            <w:r w:rsidRPr="00DA223F">
              <w:rPr>
                <w:rFonts w:ascii="Times New Roman" w:hAnsi="Times New Roman" w:cs="Times New Roman"/>
                <w:b/>
                <w:bCs/>
              </w:rPr>
              <w:t>SAVAHCS</w:t>
            </w:r>
          </w:p>
          <w:p w14:paraId="638A47B1" w14:textId="77777777" w:rsidR="00C71055" w:rsidRPr="00DA223F" w:rsidRDefault="00C71055" w:rsidP="00C71055">
            <w:pPr>
              <w:rPr>
                <w:rFonts w:ascii="Times New Roman" w:hAnsi="Times New Roman" w:cs="Times New Roman"/>
              </w:rPr>
            </w:pPr>
            <w:r w:rsidRPr="00DA223F">
              <w:rPr>
                <w:rFonts w:ascii="Times New Roman" w:hAnsi="Times New Roman" w:cs="Times New Roman"/>
              </w:rPr>
              <w:t xml:space="preserve">Supply Chain Management </w:t>
            </w:r>
          </w:p>
          <w:p w14:paraId="4AED399A" w14:textId="77777777" w:rsidR="00C71055" w:rsidRPr="00DA223F" w:rsidRDefault="00C71055" w:rsidP="00C71055">
            <w:pPr>
              <w:rPr>
                <w:rFonts w:ascii="Times New Roman" w:hAnsi="Times New Roman" w:cs="Times New Roman"/>
              </w:rPr>
            </w:pPr>
            <w:r w:rsidRPr="00DA223F">
              <w:rPr>
                <w:rFonts w:ascii="Times New Roman" w:hAnsi="Times New Roman" w:cs="Times New Roman"/>
              </w:rPr>
              <w:t>Building 57, Room 190 &amp; Room 138</w:t>
            </w:r>
          </w:p>
          <w:p w14:paraId="09C79CCB" w14:textId="77777777" w:rsidR="00C71055" w:rsidRPr="00DA223F" w:rsidRDefault="00C71055" w:rsidP="00C71055">
            <w:pPr>
              <w:rPr>
                <w:rFonts w:ascii="Times New Roman" w:hAnsi="Times New Roman" w:cs="Times New Roman"/>
              </w:rPr>
            </w:pPr>
            <w:r w:rsidRPr="00DA223F">
              <w:rPr>
                <w:rFonts w:ascii="Times New Roman" w:hAnsi="Times New Roman" w:cs="Times New Roman"/>
              </w:rPr>
              <w:t>Southern Arizona VA Healthcare</w:t>
            </w:r>
          </w:p>
          <w:p w14:paraId="49D6D50A" w14:textId="77777777" w:rsidR="00C71055" w:rsidRPr="00DA223F" w:rsidRDefault="00C71055" w:rsidP="00C71055">
            <w:pPr>
              <w:rPr>
                <w:rFonts w:ascii="Times New Roman" w:hAnsi="Times New Roman" w:cs="Times New Roman"/>
              </w:rPr>
            </w:pPr>
            <w:r w:rsidRPr="00DA223F">
              <w:rPr>
                <w:rFonts w:ascii="Times New Roman" w:hAnsi="Times New Roman" w:cs="Times New Roman"/>
              </w:rPr>
              <w:t>3601 S. 6th Ave.</w:t>
            </w:r>
          </w:p>
          <w:p w14:paraId="51B7AA70" w14:textId="77777777" w:rsidR="00C71055" w:rsidRPr="00DA223F" w:rsidRDefault="00C71055" w:rsidP="00C71055">
            <w:pPr>
              <w:rPr>
                <w:rFonts w:ascii="Times New Roman" w:hAnsi="Times New Roman" w:cs="Times New Roman"/>
              </w:rPr>
            </w:pPr>
            <w:r w:rsidRPr="00DA223F">
              <w:rPr>
                <w:rFonts w:ascii="Times New Roman" w:hAnsi="Times New Roman" w:cs="Times New Roman"/>
              </w:rPr>
              <w:t>Tucson, AZ 85723</w:t>
            </w:r>
          </w:p>
          <w:p w14:paraId="0E12614F" w14:textId="77777777" w:rsidR="00C71055" w:rsidRPr="00DA223F" w:rsidRDefault="00C71055" w:rsidP="00C71055">
            <w:pPr>
              <w:rPr>
                <w:rFonts w:ascii="Times New Roman" w:hAnsi="Times New Roman" w:cs="Times New Roman"/>
              </w:rPr>
            </w:pPr>
            <w:r w:rsidRPr="00DA223F">
              <w:rPr>
                <w:rFonts w:ascii="Times New Roman" w:hAnsi="Times New Roman" w:cs="Times New Roman"/>
              </w:rPr>
              <w:t>Delivery: No later than 6:00pm</w:t>
            </w:r>
          </w:p>
          <w:p w14:paraId="722BC646" w14:textId="77777777" w:rsidR="00C71055" w:rsidRPr="00DA223F" w:rsidRDefault="00C71055" w:rsidP="00C71055">
            <w:pPr>
              <w:rPr>
                <w:rFonts w:ascii="Times New Roman" w:hAnsi="Times New Roman" w:cs="Times New Roman"/>
              </w:rPr>
            </w:pPr>
          </w:p>
          <w:p w14:paraId="14625C93" w14:textId="77777777" w:rsidR="00C71055" w:rsidRPr="00DA223F" w:rsidRDefault="00C71055" w:rsidP="00C71055">
            <w:pPr>
              <w:rPr>
                <w:rFonts w:ascii="Times New Roman" w:hAnsi="Times New Roman" w:cs="Times New Roman"/>
                <w:b/>
                <w:bCs/>
              </w:rPr>
            </w:pPr>
            <w:r w:rsidRPr="00DA223F">
              <w:rPr>
                <w:rFonts w:ascii="Times New Roman" w:hAnsi="Times New Roman" w:cs="Times New Roman"/>
                <w:b/>
                <w:bCs/>
              </w:rPr>
              <w:t>SAVAHCS</w:t>
            </w:r>
          </w:p>
          <w:p w14:paraId="1C8631AC" w14:textId="77777777" w:rsidR="00C71055" w:rsidRPr="00DA223F" w:rsidRDefault="00C71055" w:rsidP="00C71055">
            <w:pPr>
              <w:rPr>
                <w:rFonts w:ascii="Times New Roman" w:hAnsi="Times New Roman" w:cs="Times New Roman"/>
              </w:rPr>
            </w:pPr>
            <w:r w:rsidRPr="00DA223F">
              <w:rPr>
                <w:rFonts w:ascii="Times New Roman" w:hAnsi="Times New Roman" w:cs="Times New Roman"/>
              </w:rPr>
              <w:t>Supply Chain Management/ Mailroom</w:t>
            </w:r>
          </w:p>
          <w:p w14:paraId="632C44C9" w14:textId="77777777" w:rsidR="00C71055" w:rsidRPr="00DA223F" w:rsidRDefault="00C71055" w:rsidP="00C71055">
            <w:pPr>
              <w:rPr>
                <w:rFonts w:ascii="Times New Roman" w:hAnsi="Times New Roman" w:cs="Times New Roman"/>
              </w:rPr>
            </w:pPr>
            <w:r w:rsidRPr="00DA223F">
              <w:rPr>
                <w:rFonts w:ascii="Times New Roman" w:hAnsi="Times New Roman" w:cs="Times New Roman"/>
              </w:rPr>
              <w:t>Room 14 Building Room 101-14</w:t>
            </w:r>
          </w:p>
          <w:p w14:paraId="3457C0CA" w14:textId="77777777" w:rsidR="00C71055" w:rsidRPr="00DA223F" w:rsidRDefault="00C71055" w:rsidP="00C71055">
            <w:pPr>
              <w:rPr>
                <w:rFonts w:ascii="Times New Roman" w:hAnsi="Times New Roman" w:cs="Times New Roman"/>
              </w:rPr>
            </w:pPr>
            <w:r w:rsidRPr="00DA223F">
              <w:rPr>
                <w:rFonts w:ascii="Times New Roman" w:hAnsi="Times New Roman" w:cs="Times New Roman"/>
              </w:rPr>
              <w:t>Southern Arizona VA Healthcare</w:t>
            </w:r>
          </w:p>
          <w:p w14:paraId="258BE332" w14:textId="77777777" w:rsidR="00C71055" w:rsidRPr="00DA223F" w:rsidRDefault="00C71055" w:rsidP="00C71055">
            <w:pPr>
              <w:rPr>
                <w:rFonts w:ascii="Times New Roman" w:hAnsi="Times New Roman" w:cs="Times New Roman"/>
              </w:rPr>
            </w:pPr>
            <w:r w:rsidRPr="00DA223F">
              <w:rPr>
                <w:rFonts w:ascii="Times New Roman" w:hAnsi="Times New Roman" w:cs="Times New Roman"/>
              </w:rPr>
              <w:t>3601 S. 6th Ave.</w:t>
            </w:r>
          </w:p>
          <w:p w14:paraId="0297B887" w14:textId="77777777" w:rsidR="00C71055" w:rsidRPr="00DA223F" w:rsidRDefault="00C71055" w:rsidP="00C71055">
            <w:pPr>
              <w:rPr>
                <w:rFonts w:ascii="Times New Roman" w:hAnsi="Times New Roman" w:cs="Times New Roman"/>
              </w:rPr>
            </w:pPr>
            <w:r w:rsidRPr="00DA223F">
              <w:rPr>
                <w:rFonts w:ascii="Times New Roman" w:hAnsi="Times New Roman" w:cs="Times New Roman"/>
              </w:rPr>
              <w:t>Tucson, AZ 85723</w:t>
            </w:r>
          </w:p>
          <w:p w14:paraId="118ED1D6" w14:textId="77777777" w:rsidR="00C71055" w:rsidRPr="00DA223F" w:rsidRDefault="00C71055" w:rsidP="00C71055">
            <w:pPr>
              <w:rPr>
                <w:rFonts w:ascii="Times New Roman" w:hAnsi="Times New Roman" w:cs="Times New Roman"/>
              </w:rPr>
            </w:pPr>
            <w:r w:rsidRPr="00DA223F">
              <w:rPr>
                <w:rFonts w:ascii="Times New Roman" w:hAnsi="Times New Roman" w:cs="Times New Roman"/>
              </w:rPr>
              <w:t>Delivery: No later than 3:30pm</w:t>
            </w:r>
          </w:p>
          <w:p w14:paraId="2F14BA77" w14:textId="77777777" w:rsidR="00C71055" w:rsidRPr="00DA223F" w:rsidRDefault="00C71055" w:rsidP="00C71055">
            <w:pPr>
              <w:rPr>
                <w:rFonts w:ascii="Times New Roman" w:hAnsi="Times New Roman" w:cs="Times New Roman"/>
              </w:rPr>
            </w:pPr>
          </w:p>
          <w:p w14:paraId="494228CB" w14:textId="77777777" w:rsidR="00C71055" w:rsidRPr="00DA223F" w:rsidRDefault="00C71055" w:rsidP="00C71055">
            <w:pPr>
              <w:rPr>
                <w:rFonts w:ascii="Times New Roman" w:hAnsi="Times New Roman" w:cs="Times New Roman"/>
              </w:rPr>
            </w:pPr>
          </w:p>
          <w:p w14:paraId="5AFC201C" w14:textId="63EB7AC7" w:rsidR="00C71055" w:rsidRPr="002F5D52" w:rsidRDefault="00C71055" w:rsidP="00C71055">
            <w:pPr>
              <w:rPr>
                <w:rFonts w:ascii="Times New Roman" w:hAnsi="Times New Roman" w:cs="Times New Roman"/>
              </w:rPr>
            </w:pPr>
          </w:p>
        </w:tc>
        <w:tc>
          <w:tcPr>
            <w:tcW w:w="1620" w:type="dxa"/>
            <w:vAlign w:val="center"/>
          </w:tcPr>
          <w:p w14:paraId="1A33E96F" w14:textId="77777777" w:rsidR="00C71055" w:rsidRPr="00DA223F" w:rsidRDefault="00C71055" w:rsidP="00C71055">
            <w:pPr>
              <w:jc w:val="center"/>
              <w:rPr>
                <w:rFonts w:ascii="Times New Roman" w:hAnsi="Times New Roman" w:cs="Times New Roman"/>
              </w:rPr>
            </w:pPr>
            <w:r w:rsidRPr="00DA223F">
              <w:rPr>
                <w:rFonts w:ascii="Times New Roman" w:hAnsi="Times New Roman" w:cs="Times New Roman"/>
              </w:rPr>
              <w:t>36</w:t>
            </w:r>
          </w:p>
          <w:p w14:paraId="1568A9B1" w14:textId="548F0F41" w:rsidR="00C71055" w:rsidRPr="002F5D52" w:rsidRDefault="00C71055" w:rsidP="00C71055">
            <w:pPr>
              <w:jc w:val="center"/>
              <w:rPr>
                <w:rFonts w:ascii="Times New Roman" w:hAnsi="Times New Roman" w:cs="Times New Roman"/>
              </w:rPr>
            </w:pPr>
            <w:r w:rsidRPr="00DA223F">
              <w:rPr>
                <w:rFonts w:ascii="Times New Roman" w:hAnsi="Times New Roman" w:cs="Times New Roman"/>
              </w:rPr>
              <w:t>runs/year</w:t>
            </w:r>
          </w:p>
        </w:tc>
      </w:tr>
    </w:tbl>
    <w:p w14:paraId="04BC1155"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B638C1" w:rsidRPr="002F5D52" w14:paraId="65E16AF2" w14:textId="77777777" w:rsidTr="00E5395D">
        <w:trPr>
          <w:trHeight w:val="350"/>
          <w:jc w:val="center"/>
        </w:trPr>
        <w:tc>
          <w:tcPr>
            <w:tcW w:w="9625" w:type="dxa"/>
            <w:gridSpan w:val="3"/>
            <w:vAlign w:val="center"/>
          </w:tcPr>
          <w:p w14:paraId="78B22925" w14:textId="27A6C524" w:rsidR="00B638C1" w:rsidRPr="002F5D52" w:rsidRDefault="00B638C1" w:rsidP="00C10E59">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6</w:t>
            </w:r>
            <w:r w:rsidR="006F36C0">
              <w:rPr>
                <w:rFonts w:ascii="Times New Roman" w:hAnsi="Times New Roman" w:cs="Times New Roman"/>
                <w:b/>
                <w:bCs/>
              </w:rPr>
              <w:t>2</w:t>
            </w:r>
          </w:p>
        </w:tc>
      </w:tr>
      <w:tr w:rsidR="00442913" w:rsidRPr="002F5D52" w14:paraId="1534CF4E" w14:textId="77777777" w:rsidTr="00AE14B1">
        <w:trPr>
          <w:trHeight w:val="1153"/>
          <w:jc w:val="center"/>
        </w:trPr>
        <w:tc>
          <w:tcPr>
            <w:tcW w:w="4225" w:type="dxa"/>
          </w:tcPr>
          <w:p w14:paraId="106432F1" w14:textId="77777777" w:rsidR="00442913" w:rsidRPr="00DA223F" w:rsidRDefault="00442913" w:rsidP="00442913">
            <w:pPr>
              <w:shd w:val="clear" w:color="auto" w:fill="FFFFFF"/>
              <w:rPr>
                <w:rFonts w:ascii="Times New Roman" w:hAnsi="Times New Roman" w:cs="Times New Roman"/>
              </w:rPr>
            </w:pPr>
            <w:r w:rsidRPr="00DA223F">
              <w:rPr>
                <w:rFonts w:ascii="Times New Roman" w:hAnsi="Times New Roman" w:cs="Times New Roman"/>
                <w:b/>
                <w:bCs/>
              </w:rPr>
              <w:lastRenderedPageBreak/>
              <w:t>SAVAHCS</w:t>
            </w:r>
            <w:r w:rsidRPr="00DA223F">
              <w:rPr>
                <w:rFonts w:ascii="Times New Roman" w:hAnsi="Times New Roman" w:cs="Times New Roman"/>
              </w:rPr>
              <w:br/>
              <w:t>Pharmacy Service</w:t>
            </w:r>
            <w:r w:rsidRPr="00DA223F">
              <w:rPr>
                <w:rFonts w:ascii="Times New Roman" w:hAnsi="Times New Roman" w:cs="Times New Roman"/>
              </w:rPr>
              <w:br/>
              <w:t>Southern Arizona VA Healthcare</w:t>
            </w:r>
            <w:r w:rsidRPr="00DA223F">
              <w:rPr>
                <w:rFonts w:ascii="Times New Roman" w:hAnsi="Times New Roman" w:cs="Times New Roman"/>
              </w:rPr>
              <w:br/>
              <w:t>3601 S. 6th Ave.</w:t>
            </w:r>
            <w:r w:rsidRPr="00DA223F">
              <w:rPr>
                <w:rFonts w:ascii="Times New Roman" w:hAnsi="Times New Roman" w:cs="Times New Roman"/>
              </w:rPr>
              <w:br/>
              <w:t>Tucson, AZ 85723</w:t>
            </w:r>
          </w:p>
          <w:p w14:paraId="49B47CF2" w14:textId="6F02F448" w:rsidR="00442913" w:rsidRPr="002F5D52" w:rsidRDefault="00442913" w:rsidP="00442913">
            <w:pPr>
              <w:shd w:val="clear" w:color="auto" w:fill="FFFFFF"/>
              <w:rPr>
                <w:rFonts w:ascii="Times New Roman" w:hAnsi="Times New Roman" w:cs="Times New Roman"/>
                <w:b/>
                <w:bCs/>
              </w:rPr>
            </w:pPr>
            <w:r w:rsidRPr="00DA223F">
              <w:rPr>
                <w:rFonts w:ascii="Times New Roman" w:hAnsi="Times New Roman" w:cs="Times New Roman"/>
              </w:rPr>
              <w:t>Days: Only as needed/requested (On-Call 24/7, 365 days)</w:t>
            </w:r>
            <w:r w:rsidRPr="00DA223F">
              <w:rPr>
                <w:rFonts w:ascii="Times New Roman" w:hAnsi="Times New Roman" w:cs="Times New Roman"/>
              </w:rPr>
              <w:br/>
              <w:t>Pickup Time: TBD</w:t>
            </w:r>
            <w:r w:rsidRPr="00DA223F">
              <w:rPr>
                <w:rFonts w:ascii="Times New Roman" w:hAnsi="Times New Roman" w:cs="Times New Roman"/>
              </w:rPr>
              <w:br/>
              <w:t>Pickup Location: Building 80, Room 1702 OR Building 57, Room BA081</w:t>
            </w:r>
          </w:p>
        </w:tc>
        <w:tc>
          <w:tcPr>
            <w:tcW w:w="3780" w:type="dxa"/>
          </w:tcPr>
          <w:p w14:paraId="1F7ECB03" w14:textId="5AF79635" w:rsidR="00442913" w:rsidRPr="002F5D52" w:rsidRDefault="00442913" w:rsidP="00442913">
            <w:pPr>
              <w:rPr>
                <w:rFonts w:ascii="Times New Roman" w:hAnsi="Times New Roman" w:cs="Times New Roman"/>
                <w:b/>
                <w:bCs/>
              </w:rPr>
            </w:pPr>
            <w:r w:rsidRPr="00DA223F">
              <w:rPr>
                <w:rFonts w:ascii="Times New Roman" w:hAnsi="Times New Roman" w:cs="Times New Roman"/>
                <w:b/>
                <w:bCs/>
              </w:rPr>
              <w:t>Any address within the SAVAHCS catchment area (300-mile radius, see attached zip codes) for urgent/emergent pharmacy needs. **Run must be exclusive, other runs must not be added on after request made**</w:t>
            </w:r>
            <w:r w:rsidRPr="00DA223F">
              <w:rPr>
                <w:rFonts w:ascii="Times New Roman" w:hAnsi="Times New Roman" w:cs="Times New Roman"/>
              </w:rPr>
              <w:br/>
              <w:t>Delivery Time: TBD</w:t>
            </w:r>
            <w:r w:rsidRPr="00DA223F">
              <w:rPr>
                <w:rFonts w:ascii="Times New Roman" w:hAnsi="Times New Roman" w:cs="Times New Roman"/>
              </w:rPr>
              <w:br/>
              <w:t>Delivery location: TBD</w:t>
            </w:r>
          </w:p>
        </w:tc>
        <w:tc>
          <w:tcPr>
            <w:tcW w:w="1620" w:type="dxa"/>
            <w:vAlign w:val="center"/>
          </w:tcPr>
          <w:p w14:paraId="2C975934" w14:textId="77777777" w:rsidR="00442913" w:rsidRPr="00DA223F" w:rsidRDefault="00442913" w:rsidP="00442913">
            <w:pPr>
              <w:jc w:val="center"/>
              <w:rPr>
                <w:rFonts w:ascii="Times New Roman" w:hAnsi="Times New Roman" w:cs="Times New Roman"/>
              </w:rPr>
            </w:pPr>
            <w:r w:rsidRPr="00DA223F">
              <w:rPr>
                <w:rFonts w:ascii="Times New Roman" w:hAnsi="Times New Roman" w:cs="Times New Roman"/>
              </w:rPr>
              <w:t>36</w:t>
            </w:r>
          </w:p>
          <w:p w14:paraId="330D02E5" w14:textId="4545F8E8" w:rsidR="00442913" w:rsidRPr="002F5D52" w:rsidRDefault="00442913" w:rsidP="00442913">
            <w:pPr>
              <w:jc w:val="center"/>
              <w:rPr>
                <w:rFonts w:ascii="Times New Roman" w:hAnsi="Times New Roman" w:cs="Times New Roman"/>
              </w:rPr>
            </w:pPr>
            <w:r w:rsidRPr="00DA223F">
              <w:rPr>
                <w:rFonts w:ascii="Times New Roman" w:hAnsi="Times New Roman" w:cs="Times New Roman"/>
              </w:rPr>
              <w:t>runs/year</w:t>
            </w:r>
          </w:p>
        </w:tc>
      </w:tr>
    </w:tbl>
    <w:p w14:paraId="31D6F5BC" w14:textId="77777777" w:rsidR="00C10E59"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60322D" w:rsidRPr="002F5D52" w14:paraId="4E5C5A4B" w14:textId="77777777" w:rsidTr="001C68B8">
        <w:trPr>
          <w:trHeight w:val="350"/>
          <w:jc w:val="center"/>
        </w:trPr>
        <w:tc>
          <w:tcPr>
            <w:tcW w:w="9625" w:type="dxa"/>
            <w:gridSpan w:val="3"/>
            <w:vAlign w:val="center"/>
          </w:tcPr>
          <w:p w14:paraId="6CF000D2" w14:textId="615AE812" w:rsidR="0060322D" w:rsidRPr="002F5D52" w:rsidRDefault="0060322D" w:rsidP="001C68B8">
            <w:pPr>
              <w:jc w:val="center"/>
              <w:rPr>
                <w:rFonts w:ascii="Times New Roman" w:hAnsi="Times New Roman" w:cs="Times New Roman"/>
                <w:b/>
                <w:bCs/>
              </w:rPr>
            </w:pPr>
            <w:r w:rsidRPr="002F5D52">
              <w:rPr>
                <w:rFonts w:ascii="Times New Roman" w:hAnsi="Times New Roman" w:cs="Times New Roman"/>
                <w:b/>
                <w:bCs/>
              </w:rPr>
              <w:t xml:space="preserve">RUN </w:t>
            </w:r>
            <w:r>
              <w:rPr>
                <w:rFonts w:ascii="Times New Roman" w:hAnsi="Times New Roman" w:cs="Times New Roman"/>
                <w:b/>
                <w:bCs/>
              </w:rPr>
              <w:t>6</w:t>
            </w:r>
            <w:r w:rsidR="006F36C0">
              <w:rPr>
                <w:rFonts w:ascii="Times New Roman" w:hAnsi="Times New Roman" w:cs="Times New Roman"/>
                <w:b/>
                <w:bCs/>
              </w:rPr>
              <w:t>3</w:t>
            </w:r>
          </w:p>
        </w:tc>
      </w:tr>
      <w:tr w:rsidR="00C765AE" w:rsidRPr="002F5D52" w14:paraId="2D2B4302" w14:textId="77777777" w:rsidTr="0060322D">
        <w:trPr>
          <w:trHeight w:val="1153"/>
          <w:jc w:val="center"/>
        </w:trPr>
        <w:tc>
          <w:tcPr>
            <w:tcW w:w="4225" w:type="dxa"/>
          </w:tcPr>
          <w:p w14:paraId="1FFBCB51" w14:textId="77777777" w:rsidR="00C765AE" w:rsidRPr="00DA223F" w:rsidRDefault="00C765AE" w:rsidP="00C765AE">
            <w:pPr>
              <w:rPr>
                <w:rFonts w:ascii="Times New Roman" w:hAnsi="Times New Roman" w:cs="Times New Roman"/>
                <w:b/>
                <w:bCs/>
              </w:rPr>
            </w:pPr>
            <w:r w:rsidRPr="00DA223F">
              <w:rPr>
                <w:rFonts w:ascii="Times New Roman" w:hAnsi="Times New Roman" w:cs="Times New Roman"/>
                <w:b/>
                <w:bCs/>
              </w:rPr>
              <w:t xml:space="preserve">Adobe Gastroenterology, PC   </w:t>
            </w:r>
          </w:p>
          <w:p w14:paraId="19B399F3" w14:textId="77777777" w:rsidR="00C765AE" w:rsidRPr="00DA223F" w:rsidRDefault="00C765AE" w:rsidP="00C765AE">
            <w:pPr>
              <w:rPr>
                <w:rFonts w:ascii="Times New Roman" w:hAnsi="Times New Roman" w:cs="Times New Roman"/>
              </w:rPr>
            </w:pPr>
            <w:r w:rsidRPr="00DA223F">
              <w:rPr>
                <w:rFonts w:ascii="Times New Roman" w:hAnsi="Times New Roman" w:cs="Times New Roman"/>
              </w:rPr>
              <w:t>2585 N Wyatt Drive</w:t>
            </w:r>
          </w:p>
          <w:p w14:paraId="1A25C99C" w14:textId="77777777" w:rsidR="00C765AE" w:rsidRPr="00DA223F" w:rsidRDefault="00C765AE" w:rsidP="00C765AE">
            <w:pPr>
              <w:rPr>
                <w:rFonts w:ascii="Times New Roman" w:hAnsi="Times New Roman" w:cs="Times New Roman"/>
              </w:rPr>
            </w:pPr>
            <w:r w:rsidRPr="00DA223F">
              <w:rPr>
                <w:rFonts w:ascii="Times New Roman" w:hAnsi="Times New Roman" w:cs="Times New Roman"/>
              </w:rPr>
              <w:t>Tucson, AZ 85712</w:t>
            </w:r>
          </w:p>
          <w:p w14:paraId="36B42057" w14:textId="77777777" w:rsidR="00C765AE" w:rsidRPr="00DA223F" w:rsidRDefault="00C765AE" w:rsidP="00C765AE">
            <w:pPr>
              <w:rPr>
                <w:rFonts w:ascii="Times New Roman" w:hAnsi="Times New Roman" w:cs="Times New Roman"/>
              </w:rPr>
            </w:pPr>
            <w:r w:rsidRPr="00DA223F">
              <w:rPr>
                <w:rFonts w:ascii="Times New Roman" w:hAnsi="Times New Roman" w:cs="Times New Roman"/>
              </w:rPr>
              <w:t>Days: Only as needed/requested (On-Call)</w:t>
            </w:r>
          </w:p>
          <w:p w14:paraId="37498C10" w14:textId="77777777" w:rsidR="00C765AE" w:rsidRPr="00DA223F" w:rsidRDefault="00C765AE" w:rsidP="00C765AE">
            <w:pPr>
              <w:rPr>
                <w:rFonts w:ascii="Times New Roman" w:hAnsi="Times New Roman" w:cs="Times New Roman"/>
              </w:rPr>
            </w:pPr>
            <w:r w:rsidRPr="00DA223F">
              <w:rPr>
                <w:rFonts w:ascii="Times New Roman" w:hAnsi="Times New Roman" w:cs="Times New Roman"/>
              </w:rPr>
              <w:t>Pickup Time: TBD</w:t>
            </w:r>
          </w:p>
          <w:p w14:paraId="084D5B76" w14:textId="1B8F0F37" w:rsidR="00C765AE" w:rsidRPr="002F5D52" w:rsidRDefault="00C765AE" w:rsidP="00C765AE">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tc>
        <w:tc>
          <w:tcPr>
            <w:tcW w:w="3780" w:type="dxa"/>
          </w:tcPr>
          <w:p w14:paraId="038BE426" w14:textId="77777777" w:rsidR="00C765AE" w:rsidRPr="00DA223F" w:rsidRDefault="00C765AE" w:rsidP="00C765AE">
            <w:pPr>
              <w:rPr>
                <w:rFonts w:ascii="Times New Roman" w:hAnsi="Times New Roman" w:cs="Times New Roman"/>
                <w:b/>
                <w:bCs/>
              </w:rPr>
            </w:pPr>
            <w:r w:rsidRPr="00DA223F">
              <w:rPr>
                <w:rFonts w:ascii="Times New Roman" w:hAnsi="Times New Roman" w:cs="Times New Roman"/>
                <w:b/>
                <w:bCs/>
              </w:rPr>
              <w:t>SAVAHCS</w:t>
            </w:r>
          </w:p>
          <w:p w14:paraId="28BC3C34" w14:textId="77777777" w:rsidR="00C765AE" w:rsidRPr="00DA223F" w:rsidRDefault="00C765AE" w:rsidP="00C765AE">
            <w:pPr>
              <w:rPr>
                <w:rFonts w:ascii="Times New Roman" w:hAnsi="Times New Roman" w:cs="Times New Roman"/>
              </w:rPr>
            </w:pPr>
            <w:r w:rsidRPr="00DA223F">
              <w:rPr>
                <w:rFonts w:ascii="Times New Roman" w:hAnsi="Times New Roman" w:cs="Times New Roman"/>
              </w:rPr>
              <w:t>Clinical Laboratory</w:t>
            </w:r>
          </w:p>
          <w:p w14:paraId="585E6BC9" w14:textId="77777777" w:rsidR="00C765AE" w:rsidRPr="00DA223F" w:rsidRDefault="00C765AE" w:rsidP="00C765AE">
            <w:pPr>
              <w:rPr>
                <w:rFonts w:ascii="Times New Roman" w:hAnsi="Times New Roman" w:cs="Times New Roman"/>
              </w:rPr>
            </w:pPr>
            <w:r w:rsidRPr="00DA223F">
              <w:rPr>
                <w:rFonts w:ascii="Times New Roman" w:hAnsi="Times New Roman" w:cs="Times New Roman"/>
              </w:rPr>
              <w:t>Southern Arizona VA Health Care</w:t>
            </w:r>
          </w:p>
          <w:p w14:paraId="3959D024" w14:textId="77777777" w:rsidR="00C765AE" w:rsidRPr="00DA223F" w:rsidRDefault="00C765AE" w:rsidP="00C765AE">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4592D1EA" w14:textId="77777777" w:rsidR="00C765AE" w:rsidRPr="00DA223F" w:rsidRDefault="00C765AE" w:rsidP="00C765AE">
            <w:pPr>
              <w:rPr>
                <w:rFonts w:ascii="Times New Roman" w:hAnsi="Times New Roman" w:cs="Times New Roman"/>
              </w:rPr>
            </w:pPr>
            <w:r w:rsidRPr="00DA223F">
              <w:rPr>
                <w:rFonts w:ascii="Times New Roman" w:hAnsi="Times New Roman" w:cs="Times New Roman"/>
              </w:rPr>
              <w:t>Tucson, AZ 85723</w:t>
            </w:r>
          </w:p>
          <w:p w14:paraId="2C8BD9DF" w14:textId="77777777" w:rsidR="00C765AE" w:rsidRPr="00DA223F" w:rsidRDefault="00C765AE" w:rsidP="00C765AE">
            <w:pPr>
              <w:rPr>
                <w:rFonts w:ascii="Times New Roman" w:hAnsi="Times New Roman" w:cs="Times New Roman"/>
              </w:rPr>
            </w:pPr>
            <w:r w:rsidRPr="00DA223F">
              <w:rPr>
                <w:rFonts w:ascii="Times New Roman" w:hAnsi="Times New Roman" w:cs="Times New Roman"/>
              </w:rPr>
              <w:t>Delivery Time: TBD</w:t>
            </w:r>
          </w:p>
          <w:p w14:paraId="1ABA64FB" w14:textId="0C320E04" w:rsidR="00C765AE" w:rsidRPr="002F5D52" w:rsidRDefault="00C765AE" w:rsidP="00C765AE">
            <w:pPr>
              <w:shd w:val="clear" w:color="auto" w:fill="FFFFFF"/>
              <w:rPr>
                <w:rFonts w:ascii="Times New Roman" w:hAnsi="Times New Roman" w:cs="Times New Roman"/>
                <w:b/>
                <w:bCs/>
              </w:rPr>
            </w:pPr>
            <w:r w:rsidRPr="00DA223F">
              <w:rPr>
                <w:rFonts w:ascii="Times New Roman" w:hAnsi="Times New Roman" w:cs="Times New Roman"/>
              </w:rPr>
              <w:t>Delivery Location: Clinical Laboratory Building 57, Front Desk, Room B126</w:t>
            </w:r>
          </w:p>
        </w:tc>
        <w:tc>
          <w:tcPr>
            <w:tcW w:w="1620" w:type="dxa"/>
            <w:vAlign w:val="center"/>
          </w:tcPr>
          <w:p w14:paraId="7BC0C3FA" w14:textId="62717050" w:rsidR="00C765AE" w:rsidRPr="002F5D52" w:rsidRDefault="00C765AE" w:rsidP="00C765AE">
            <w:pPr>
              <w:jc w:val="center"/>
              <w:rPr>
                <w:rFonts w:ascii="Times New Roman" w:hAnsi="Times New Roman" w:cs="Times New Roman"/>
              </w:rPr>
            </w:pPr>
            <w:r w:rsidRPr="00DA223F">
              <w:rPr>
                <w:rFonts w:ascii="Times New Roman" w:hAnsi="Times New Roman" w:cs="Times New Roman"/>
              </w:rPr>
              <w:t>10 runs/year</w:t>
            </w:r>
          </w:p>
        </w:tc>
      </w:tr>
    </w:tbl>
    <w:p w14:paraId="1E9DF096"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173235DD" w14:textId="77777777" w:rsidTr="00E5395D">
        <w:trPr>
          <w:trHeight w:val="350"/>
          <w:jc w:val="center"/>
        </w:trPr>
        <w:tc>
          <w:tcPr>
            <w:tcW w:w="9625" w:type="dxa"/>
            <w:gridSpan w:val="3"/>
            <w:vAlign w:val="center"/>
          </w:tcPr>
          <w:p w14:paraId="6970607B" w14:textId="2E0E3F0A"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6</w:t>
            </w:r>
            <w:r w:rsidR="006F36C0">
              <w:rPr>
                <w:rFonts w:ascii="Times New Roman" w:hAnsi="Times New Roman" w:cs="Times New Roman"/>
                <w:b/>
                <w:bCs/>
              </w:rPr>
              <w:t>4</w:t>
            </w:r>
          </w:p>
        </w:tc>
      </w:tr>
      <w:tr w:rsidR="00E025BC" w:rsidRPr="002F5D52" w14:paraId="6917ABB2" w14:textId="77777777" w:rsidTr="00E5395D">
        <w:trPr>
          <w:trHeight w:val="1153"/>
          <w:jc w:val="center"/>
        </w:trPr>
        <w:tc>
          <w:tcPr>
            <w:tcW w:w="4225" w:type="dxa"/>
          </w:tcPr>
          <w:p w14:paraId="45C4A6F1" w14:textId="77777777" w:rsidR="00E025BC" w:rsidRPr="00DA223F" w:rsidRDefault="00E025BC" w:rsidP="00E025BC">
            <w:pPr>
              <w:rPr>
                <w:rFonts w:ascii="Times New Roman" w:hAnsi="Times New Roman" w:cs="Times New Roman"/>
                <w:b/>
                <w:bCs/>
              </w:rPr>
            </w:pPr>
            <w:r w:rsidRPr="00DA223F">
              <w:rPr>
                <w:rFonts w:ascii="Times New Roman" w:hAnsi="Times New Roman" w:cs="Times New Roman"/>
                <w:b/>
                <w:bCs/>
              </w:rPr>
              <w:t>Arizona Community Physicians (ACP) LAB</w:t>
            </w:r>
          </w:p>
          <w:p w14:paraId="2445477D" w14:textId="77777777" w:rsidR="00E025BC" w:rsidRPr="00DA223F" w:rsidRDefault="00E025BC" w:rsidP="00E025BC">
            <w:pPr>
              <w:rPr>
                <w:rFonts w:ascii="Times New Roman" w:hAnsi="Times New Roman" w:cs="Times New Roman"/>
              </w:rPr>
            </w:pPr>
            <w:r w:rsidRPr="00DA223F">
              <w:rPr>
                <w:rFonts w:ascii="Times New Roman" w:hAnsi="Times New Roman" w:cs="Times New Roman"/>
              </w:rPr>
              <w:t>6565 E Carondelet Drive, Suite 105</w:t>
            </w:r>
          </w:p>
          <w:p w14:paraId="10D45B62" w14:textId="77777777" w:rsidR="00E025BC" w:rsidRPr="00DA223F" w:rsidRDefault="00E025BC" w:rsidP="00E025BC">
            <w:pPr>
              <w:rPr>
                <w:rFonts w:ascii="Times New Roman" w:hAnsi="Times New Roman" w:cs="Times New Roman"/>
              </w:rPr>
            </w:pPr>
            <w:r w:rsidRPr="00DA223F">
              <w:rPr>
                <w:rFonts w:ascii="Times New Roman" w:hAnsi="Times New Roman" w:cs="Times New Roman"/>
              </w:rPr>
              <w:t>Tucson, AZ 85710</w:t>
            </w:r>
          </w:p>
          <w:p w14:paraId="3DC27154" w14:textId="77777777" w:rsidR="00E025BC" w:rsidRPr="00DA223F" w:rsidRDefault="00E025BC" w:rsidP="00E025BC">
            <w:pPr>
              <w:rPr>
                <w:rFonts w:ascii="Times New Roman" w:hAnsi="Times New Roman" w:cs="Times New Roman"/>
              </w:rPr>
            </w:pPr>
            <w:r w:rsidRPr="00DA223F">
              <w:rPr>
                <w:rFonts w:ascii="Times New Roman" w:hAnsi="Times New Roman" w:cs="Times New Roman"/>
              </w:rPr>
              <w:t>Days: Only as needed/requested (On-Call)</w:t>
            </w:r>
          </w:p>
          <w:p w14:paraId="67827C3B" w14:textId="77777777" w:rsidR="00E025BC" w:rsidRPr="00DA223F" w:rsidRDefault="00E025BC" w:rsidP="00E025BC">
            <w:pPr>
              <w:rPr>
                <w:rFonts w:ascii="Times New Roman" w:hAnsi="Times New Roman" w:cs="Times New Roman"/>
              </w:rPr>
            </w:pPr>
            <w:r w:rsidRPr="00DA223F">
              <w:rPr>
                <w:rFonts w:ascii="Times New Roman" w:hAnsi="Times New Roman" w:cs="Times New Roman"/>
              </w:rPr>
              <w:t>Pickup Time: TBD</w:t>
            </w:r>
          </w:p>
          <w:p w14:paraId="13E4BFAC" w14:textId="77777777" w:rsidR="00E025BC" w:rsidRPr="00DA223F" w:rsidRDefault="00E025BC" w:rsidP="00E025BC">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4D225DCE" w14:textId="77777777" w:rsidR="00E025BC" w:rsidRPr="002F5D52" w:rsidRDefault="00E025BC" w:rsidP="00E025BC">
            <w:pPr>
              <w:rPr>
                <w:rFonts w:ascii="Times New Roman" w:hAnsi="Times New Roman" w:cs="Times New Roman"/>
                <w:b/>
                <w:bCs/>
              </w:rPr>
            </w:pPr>
          </w:p>
        </w:tc>
        <w:tc>
          <w:tcPr>
            <w:tcW w:w="3780" w:type="dxa"/>
          </w:tcPr>
          <w:p w14:paraId="32311356" w14:textId="77777777" w:rsidR="00E025BC" w:rsidRPr="00DA223F" w:rsidRDefault="00E025BC" w:rsidP="00E025BC">
            <w:pPr>
              <w:rPr>
                <w:rFonts w:ascii="Times New Roman" w:hAnsi="Times New Roman" w:cs="Times New Roman"/>
                <w:b/>
                <w:bCs/>
              </w:rPr>
            </w:pPr>
            <w:r w:rsidRPr="00DA223F">
              <w:rPr>
                <w:rFonts w:ascii="Times New Roman" w:hAnsi="Times New Roman" w:cs="Times New Roman"/>
                <w:b/>
                <w:bCs/>
              </w:rPr>
              <w:t>SAVAHCS</w:t>
            </w:r>
          </w:p>
          <w:p w14:paraId="1FBFA475" w14:textId="77777777" w:rsidR="00E025BC" w:rsidRPr="00DA223F" w:rsidRDefault="00E025BC" w:rsidP="00E025BC">
            <w:pPr>
              <w:rPr>
                <w:rFonts w:ascii="Times New Roman" w:hAnsi="Times New Roman" w:cs="Times New Roman"/>
              </w:rPr>
            </w:pPr>
            <w:r w:rsidRPr="00DA223F">
              <w:rPr>
                <w:rFonts w:ascii="Times New Roman" w:hAnsi="Times New Roman" w:cs="Times New Roman"/>
              </w:rPr>
              <w:t>Clinical Laboratory</w:t>
            </w:r>
          </w:p>
          <w:p w14:paraId="1614EAA8" w14:textId="77777777" w:rsidR="00E025BC" w:rsidRPr="00DA223F" w:rsidRDefault="00E025BC" w:rsidP="00E025BC">
            <w:pPr>
              <w:rPr>
                <w:rFonts w:ascii="Times New Roman" w:hAnsi="Times New Roman" w:cs="Times New Roman"/>
              </w:rPr>
            </w:pPr>
            <w:r w:rsidRPr="00DA223F">
              <w:rPr>
                <w:rFonts w:ascii="Times New Roman" w:hAnsi="Times New Roman" w:cs="Times New Roman"/>
              </w:rPr>
              <w:t>Southern Arizona VA Health Care</w:t>
            </w:r>
          </w:p>
          <w:p w14:paraId="3B7AF3D1" w14:textId="77777777" w:rsidR="00E025BC" w:rsidRPr="00DA223F" w:rsidRDefault="00E025BC" w:rsidP="00E025BC">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76E86905" w14:textId="77777777" w:rsidR="00E025BC" w:rsidRPr="00DA223F" w:rsidRDefault="00E025BC" w:rsidP="00E025BC">
            <w:pPr>
              <w:rPr>
                <w:rFonts w:ascii="Times New Roman" w:hAnsi="Times New Roman" w:cs="Times New Roman"/>
              </w:rPr>
            </w:pPr>
            <w:r w:rsidRPr="00DA223F">
              <w:rPr>
                <w:rFonts w:ascii="Times New Roman" w:hAnsi="Times New Roman" w:cs="Times New Roman"/>
              </w:rPr>
              <w:t>Tucson, AZ 85723</w:t>
            </w:r>
          </w:p>
          <w:p w14:paraId="4D11EBB0" w14:textId="77777777" w:rsidR="00E025BC" w:rsidRPr="00DA223F" w:rsidRDefault="00E025BC" w:rsidP="00E025BC">
            <w:pPr>
              <w:rPr>
                <w:rFonts w:ascii="Times New Roman" w:hAnsi="Times New Roman" w:cs="Times New Roman"/>
              </w:rPr>
            </w:pPr>
            <w:r w:rsidRPr="00DA223F">
              <w:rPr>
                <w:rFonts w:ascii="Times New Roman" w:hAnsi="Times New Roman" w:cs="Times New Roman"/>
              </w:rPr>
              <w:t>Delivery Time: TBD</w:t>
            </w:r>
          </w:p>
          <w:p w14:paraId="3A75734A" w14:textId="438B96FA" w:rsidR="00E025BC" w:rsidRPr="002F5D52" w:rsidRDefault="00E025BC" w:rsidP="00E025BC">
            <w:pPr>
              <w:rPr>
                <w:rFonts w:ascii="Times New Roman" w:hAnsi="Times New Roman" w:cs="Times New Roman"/>
                <w:b/>
                <w:bCs/>
              </w:rPr>
            </w:pPr>
            <w:r w:rsidRPr="00DA223F">
              <w:rPr>
                <w:rFonts w:ascii="Times New Roman" w:hAnsi="Times New Roman" w:cs="Times New Roman"/>
              </w:rPr>
              <w:t>Delivery Location: Clinical Laboratory Building 57, Front Desk, Room B126</w:t>
            </w:r>
          </w:p>
        </w:tc>
        <w:tc>
          <w:tcPr>
            <w:tcW w:w="1620" w:type="dxa"/>
            <w:vAlign w:val="center"/>
          </w:tcPr>
          <w:p w14:paraId="46D4B45A" w14:textId="77197EBE" w:rsidR="00E025BC" w:rsidRPr="002F5D52" w:rsidRDefault="00E025BC" w:rsidP="00E025BC">
            <w:pPr>
              <w:jc w:val="center"/>
              <w:rPr>
                <w:rFonts w:ascii="Times New Roman" w:hAnsi="Times New Roman" w:cs="Times New Roman"/>
              </w:rPr>
            </w:pPr>
            <w:r w:rsidRPr="00DA223F">
              <w:rPr>
                <w:rFonts w:ascii="Times New Roman" w:hAnsi="Times New Roman" w:cs="Times New Roman"/>
              </w:rPr>
              <w:t>12 runs/year</w:t>
            </w:r>
          </w:p>
        </w:tc>
      </w:tr>
    </w:tbl>
    <w:p w14:paraId="2C236251"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1B10ECA0" w14:textId="77777777" w:rsidTr="00E5395D">
        <w:trPr>
          <w:trHeight w:val="350"/>
          <w:jc w:val="center"/>
        </w:trPr>
        <w:tc>
          <w:tcPr>
            <w:tcW w:w="9625" w:type="dxa"/>
            <w:gridSpan w:val="3"/>
            <w:vAlign w:val="center"/>
          </w:tcPr>
          <w:p w14:paraId="7C491754" w14:textId="3CAE5D1E"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6</w:t>
            </w:r>
            <w:r w:rsidR="006F36C0">
              <w:rPr>
                <w:rFonts w:ascii="Times New Roman" w:hAnsi="Times New Roman" w:cs="Times New Roman"/>
                <w:b/>
                <w:bCs/>
              </w:rPr>
              <w:t>5</w:t>
            </w:r>
          </w:p>
        </w:tc>
      </w:tr>
      <w:tr w:rsidR="00797402" w:rsidRPr="002F5D52" w14:paraId="69C42F35" w14:textId="77777777" w:rsidTr="00E5395D">
        <w:trPr>
          <w:trHeight w:val="1153"/>
          <w:jc w:val="center"/>
        </w:trPr>
        <w:tc>
          <w:tcPr>
            <w:tcW w:w="4225" w:type="dxa"/>
          </w:tcPr>
          <w:p w14:paraId="27890171" w14:textId="77777777" w:rsidR="00797402" w:rsidRPr="00DA223F" w:rsidRDefault="00797402" w:rsidP="00797402">
            <w:pPr>
              <w:rPr>
                <w:rFonts w:ascii="Times New Roman" w:hAnsi="Times New Roman" w:cs="Times New Roman"/>
                <w:b/>
                <w:bCs/>
              </w:rPr>
            </w:pPr>
            <w:r w:rsidRPr="00DA223F">
              <w:rPr>
                <w:rFonts w:ascii="Times New Roman" w:hAnsi="Times New Roman" w:cs="Times New Roman"/>
                <w:b/>
                <w:bCs/>
              </w:rPr>
              <w:t xml:space="preserve">Arizona Diagnostic Pathology Associates PLLC   </w:t>
            </w:r>
          </w:p>
          <w:p w14:paraId="4E092717" w14:textId="77777777" w:rsidR="00797402" w:rsidRPr="00DA223F" w:rsidRDefault="00797402" w:rsidP="00797402">
            <w:pPr>
              <w:rPr>
                <w:rFonts w:ascii="Times New Roman" w:hAnsi="Times New Roman" w:cs="Times New Roman"/>
              </w:rPr>
            </w:pPr>
            <w:r w:rsidRPr="00DA223F">
              <w:rPr>
                <w:rFonts w:ascii="Times New Roman" w:hAnsi="Times New Roman" w:cs="Times New Roman"/>
              </w:rPr>
              <w:t xml:space="preserve">3801 N Campbell, Suite B   </w:t>
            </w:r>
          </w:p>
          <w:p w14:paraId="502D6B6E" w14:textId="77777777" w:rsidR="00797402" w:rsidRPr="00DA223F" w:rsidRDefault="00797402" w:rsidP="00797402">
            <w:pPr>
              <w:rPr>
                <w:rFonts w:ascii="Times New Roman" w:hAnsi="Times New Roman" w:cs="Times New Roman"/>
              </w:rPr>
            </w:pPr>
            <w:r w:rsidRPr="00DA223F">
              <w:rPr>
                <w:rFonts w:ascii="Times New Roman" w:hAnsi="Times New Roman" w:cs="Times New Roman"/>
              </w:rPr>
              <w:t>Tucson, AZ  85719</w:t>
            </w:r>
          </w:p>
          <w:p w14:paraId="797F3F23" w14:textId="77777777" w:rsidR="00797402" w:rsidRPr="00DA223F" w:rsidRDefault="00797402" w:rsidP="00797402">
            <w:pPr>
              <w:rPr>
                <w:rFonts w:ascii="Times New Roman" w:hAnsi="Times New Roman" w:cs="Times New Roman"/>
              </w:rPr>
            </w:pPr>
            <w:r w:rsidRPr="00DA223F">
              <w:rPr>
                <w:rFonts w:ascii="Times New Roman" w:hAnsi="Times New Roman" w:cs="Times New Roman"/>
              </w:rPr>
              <w:t>Days: Only as needed/requested (On-Call)</w:t>
            </w:r>
          </w:p>
          <w:p w14:paraId="21A61C4D" w14:textId="77777777" w:rsidR="00797402" w:rsidRPr="00DA223F" w:rsidRDefault="00797402" w:rsidP="00797402">
            <w:pPr>
              <w:rPr>
                <w:rFonts w:ascii="Times New Roman" w:hAnsi="Times New Roman" w:cs="Times New Roman"/>
              </w:rPr>
            </w:pPr>
            <w:r w:rsidRPr="00DA223F">
              <w:rPr>
                <w:rFonts w:ascii="Times New Roman" w:hAnsi="Times New Roman" w:cs="Times New Roman"/>
              </w:rPr>
              <w:t>Pickup Time: TBD</w:t>
            </w:r>
          </w:p>
          <w:p w14:paraId="7C986FBD" w14:textId="77777777" w:rsidR="00797402" w:rsidRPr="00DA223F" w:rsidRDefault="00797402" w:rsidP="00797402">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7F03A795" w14:textId="77777777" w:rsidR="00797402" w:rsidRPr="00DA223F" w:rsidRDefault="00797402" w:rsidP="00797402">
            <w:pPr>
              <w:rPr>
                <w:rFonts w:ascii="Times New Roman" w:hAnsi="Times New Roman" w:cs="Times New Roman"/>
              </w:rPr>
            </w:pPr>
          </w:p>
          <w:p w14:paraId="42AF5695" w14:textId="77777777" w:rsidR="00797402" w:rsidRPr="002F5D52" w:rsidRDefault="00797402" w:rsidP="00797402">
            <w:pPr>
              <w:rPr>
                <w:rFonts w:ascii="Times New Roman" w:hAnsi="Times New Roman" w:cs="Times New Roman"/>
                <w:b/>
                <w:bCs/>
              </w:rPr>
            </w:pPr>
          </w:p>
        </w:tc>
        <w:tc>
          <w:tcPr>
            <w:tcW w:w="3780" w:type="dxa"/>
          </w:tcPr>
          <w:p w14:paraId="3A6233B2" w14:textId="77777777" w:rsidR="00797402" w:rsidRPr="00DA223F" w:rsidRDefault="00797402" w:rsidP="00797402">
            <w:pPr>
              <w:rPr>
                <w:rFonts w:ascii="Times New Roman" w:hAnsi="Times New Roman" w:cs="Times New Roman"/>
                <w:b/>
                <w:bCs/>
              </w:rPr>
            </w:pPr>
            <w:r w:rsidRPr="00DA223F">
              <w:rPr>
                <w:rFonts w:ascii="Times New Roman" w:hAnsi="Times New Roman" w:cs="Times New Roman"/>
                <w:b/>
                <w:bCs/>
              </w:rPr>
              <w:t>SAVAHCS</w:t>
            </w:r>
          </w:p>
          <w:p w14:paraId="6466093B" w14:textId="77777777" w:rsidR="00797402" w:rsidRPr="00DA223F" w:rsidRDefault="00797402" w:rsidP="00797402">
            <w:pPr>
              <w:rPr>
                <w:rFonts w:ascii="Times New Roman" w:hAnsi="Times New Roman" w:cs="Times New Roman"/>
              </w:rPr>
            </w:pPr>
            <w:r w:rsidRPr="00DA223F">
              <w:rPr>
                <w:rFonts w:ascii="Times New Roman" w:hAnsi="Times New Roman" w:cs="Times New Roman"/>
              </w:rPr>
              <w:t>Clinical Laboratory</w:t>
            </w:r>
          </w:p>
          <w:p w14:paraId="397D06E8" w14:textId="77777777" w:rsidR="00797402" w:rsidRPr="00DA223F" w:rsidRDefault="00797402" w:rsidP="00797402">
            <w:pPr>
              <w:rPr>
                <w:rFonts w:ascii="Times New Roman" w:hAnsi="Times New Roman" w:cs="Times New Roman"/>
              </w:rPr>
            </w:pPr>
            <w:r w:rsidRPr="00DA223F">
              <w:rPr>
                <w:rFonts w:ascii="Times New Roman" w:hAnsi="Times New Roman" w:cs="Times New Roman"/>
              </w:rPr>
              <w:t>Southern Arizona VA Health Care</w:t>
            </w:r>
          </w:p>
          <w:p w14:paraId="0C7ED065" w14:textId="77777777" w:rsidR="00797402" w:rsidRPr="00DA223F" w:rsidRDefault="00797402" w:rsidP="00797402">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780D6B8F" w14:textId="77777777" w:rsidR="00797402" w:rsidRPr="00DA223F" w:rsidRDefault="00797402" w:rsidP="00797402">
            <w:pPr>
              <w:rPr>
                <w:rFonts w:ascii="Times New Roman" w:hAnsi="Times New Roman" w:cs="Times New Roman"/>
              </w:rPr>
            </w:pPr>
            <w:r w:rsidRPr="00DA223F">
              <w:rPr>
                <w:rFonts w:ascii="Times New Roman" w:hAnsi="Times New Roman" w:cs="Times New Roman"/>
              </w:rPr>
              <w:t>Tucson, AZ 85723</w:t>
            </w:r>
          </w:p>
          <w:p w14:paraId="35E447FC" w14:textId="77777777" w:rsidR="00797402" w:rsidRPr="00DA223F" w:rsidRDefault="00797402" w:rsidP="00797402">
            <w:pPr>
              <w:rPr>
                <w:rFonts w:ascii="Times New Roman" w:hAnsi="Times New Roman" w:cs="Times New Roman"/>
              </w:rPr>
            </w:pPr>
            <w:r w:rsidRPr="00DA223F">
              <w:rPr>
                <w:rFonts w:ascii="Times New Roman" w:hAnsi="Times New Roman" w:cs="Times New Roman"/>
              </w:rPr>
              <w:t>Delivery Time: TBD</w:t>
            </w:r>
          </w:p>
          <w:p w14:paraId="5B9977E1" w14:textId="11AA4BEB" w:rsidR="00797402" w:rsidRPr="002F5D52" w:rsidRDefault="00797402" w:rsidP="00797402">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2998E634" w14:textId="24096B28" w:rsidR="00797402" w:rsidRPr="002F5D52" w:rsidRDefault="00797402" w:rsidP="00797402">
            <w:pPr>
              <w:jc w:val="center"/>
              <w:rPr>
                <w:rFonts w:ascii="Times New Roman" w:hAnsi="Times New Roman" w:cs="Times New Roman"/>
              </w:rPr>
            </w:pPr>
            <w:r w:rsidRPr="00DA223F">
              <w:rPr>
                <w:rFonts w:ascii="Times New Roman" w:hAnsi="Times New Roman" w:cs="Times New Roman"/>
              </w:rPr>
              <w:t>30 runs/year</w:t>
            </w:r>
          </w:p>
        </w:tc>
      </w:tr>
    </w:tbl>
    <w:p w14:paraId="647F7D43"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3E2DEDA6" w14:textId="77777777" w:rsidTr="00E5395D">
        <w:trPr>
          <w:trHeight w:val="350"/>
          <w:jc w:val="center"/>
        </w:trPr>
        <w:tc>
          <w:tcPr>
            <w:tcW w:w="9625" w:type="dxa"/>
            <w:gridSpan w:val="3"/>
            <w:vAlign w:val="center"/>
          </w:tcPr>
          <w:p w14:paraId="73527A62" w14:textId="431F4379"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6</w:t>
            </w:r>
            <w:r w:rsidR="006F36C0">
              <w:rPr>
                <w:rFonts w:ascii="Times New Roman" w:hAnsi="Times New Roman" w:cs="Times New Roman"/>
                <w:b/>
                <w:bCs/>
              </w:rPr>
              <w:t>6</w:t>
            </w:r>
          </w:p>
        </w:tc>
      </w:tr>
      <w:tr w:rsidR="00787712" w:rsidRPr="002F5D52" w14:paraId="7E226954" w14:textId="77777777" w:rsidTr="00E5395D">
        <w:trPr>
          <w:trHeight w:val="1153"/>
          <w:jc w:val="center"/>
        </w:trPr>
        <w:tc>
          <w:tcPr>
            <w:tcW w:w="4225" w:type="dxa"/>
          </w:tcPr>
          <w:p w14:paraId="72E9CBD2" w14:textId="77777777" w:rsidR="00787712" w:rsidRPr="00DA223F" w:rsidRDefault="00787712" w:rsidP="00787712">
            <w:pPr>
              <w:rPr>
                <w:rFonts w:ascii="Times New Roman" w:hAnsi="Times New Roman" w:cs="Times New Roman"/>
                <w:b/>
                <w:bCs/>
              </w:rPr>
            </w:pPr>
            <w:r w:rsidRPr="00DA223F">
              <w:rPr>
                <w:rFonts w:ascii="Times New Roman" w:hAnsi="Times New Roman" w:cs="Times New Roman"/>
                <w:b/>
                <w:bCs/>
              </w:rPr>
              <w:lastRenderedPageBreak/>
              <w:t xml:space="preserve">Associated Dermatologists, PC   </w:t>
            </w:r>
          </w:p>
          <w:p w14:paraId="0E3D3938" w14:textId="77777777" w:rsidR="00787712" w:rsidRPr="00DA223F" w:rsidRDefault="00787712" w:rsidP="00787712">
            <w:pPr>
              <w:rPr>
                <w:rFonts w:ascii="Times New Roman" w:hAnsi="Times New Roman" w:cs="Times New Roman"/>
              </w:rPr>
            </w:pPr>
            <w:r w:rsidRPr="00DA223F">
              <w:rPr>
                <w:rFonts w:ascii="Times New Roman" w:hAnsi="Times New Roman" w:cs="Times New Roman"/>
              </w:rPr>
              <w:t xml:space="preserve">6296 E Grant Rd #180   </w:t>
            </w:r>
          </w:p>
          <w:p w14:paraId="5DC8CB9F" w14:textId="77777777" w:rsidR="00787712" w:rsidRPr="00DA223F" w:rsidRDefault="00787712" w:rsidP="00787712">
            <w:pPr>
              <w:rPr>
                <w:rFonts w:ascii="Times New Roman" w:hAnsi="Times New Roman" w:cs="Times New Roman"/>
              </w:rPr>
            </w:pPr>
            <w:r w:rsidRPr="00DA223F">
              <w:rPr>
                <w:rFonts w:ascii="Times New Roman" w:hAnsi="Times New Roman" w:cs="Times New Roman"/>
              </w:rPr>
              <w:t>Tucson, AZ 85712</w:t>
            </w:r>
          </w:p>
          <w:p w14:paraId="7B386807" w14:textId="77777777" w:rsidR="00787712" w:rsidRPr="00DA223F" w:rsidRDefault="00787712" w:rsidP="00787712">
            <w:pPr>
              <w:rPr>
                <w:rFonts w:ascii="Times New Roman" w:hAnsi="Times New Roman" w:cs="Times New Roman"/>
              </w:rPr>
            </w:pPr>
            <w:r w:rsidRPr="00DA223F">
              <w:rPr>
                <w:rFonts w:ascii="Times New Roman" w:hAnsi="Times New Roman" w:cs="Times New Roman"/>
              </w:rPr>
              <w:t>Days: Only as needed/requested (On-Call)</w:t>
            </w:r>
          </w:p>
          <w:p w14:paraId="3DFBC982" w14:textId="77777777" w:rsidR="00787712" w:rsidRPr="00DA223F" w:rsidRDefault="00787712" w:rsidP="00787712">
            <w:pPr>
              <w:rPr>
                <w:rFonts w:ascii="Times New Roman" w:hAnsi="Times New Roman" w:cs="Times New Roman"/>
              </w:rPr>
            </w:pPr>
            <w:r w:rsidRPr="00DA223F">
              <w:rPr>
                <w:rFonts w:ascii="Times New Roman" w:hAnsi="Times New Roman" w:cs="Times New Roman"/>
              </w:rPr>
              <w:t>Pickup Time: TBD</w:t>
            </w:r>
          </w:p>
          <w:p w14:paraId="7F6E4887" w14:textId="77777777" w:rsidR="00787712" w:rsidRPr="00DA223F" w:rsidRDefault="00787712" w:rsidP="00787712">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44E16E1C" w14:textId="77777777" w:rsidR="00787712" w:rsidRPr="00DA223F" w:rsidRDefault="00787712" w:rsidP="00787712">
            <w:pPr>
              <w:rPr>
                <w:rFonts w:ascii="Times New Roman" w:hAnsi="Times New Roman" w:cs="Times New Roman"/>
              </w:rPr>
            </w:pPr>
          </w:p>
          <w:p w14:paraId="7EABD66A" w14:textId="77777777" w:rsidR="00787712" w:rsidRPr="002F5D52" w:rsidRDefault="00787712" w:rsidP="00787712">
            <w:pPr>
              <w:rPr>
                <w:rFonts w:ascii="Times New Roman" w:hAnsi="Times New Roman" w:cs="Times New Roman"/>
                <w:b/>
                <w:bCs/>
              </w:rPr>
            </w:pPr>
          </w:p>
        </w:tc>
        <w:tc>
          <w:tcPr>
            <w:tcW w:w="3780" w:type="dxa"/>
          </w:tcPr>
          <w:p w14:paraId="0DF3F67D" w14:textId="77777777" w:rsidR="00787712" w:rsidRPr="00DA223F" w:rsidRDefault="00787712" w:rsidP="00787712">
            <w:pPr>
              <w:rPr>
                <w:rFonts w:ascii="Times New Roman" w:hAnsi="Times New Roman" w:cs="Times New Roman"/>
                <w:b/>
                <w:bCs/>
              </w:rPr>
            </w:pPr>
            <w:r w:rsidRPr="00DA223F">
              <w:rPr>
                <w:rFonts w:ascii="Times New Roman" w:hAnsi="Times New Roman" w:cs="Times New Roman"/>
                <w:b/>
                <w:bCs/>
              </w:rPr>
              <w:t>SAVAHCS</w:t>
            </w:r>
          </w:p>
          <w:p w14:paraId="6343D13B" w14:textId="77777777" w:rsidR="00787712" w:rsidRPr="00DA223F" w:rsidRDefault="00787712" w:rsidP="00787712">
            <w:pPr>
              <w:rPr>
                <w:rFonts w:ascii="Times New Roman" w:hAnsi="Times New Roman" w:cs="Times New Roman"/>
              </w:rPr>
            </w:pPr>
            <w:r w:rsidRPr="00DA223F">
              <w:rPr>
                <w:rFonts w:ascii="Times New Roman" w:hAnsi="Times New Roman" w:cs="Times New Roman"/>
              </w:rPr>
              <w:t>Clinical Laboratory</w:t>
            </w:r>
          </w:p>
          <w:p w14:paraId="3BBEAAA3" w14:textId="77777777" w:rsidR="00787712" w:rsidRPr="00DA223F" w:rsidRDefault="00787712" w:rsidP="00787712">
            <w:pPr>
              <w:rPr>
                <w:rFonts w:ascii="Times New Roman" w:hAnsi="Times New Roman" w:cs="Times New Roman"/>
              </w:rPr>
            </w:pPr>
            <w:r w:rsidRPr="00DA223F">
              <w:rPr>
                <w:rFonts w:ascii="Times New Roman" w:hAnsi="Times New Roman" w:cs="Times New Roman"/>
              </w:rPr>
              <w:t>Southern Arizona VA Health Care</w:t>
            </w:r>
          </w:p>
          <w:p w14:paraId="1CA4FFC4" w14:textId="77777777" w:rsidR="00787712" w:rsidRPr="00DA223F" w:rsidRDefault="00787712" w:rsidP="00787712">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00F4BFCC" w14:textId="77777777" w:rsidR="00787712" w:rsidRPr="00DA223F" w:rsidRDefault="00787712" w:rsidP="00787712">
            <w:pPr>
              <w:rPr>
                <w:rFonts w:ascii="Times New Roman" w:hAnsi="Times New Roman" w:cs="Times New Roman"/>
              </w:rPr>
            </w:pPr>
            <w:r w:rsidRPr="00DA223F">
              <w:rPr>
                <w:rFonts w:ascii="Times New Roman" w:hAnsi="Times New Roman" w:cs="Times New Roman"/>
              </w:rPr>
              <w:t>Tucson, AZ 85723</w:t>
            </w:r>
          </w:p>
          <w:p w14:paraId="486EB46C" w14:textId="77777777" w:rsidR="00787712" w:rsidRPr="00DA223F" w:rsidRDefault="00787712" w:rsidP="00787712">
            <w:pPr>
              <w:rPr>
                <w:rFonts w:ascii="Times New Roman" w:hAnsi="Times New Roman" w:cs="Times New Roman"/>
              </w:rPr>
            </w:pPr>
            <w:r w:rsidRPr="00DA223F">
              <w:rPr>
                <w:rFonts w:ascii="Times New Roman" w:hAnsi="Times New Roman" w:cs="Times New Roman"/>
              </w:rPr>
              <w:t>Delivery Time: TBD</w:t>
            </w:r>
          </w:p>
          <w:p w14:paraId="214DA668" w14:textId="5A0C7FBB" w:rsidR="00787712" w:rsidRPr="002F5D52" w:rsidRDefault="00787712" w:rsidP="00787712">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3AF5AE09" w14:textId="3A7F02C8" w:rsidR="00787712" w:rsidRPr="002F5D52" w:rsidRDefault="00787712" w:rsidP="00787712">
            <w:pPr>
              <w:jc w:val="center"/>
              <w:rPr>
                <w:rFonts w:ascii="Times New Roman" w:hAnsi="Times New Roman" w:cs="Times New Roman"/>
              </w:rPr>
            </w:pPr>
            <w:r w:rsidRPr="00DA223F">
              <w:rPr>
                <w:rFonts w:ascii="Times New Roman" w:hAnsi="Times New Roman" w:cs="Times New Roman"/>
              </w:rPr>
              <w:t>5 runs/year</w:t>
            </w:r>
          </w:p>
        </w:tc>
      </w:tr>
    </w:tbl>
    <w:p w14:paraId="09F56A41"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1E0388C5" w14:textId="77777777" w:rsidTr="00E5395D">
        <w:trPr>
          <w:trHeight w:val="350"/>
          <w:jc w:val="center"/>
        </w:trPr>
        <w:tc>
          <w:tcPr>
            <w:tcW w:w="9625" w:type="dxa"/>
            <w:gridSpan w:val="3"/>
            <w:vAlign w:val="center"/>
          </w:tcPr>
          <w:p w14:paraId="0302D073" w14:textId="55B0D6C3"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6</w:t>
            </w:r>
            <w:r w:rsidR="006F36C0">
              <w:rPr>
                <w:rFonts w:ascii="Times New Roman" w:hAnsi="Times New Roman" w:cs="Times New Roman"/>
                <w:b/>
                <w:bCs/>
              </w:rPr>
              <w:t>7</w:t>
            </w:r>
          </w:p>
        </w:tc>
      </w:tr>
      <w:tr w:rsidR="009F266E" w:rsidRPr="002F5D52" w14:paraId="04C7BA62" w14:textId="77777777" w:rsidTr="00E5395D">
        <w:trPr>
          <w:trHeight w:val="1153"/>
          <w:jc w:val="center"/>
        </w:trPr>
        <w:tc>
          <w:tcPr>
            <w:tcW w:w="4225" w:type="dxa"/>
          </w:tcPr>
          <w:p w14:paraId="03CE8BB7" w14:textId="77777777" w:rsidR="009F266E" w:rsidRPr="00DA223F" w:rsidRDefault="009F266E" w:rsidP="009F266E">
            <w:pPr>
              <w:rPr>
                <w:rFonts w:ascii="Times New Roman" w:hAnsi="Times New Roman" w:cs="Times New Roman"/>
                <w:b/>
                <w:bCs/>
              </w:rPr>
            </w:pPr>
            <w:r w:rsidRPr="00DA223F">
              <w:rPr>
                <w:rFonts w:ascii="Times New Roman" w:hAnsi="Times New Roman" w:cs="Times New Roman"/>
                <w:b/>
                <w:bCs/>
              </w:rPr>
              <w:t>Associated in Oral &amp; Maxillofacial Surgery</w:t>
            </w:r>
          </w:p>
          <w:p w14:paraId="25D2A9E6" w14:textId="77777777" w:rsidR="009F266E" w:rsidRPr="00DA223F" w:rsidRDefault="009F266E" w:rsidP="009F266E">
            <w:pPr>
              <w:rPr>
                <w:rFonts w:ascii="Times New Roman" w:hAnsi="Times New Roman" w:cs="Times New Roman"/>
              </w:rPr>
            </w:pPr>
            <w:r w:rsidRPr="00DA223F">
              <w:rPr>
                <w:rFonts w:ascii="Times New Roman" w:hAnsi="Times New Roman" w:cs="Times New Roman"/>
              </w:rPr>
              <w:t>2370 N Wyatt Drive</w:t>
            </w:r>
          </w:p>
          <w:p w14:paraId="1DCC9BCC" w14:textId="77777777" w:rsidR="009F266E" w:rsidRPr="00DA223F" w:rsidRDefault="009F266E" w:rsidP="009F266E">
            <w:pPr>
              <w:rPr>
                <w:rFonts w:ascii="Times New Roman" w:hAnsi="Times New Roman" w:cs="Times New Roman"/>
              </w:rPr>
            </w:pPr>
            <w:r w:rsidRPr="00DA223F">
              <w:rPr>
                <w:rFonts w:ascii="Times New Roman" w:hAnsi="Times New Roman" w:cs="Times New Roman"/>
              </w:rPr>
              <w:t>Tucson, AZ 85712</w:t>
            </w:r>
          </w:p>
          <w:p w14:paraId="4D81A046" w14:textId="77777777" w:rsidR="009F266E" w:rsidRPr="00DA223F" w:rsidRDefault="009F266E" w:rsidP="009F266E">
            <w:pPr>
              <w:rPr>
                <w:rFonts w:ascii="Times New Roman" w:hAnsi="Times New Roman" w:cs="Times New Roman"/>
              </w:rPr>
            </w:pPr>
            <w:r w:rsidRPr="00DA223F">
              <w:rPr>
                <w:rFonts w:ascii="Times New Roman" w:hAnsi="Times New Roman" w:cs="Times New Roman"/>
              </w:rPr>
              <w:t>Days: Only as needed/requested (On-Call)</w:t>
            </w:r>
          </w:p>
          <w:p w14:paraId="00EE7BFE" w14:textId="77777777" w:rsidR="009F266E" w:rsidRPr="00DA223F" w:rsidRDefault="009F266E" w:rsidP="009F266E">
            <w:pPr>
              <w:rPr>
                <w:rFonts w:ascii="Times New Roman" w:hAnsi="Times New Roman" w:cs="Times New Roman"/>
              </w:rPr>
            </w:pPr>
            <w:r w:rsidRPr="00DA223F">
              <w:rPr>
                <w:rFonts w:ascii="Times New Roman" w:hAnsi="Times New Roman" w:cs="Times New Roman"/>
              </w:rPr>
              <w:t>Pickup Time: TBD</w:t>
            </w:r>
          </w:p>
          <w:p w14:paraId="58177B97" w14:textId="77777777" w:rsidR="009F266E" w:rsidRPr="00DA223F" w:rsidRDefault="009F266E" w:rsidP="009F266E">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465F528E" w14:textId="77777777" w:rsidR="009F266E" w:rsidRPr="002F5D52" w:rsidRDefault="009F266E" w:rsidP="009F266E">
            <w:pPr>
              <w:rPr>
                <w:rFonts w:ascii="Times New Roman" w:hAnsi="Times New Roman" w:cs="Times New Roman"/>
                <w:b/>
                <w:bCs/>
              </w:rPr>
            </w:pPr>
          </w:p>
        </w:tc>
        <w:tc>
          <w:tcPr>
            <w:tcW w:w="3780" w:type="dxa"/>
          </w:tcPr>
          <w:p w14:paraId="01AA4031" w14:textId="77777777" w:rsidR="009F266E" w:rsidRPr="00DA223F" w:rsidRDefault="009F266E" w:rsidP="009F266E">
            <w:pPr>
              <w:rPr>
                <w:rFonts w:ascii="Times New Roman" w:hAnsi="Times New Roman" w:cs="Times New Roman"/>
                <w:b/>
                <w:bCs/>
              </w:rPr>
            </w:pPr>
            <w:r w:rsidRPr="00DA223F">
              <w:rPr>
                <w:rFonts w:ascii="Times New Roman" w:hAnsi="Times New Roman" w:cs="Times New Roman"/>
                <w:b/>
                <w:bCs/>
              </w:rPr>
              <w:t>SAVAHCS</w:t>
            </w:r>
          </w:p>
          <w:p w14:paraId="7B6D3D7D" w14:textId="77777777" w:rsidR="009F266E" w:rsidRPr="00DA223F" w:rsidRDefault="009F266E" w:rsidP="009F266E">
            <w:pPr>
              <w:rPr>
                <w:rFonts w:ascii="Times New Roman" w:hAnsi="Times New Roman" w:cs="Times New Roman"/>
              </w:rPr>
            </w:pPr>
            <w:r w:rsidRPr="00DA223F">
              <w:rPr>
                <w:rFonts w:ascii="Times New Roman" w:hAnsi="Times New Roman" w:cs="Times New Roman"/>
              </w:rPr>
              <w:t>Clinical Laboratory</w:t>
            </w:r>
          </w:p>
          <w:p w14:paraId="28DCCC44" w14:textId="77777777" w:rsidR="009F266E" w:rsidRPr="00DA223F" w:rsidRDefault="009F266E" w:rsidP="009F266E">
            <w:pPr>
              <w:rPr>
                <w:rFonts w:ascii="Times New Roman" w:hAnsi="Times New Roman" w:cs="Times New Roman"/>
              </w:rPr>
            </w:pPr>
            <w:r w:rsidRPr="00DA223F">
              <w:rPr>
                <w:rFonts w:ascii="Times New Roman" w:hAnsi="Times New Roman" w:cs="Times New Roman"/>
              </w:rPr>
              <w:t>Southern Arizona VA Health Care</w:t>
            </w:r>
          </w:p>
          <w:p w14:paraId="39950247" w14:textId="77777777" w:rsidR="009F266E" w:rsidRPr="00DA223F" w:rsidRDefault="009F266E" w:rsidP="009F266E">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248532C3" w14:textId="77777777" w:rsidR="009F266E" w:rsidRPr="00DA223F" w:rsidRDefault="009F266E" w:rsidP="009F266E">
            <w:pPr>
              <w:rPr>
                <w:rFonts w:ascii="Times New Roman" w:hAnsi="Times New Roman" w:cs="Times New Roman"/>
              </w:rPr>
            </w:pPr>
            <w:r w:rsidRPr="00DA223F">
              <w:rPr>
                <w:rFonts w:ascii="Times New Roman" w:hAnsi="Times New Roman" w:cs="Times New Roman"/>
              </w:rPr>
              <w:t>Tucson, AZ 85723</w:t>
            </w:r>
          </w:p>
          <w:p w14:paraId="24F93BEE" w14:textId="77777777" w:rsidR="009F266E" w:rsidRPr="00DA223F" w:rsidRDefault="009F266E" w:rsidP="009F266E">
            <w:pPr>
              <w:rPr>
                <w:rFonts w:ascii="Times New Roman" w:hAnsi="Times New Roman" w:cs="Times New Roman"/>
              </w:rPr>
            </w:pPr>
            <w:r w:rsidRPr="00DA223F">
              <w:rPr>
                <w:rFonts w:ascii="Times New Roman" w:hAnsi="Times New Roman" w:cs="Times New Roman"/>
              </w:rPr>
              <w:t>Delivery Time: TBD</w:t>
            </w:r>
          </w:p>
          <w:p w14:paraId="51EEECD9" w14:textId="087CF22E" w:rsidR="009F266E" w:rsidRPr="002F5D52" w:rsidRDefault="009F266E" w:rsidP="009F266E">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560123D0" w14:textId="50E238F8" w:rsidR="009F266E" w:rsidRPr="002F5D52" w:rsidRDefault="009F266E" w:rsidP="009F266E">
            <w:pPr>
              <w:jc w:val="center"/>
              <w:rPr>
                <w:rFonts w:ascii="Times New Roman" w:hAnsi="Times New Roman" w:cs="Times New Roman"/>
              </w:rPr>
            </w:pPr>
            <w:r w:rsidRPr="00DA223F">
              <w:rPr>
                <w:rFonts w:ascii="Times New Roman" w:hAnsi="Times New Roman" w:cs="Times New Roman"/>
              </w:rPr>
              <w:t>15 runs/year</w:t>
            </w:r>
          </w:p>
        </w:tc>
      </w:tr>
    </w:tbl>
    <w:p w14:paraId="26F9FD35"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66F41306" w14:textId="77777777" w:rsidTr="00E5395D">
        <w:trPr>
          <w:trHeight w:val="350"/>
          <w:jc w:val="center"/>
        </w:trPr>
        <w:tc>
          <w:tcPr>
            <w:tcW w:w="9625" w:type="dxa"/>
            <w:gridSpan w:val="3"/>
            <w:vAlign w:val="center"/>
          </w:tcPr>
          <w:p w14:paraId="08A2C1DE" w14:textId="453AB0F4"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68</w:t>
            </w:r>
          </w:p>
        </w:tc>
      </w:tr>
      <w:tr w:rsidR="00976463" w:rsidRPr="002F5D52" w14:paraId="39DD2CDF" w14:textId="77777777" w:rsidTr="00E5395D">
        <w:trPr>
          <w:trHeight w:val="1153"/>
          <w:jc w:val="center"/>
        </w:trPr>
        <w:tc>
          <w:tcPr>
            <w:tcW w:w="4225" w:type="dxa"/>
          </w:tcPr>
          <w:p w14:paraId="0C7D4773" w14:textId="77777777" w:rsidR="00976463" w:rsidRPr="00DA223F" w:rsidRDefault="00976463" w:rsidP="00976463">
            <w:pPr>
              <w:rPr>
                <w:rFonts w:ascii="Times New Roman" w:hAnsi="Times New Roman" w:cs="Times New Roman"/>
                <w:b/>
                <w:bCs/>
              </w:rPr>
            </w:pPr>
            <w:r w:rsidRPr="00DA223F">
              <w:rPr>
                <w:rFonts w:ascii="Times New Roman" w:hAnsi="Times New Roman" w:cs="Times New Roman"/>
                <w:b/>
                <w:bCs/>
              </w:rPr>
              <w:t>Banner UMC Tucson</w:t>
            </w:r>
          </w:p>
          <w:p w14:paraId="3D2AB47C" w14:textId="77777777" w:rsidR="00976463" w:rsidRPr="00DA223F" w:rsidRDefault="00976463" w:rsidP="00976463">
            <w:pPr>
              <w:rPr>
                <w:rFonts w:ascii="Times New Roman" w:hAnsi="Times New Roman" w:cs="Times New Roman"/>
              </w:rPr>
            </w:pPr>
            <w:r w:rsidRPr="00DA223F">
              <w:rPr>
                <w:rFonts w:ascii="Times New Roman" w:hAnsi="Times New Roman" w:cs="Times New Roman"/>
              </w:rPr>
              <w:t>1625 N Campbell Ave</w:t>
            </w:r>
          </w:p>
          <w:p w14:paraId="2A5ACB3F" w14:textId="77777777" w:rsidR="00976463" w:rsidRPr="00DA223F" w:rsidRDefault="00976463" w:rsidP="00976463">
            <w:pPr>
              <w:rPr>
                <w:rFonts w:ascii="Times New Roman" w:hAnsi="Times New Roman" w:cs="Times New Roman"/>
              </w:rPr>
            </w:pPr>
            <w:r w:rsidRPr="00DA223F">
              <w:rPr>
                <w:rFonts w:ascii="Times New Roman" w:hAnsi="Times New Roman" w:cs="Times New Roman"/>
              </w:rPr>
              <w:t>Tucson, AZ 85719</w:t>
            </w:r>
          </w:p>
          <w:p w14:paraId="7833ED53" w14:textId="77777777" w:rsidR="00976463" w:rsidRPr="00DA223F" w:rsidRDefault="00976463" w:rsidP="00976463">
            <w:pPr>
              <w:rPr>
                <w:rFonts w:ascii="Times New Roman" w:hAnsi="Times New Roman" w:cs="Times New Roman"/>
              </w:rPr>
            </w:pPr>
            <w:r w:rsidRPr="00DA223F">
              <w:rPr>
                <w:rFonts w:ascii="Times New Roman" w:hAnsi="Times New Roman" w:cs="Times New Roman"/>
              </w:rPr>
              <w:t>Days: Only as needed/requested (On-Call)</w:t>
            </w:r>
          </w:p>
          <w:p w14:paraId="7B248741" w14:textId="77777777" w:rsidR="00976463" w:rsidRPr="00DA223F" w:rsidRDefault="00976463" w:rsidP="00976463">
            <w:pPr>
              <w:rPr>
                <w:rFonts w:ascii="Times New Roman" w:hAnsi="Times New Roman" w:cs="Times New Roman"/>
              </w:rPr>
            </w:pPr>
            <w:r w:rsidRPr="00DA223F">
              <w:rPr>
                <w:rFonts w:ascii="Times New Roman" w:hAnsi="Times New Roman" w:cs="Times New Roman"/>
              </w:rPr>
              <w:t>Pickup Time: TBD</w:t>
            </w:r>
          </w:p>
          <w:p w14:paraId="4365BD6D" w14:textId="77777777" w:rsidR="00976463" w:rsidRPr="00DA223F" w:rsidRDefault="00976463" w:rsidP="00976463">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19A198A5" w14:textId="77777777" w:rsidR="00976463" w:rsidRPr="002F5D52" w:rsidRDefault="00976463" w:rsidP="00976463">
            <w:pPr>
              <w:rPr>
                <w:rFonts w:ascii="Times New Roman" w:hAnsi="Times New Roman" w:cs="Times New Roman"/>
                <w:b/>
                <w:bCs/>
              </w:rPr>
            </w:pPr>
          </w:p>
        </w:tc>
        <w:tc>
          <w:tcPr>
            <w:tcW w:w="3780" w:type="dxa"/>
          </w:tcPr>
          <w:p w14:paraId="55248676" w14:textId="77777777" w:rsidR="00976463" w:rsidRPr="00DA223F" w:rsidRDefault="00976463" w:rsidP="00976463">
            <w:pPr>
              <w:rPr>
                <w:rFonts w:ascii="Times New Roman" w:hAnsi="Times New Roman" w:cs="Times New Roman"/>
                <w:b/>
                <w:bCs/>
              </w:rPr>
            </w:pPr>
            <w:r w:rsidRPr="00DA223F">
              <w:rPr>
                <w:rFonts w:ascii="Times New Roman" w:hAnsi="Times New Roman" w:cs="Times New Roman"/>
                <w:b/>
                <w:bCs/>
              </w:rPr>
              <w:t>SAVAHCS</w:t>
            </w:r>
          </w:p>
          <w:p w14:paraId="75473AC0" w14:textId="77777777" w:rsidR="00976463" w:rsidRPr="00DA223F" w:rsidRDefault="00976463" w:rsidP="00976463">
            <w:pPr>
              <w:rPr>
                <w:rFonts w:ascii="Times New Roman" w:hAnsi="Times New Roman" w:cs="Times New Roman"/>
              </w:rPr>
            </w:pPr>
            <w:r w:rsidRPr="00DA223F">
              <w:rPr>
                <w:rFonts w:ascii="Times New Roman" w:hAnsi="Times New Roman" w:cs="Times New Roman"/>
              </w:rPr>
              <w:t>Clinical Laboratory</w:t>
            </w:r>
          </w:p>
          <w:p w14:paraId="48A5C871" w14:textId="77777777" w:rsidR="00976463" w:rsidRPr="00DA223F" w:rsidRDefault="00976463" w:rsidP="00976463">
            <w:pPr>
              <w:rPr>
                <w:rFonts w:ascii="Times New Roman" w:hAnsi="Times New Roman" w:cs="Times New Roman"/>
              </w:rPr>
            </w:pPr>
            <w:r w:rsidRPr="00DA223F">
              <w:rPr>
                <w:rFonts w:ascii="Times New Roman" w:hAnsi="Times New Roman" w:cs="Times New Roman"/>
              </w:rPr>
              <w:t>Southern Arizona VA Health Care</w:t>
            </w:r>
          </w:p>
          <w:p w14:paraId="1B077816" w14:textId="77777777" w:rsidR="00976463" w:rsidRPr="00DA223F" w:rsidRDefault="00976463" w:rsidP="00976463">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0896A017" w14:textId="77777777" w:rsidR="00976463" w:rsidRPr="00DA223F" w:rsidRDefault="00976463" w:rsidP="00976463">
            <w:pPr>
              <w:rPr>
                <w:rFonts w:ascii="Times New Roman" w:hAnsi="Times New Roman" w:cs="Times New Roman"/>
              </w:rPr>
            </w:pPr>
            <w:r w:rsidRPr="00DA223F">
              <w:rPr>
                <w:rFonts w:ascii="Times New Roman" w:hAnsi="Times New Roman" w:cs="Times New Roman"/>
              </w:rPr>
              <w:t>Tucson, AZ 85723</w:t>
            </w:r>
          </w:p>
          <w:p w14:paraId="15883965" w14:textId="77777777" w:rsidR="00976463" w:rsidRPr="00DA223F" w:rsidRDefault="00976463" w:rsidP="00976463">
            <w:pPr>
              <w:rPr>
                <w:rFonts w:ascii="Times New Roman" w:hAnsi="Times New Roman" w:cs="Times New Roman"/>
              </w:rPr>
            </w:pPr>
            <w:r w:rsidRPr="00DA223F">
              <w:rPr>
                <w:rFonts w:ascii="Times New Roman" w:hAnsi="Times New Roman" w:cs="Times New Roman"/>
              </w:rPr>
              <w:t>Delivery Time: TBD</w:t>
            </w:r>
          </w:p>
          <w:p w14:paraId="6769A989" w14:textId="260EA385" w:rsidR="00976463" w:rsidRPr="002F5D52" w:rsidRDefault="00976463" w:rsidP="00976463">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5B99E46E" w14:textId="1F77FF1A" w:rsidR="00976463" w:rsidRPr="002F5D52" w:rsidRDefault="00976463" w:rsidP="00976463">
            <w:pPr>
              <w:jc w:val="center"/>
              <w:rPr>
                <w:rFonts w:ascii="Times New Roman" w:hAnsi="Times New Roman" w:cs="Times New Roman"/>
              </w:rPr>
            </w:pPr>
            <w:r w:rsidRPr="00DA223F">
              <w:rPr>
                <w:rFonts w:ascii="Times New Roman" w:hAnsi="Times New Roman" w:cs="Times New Roman"/>
              </w:rPr>
              <w:t>60 runs/year</w:t>
            </w:r>
          </w:p>
        </w:tc>
      </w:tr>
    </w:tbl>
    <w:p w14:paraId="5F739991"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323E2E10" w14:textId="77777777" w:rsidTr="00E5395D">
        <w:trPr>
          <w:trHeight w:val="350"/>
          <w:jc w:val="center"/>
        </w:trPr>
        <w:tc>
          <w:tcPr>
            <w:tcW w:w="9625" w:type="dxa"/>
            <w:gridSpan w:val="3"/>
            <w:vAlign w:val="center"/>
          </w:tcPr>
          <w:p w14:paraId="3C8AC1EB" w14:textId="6B2EF4DE"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69</w:t>
            </w:r>
          </w:p>
        </w:tc>
      </w:tr>
      <w:tr w:rsidR="00BB6AEE" w:rsidRPr="002F5D52" w14:paraId="273F3ECF" w14:textId="77777777" w:rsidTr="00E5395D">
        <w:trPr>
          <w:trHeight w:val="1153"/>
          <w:jc w:val="center"/>
        </w:trPr>
        <w:tc>
          <w:tcPr>
            <w:tcW w:w="4225" w:type="dxa"/>
          </w:tcPr>
          <w:p w14:paraId="44B40AAA" w14:textId="77777777" w:rsidR="00BB6AEE" w:rsidRPr="00DA223F" w:rsidRDefault="00BB6AEE" w:rsidP="00BB6AEE">
            <w:pPr>
              <w:rPr>
                <w:rFonts w:ascii="Times New Roman" w:eastAsia="Times New Roman" w:hAnsi="Times New Roman" w:cs="Times New Roman"/>
                <w:b/>
                <w:bCs/>
              </w:rPr>
            </w:pPr>
            <w:r w:rsidRPr="00DA223F">
              <w:rPr>
                <w:rFonts w:ascii="Times New Roman" w:eastAsia="Times New Roman" w:hAnsi="Times New Roman" w:cs="Times New Roman"/>
                <w:b/>
                <w:bCs/>
              </w:rPr>
              <w:t>Carondelet Medical Group</w:t>
            </w:r>
          </w:p>
          <w:p w14:paraId="4A09E76F" w14:textId="77777777" w:rsidR="00BB6AEE" w:rsidRPr="00DA223F" w:rsidRDefault="00BB6AEE" w:rsidP="00BB6AEE">
            <w:pPr>
              <w:rPr>
                <w:rFonts w:ascii="Times New Roman" w:eastAsia="Times New Roman" w:hAnsi="Times New Roman" w:cs="Times New Roman"/>
              </w:rPr>
            </w:pPr>
            <w:r w:rsidRPr="00DA223F">
              <w:rPr>
                <w:rFonts w:ascii="Times New Roman" w:eastAsia="Times New Roman" w:hAnsi="Times New Roman" w:cs="Times New Roman"/>
              </w:rPr>
              <w:t>4892 N Stone Ave, Suite 120</w:t>
            </w:r>
          </w:p>
          <w:p w14:paraId="790078B1" w14:textId="77777777" w:rsidR="00BB6AEE" w:rsidRPr="00DA223F" w:rsidRDefault="00BB6AEE" w:rsidP="00BB6AEE">
            <w:pPr>
              <w:rPr>
                <w:rFonts w:ascii="Times New Roman" w:eastAsia="Times New Roman" w:hAnsi="Times New Roman" w:cs="Times New Roman"/>
              </w:rPr>
            </w:pPr>
            <w:r w:rsidRPr="00DA223F">
              <w:rPr>
                <w:rFonts w:ascii="Times New Roman" w:eastAsia="Times New Roman" w:hAnsi="Times New Roman" w:cs="Times New Roman"/>
              </w:rPr>
              <w:t>Tucson, AZ 85704</w:t>
            </w:r>
          </w:p>
          <w:p w14:paraId="222329AB" w14:textId="77777777" w:rsidR="00BB6AEE" w:rsidRPr="00DA223F" w:rsidRDefault="00BB6AEE" w:rsidP="00BB6AEE">
            <w:pPr>
              <w:rPr>
                <w:rFonts w:ascii="Times New Roman" w:hAnsi="Times New Roman" w:cs="Times New Roman"/>
              </w:rPr>
            </w:pPr>
            <w:r w:rsidRPr="00DA223F">
              <w:rPr>
                <w:rFonts w:ascii="Times New Roman" w:hAnsi="Times New Roman" w:cs="Times New Roman"/>
              </w:rPr>
              <w:t>Days: Only as needed/requested (On-Call)</w:t>
            </w:r>
          </w:p>
          <w:p w14:paraId="3A025944" w14:textId="77777777" w:rsidR="00BB6AEE" w:rsidRPr="00DA223F" w:rsidRDefault="00BB6AEE" w:rsidP="00BB6AEE">
            <w:pPr>
              <w:rPr>
                <w:rFonts w:ascii="Times New Roman" w:hAnsi="Times New Roman" w:cs="Times New Roman"/>
              </w:rPr>
            </w:pPr>
            <w:r w:rsidRPr="00DA223F">
              <w:rPr>
                <w:rFonts w:ascii="Times New Roman" w:hAnsi="Times New Roman" w:cs="Times New Roman"/>
              </w:rPr>
              <w:t>Pickup Time: TBD</w:t>
            </w:r>
          </w:p>
          <w:p w14:paraId="07275EDF" w14:textId="77777777" w:rsidR="00BB6AEE" w:rsidRPr="00DA223F" w:rsidRDefault="00BB6AEE" w:rsidP="00BB6AEE">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419D27EE" w14:textId="77777777" w:rsidR="00BB6AEE" w:rsidRPr="002F5D52" w:rsidRDefault="00BB6AEE" w:rsidP="00BB6AEE">
            <w:pPr>
              <w:rPr>
                <w:rFonts w:ascii="Times New Roman" w:hAnsi="Times New Roman" w:cs="Times New Roman"/>
                <w:b/>
                <w:bCs/>
              </w:rPr>
            </w:pPr>
          </w:p>
        </w:tc>
        <w:tc>
          <w:tcPr>
            <w:tcW w:w="3780" w:type="dxa"/>
          </w:tcPr>
          <w:p w14:paraId="248376FF" w14:textId="77777777" w:rsidR="00BB6AEE" w:rsidRPr="00DA223F" w:rsidRDefault="00BB6AEE" w:rsidP="00BB6AEE">
            <w:pPr>
              <w:rPr>
                <w:rFonts w:ascii="Times New Roman" w:hAnsi="Times New Roman" w:cs="Times New Roman"/>
                <w:b/>
                <w:bCs/>
              </w:rPr>
            </w:pPr>
            <w:r w:rsidRPr="00DA223F">
              <w:rPr>
                <w:rFonts w:ascii="Times New Roman" w:hAnsi="Times New Roman" w:cs="Times New Roman"/>
                <w:b/>
                <w:bCs/>
              </w:rPr>
              <w:t>SAVAHCS</w:t>
            </w:r>
          </w:p>
          <w:p w14:paraId="6278DF7D" w14:textId="77777777" w:rsidR="00BB6AEE" w:rsidRPr="00DA223F" w:rsidRDefault="00BB6AEE" w:rsidP="00BB6AEE">
            <w:pPr>
              <w:rPr>
                <w:rFonts w:ascii="Times New Roman" w:hAnsi="Times New Roman" w:cs="Times New Roman"/>
              </w:rPr>
            </w:pPr>
            <w:r w:rsidRPr="00DA223F">
              <w:rPr>
                <w:rFonts w:ascii="Times New Roman" w:hAnsi="Times New Roman" w:cs="Times New Roman"/>
              </w:rPr>
              <w:t>Clinical Laboratory</w:t>
            </w:r>
          </w:p>
          <w:p w14:paraId="5222A9DB" w14:textId="77777777" w:rsidR="00BB6AEE" w:rsidRPr="00DA223F" w:rsidRDefault="00BB6AEE" w:rsidP="00BB6AEE">
            <w:pPr>
              <w:rPr>
                <w:rFonts w:ascii="Times New Roman" w:hAnsi="Times New Roman" w:cs="Times New Roman"/>
              </w:rPr>
            </w:pPr>
            <w:r w:rsidRPr="00DA223F">
              <w:rPr>
                <w:rFonts w:ascii="Times New Roman" w:hAnsi="Times New Roman" w:cs="Times New Roman"/>
              </w:rPr>
              <w:t>Southern Arizona VA Health Care</w:t>
            </w:r>
          </w:p>
          <w:p w14:paraId="16DB2288" w14:textId="77777777" w:rsidR="00BB6AEE" w:rsidRPr="00DA223F" w:rsidRDefault="00BB6AEE" w:rsidP="00BB6AEE">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6FC88B6D" w14:textId="77777777" w:rsidR="00BB6AEE" w:rsidRPr="00DA223F" w:rsidRDefault="00BB6AEE" w:rsidP="00BB6AEE">
            <w:pPr>
              <w:rPr>
                <w:rFonts w:ascii="Times New Roman" w:hAnsi="Times New Roman" w:cs="Times New Roman"/>
              </w:rPr>
            </w:pPr>
            <w:r w:rsidRPr="00DA223F">
              <w:rPr>
                <w:rFonts w:ascii="Times New Roman" w:hAnsi="Times New Roman" w:cs="Times New Roman"/>
              </w:rPr>
              <w:t>Tucson, AZ 85723</w:t>
            </w:r>
          </w:p>
          <w:p w14:paraId="7B99D47F" w14:textId="77777777" w:rsidR="00BB6AEE" w:rsidRPr="00DA223F" w:rsidRDefault="00BB6AEE" w:rsidP="00BB6AEE">
            <w:pPr>
              <w:rPr>
                <w:rFonts w:ascii="Times New Roman" w:hAnsi="Times New Roman" w:cs="Times New Roman"/>
              </w:rPr>
            </w:pPr>
            <w:r w:rsidRPr="00DA223F">
              <w:rPr>
                <w:rFonts w:ascii="Times New Roman" w:hAnsi="Times New Roman" w:cs="Times New Roman"/>
              </w:rPr>
              <w:t>Delivery Time: TBD</w:t>
            </w:r>
          </w:p>
          <w:p w14:paraId="4511BEBC" w14:textId="577A0EBC" w:rsidR="00BB6AEE" w:rsidRPr="002F5D52" w:rsidRDefault="00BB6AEE" w:rsidP="00BB6AEE">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54CF1401" w14:textId="507D948E" w:rsidR="00BB6AEE" w:rsidRPr="002F5D52" w:rsidRDefault="00BB6AEE" w:rsidP="00BB6AEE">
            <w:pPr>
              <w:jc w:val="center"/>
              <w:rPr>
                <w:rFonts w:ascii="Times New Roman" w:hAnsi="Times New Roman" w:cs="Times New Roman"/>
              </w:rPr>
            </w:pPr>
            <w:r w:rsidRPr="00DA223F">
              <w:rPr>
                <w:rFonts w:ascii="Times New Roman" w:hAnsi="Times New Roman" w:cs="Times New Roman"/>
              </w:rPr>
              <w:t>40 runs/year</w:t>
            </w:r>
          </w:p>
        </w:tc>
      </w:tr>
    </w:tbl>
    <w:p w14:paraId="70D73C2B"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5C81DF7D" w14:textId="77777777" w:rsidTr="00E5395D">
        <w:trPr>
          <w:trHeight w:val="350"/>
          <w:jc w:val="center"/>
        </w:trPr>
        <w:tc>
          <w:tcPr>
            <w:tcW w:w="9625" w:type="dxa"/>
            <w:gridSpan w:val="3"/>
            <w:vAlign w:val="center"/>
          </w:tcPr>
          <w:p w14:paraId="1679DF8D" w14:textId="3286B973"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7</w:t>
            </w:r>
            <w:r w:rsidR="006F36C0">
              <w:rPr>
                <w:rFonts w:ascii="Times New Roman" w:hAnsi="Times New Roman" w:cs="Times New Roman"/>
                <w:b/>
                <w:bCs/>
              </w:rPr>
              <w:t>0</w:t>
            </w:r>
          </w:p>
        </w:tc>
      </w:tr>
      <w:tr w:rsidR="00384357" w:rsidRPr="002F5D52" w14:paraId="2EDE631C" w14:textId="77777777" w:rsidTr="00E5395D">
        <w:trPr>
          <w:trHeight w:val="1153"/>
          <w:jc w:val="center"/>
        </w:trPr>
        <w:tc>
          <w:tcPr>
            <w:tcW w:w="4225" w:type="dxa"/>
          </w:tcPr>
          <w:p w14:paraId="7FD8AAC2" w14:textId="77777777" w:rsidR="00384357" w:rsidRPr="00DA223F" w:rsidRDefault="00384357" w:rsidP="00384357">
            <w:pPr>
              <w:rPr>
                <w:rFonts w:ascii="Times New Roman" w:hAnsi="Times New Roman" w:cs="Times New Roman"/>
                <w:b/>
                <w:bCs/>
              </w:rPr>
            </w:pPr>
            <w:r w:rsidRPr="00DA223F">
              <w:rPr>
                <w:rFonts w:ascii="Times New Roman" w:hAnsi="Times New Roman" w:cs="Times New Roman"/>
                <w:b/>
                <w:bCs/>
              </w:rPr>
              <w:t xml:space="preserve">Casas Adobe Oral &amp; Maxillofacial Surgery </w:t>
            </w:r>
          </w:p>
          <w:p w14:paraId="361BD8CD" w14:textId="77777777" w:rsidR="00384357" w:rsidRPr="00DA223F" w:rsidRDefault="00384357" w:rsidP="00384357">
            <w:pPr>
              <w:rPr>
                <w:rFonts w:ascii="Times New Roman" w:hAnsi="Times New Roman" w:cs="Times New Roman"/>
              </w:rPr>
            </w:pPr>
            <w:r w:rsidRPr="00DA223F">
              <w:rPr>
                <w:rFonts w:ascii="Times New Roman" w:hAnsi="Times New Roman" w:cs="Times New Roman"/>
              </w:rPr>
              <w:t>3150 N Swan Rd</w:t>
            </w:r>
          </w:p>
          <w:p w14:paraId="655901EB" w14:textId="77777777" w:rsidR="00384357" w:rsidRPr="00DA223F" w:rsidRDefault="00384357" w:rsidP="00384357">
            <w:pPr>
              <w:rPr>
                <w:rFonts w:ascii="Times New Roman" w:hAnsi="Times New Roman" w:cs="Times New Roman"/>
              </w:rPr>
            </w:pPr>
            <w:r w:rsidRPr="00DA223F">
              <w:rPr>
                <w:rFonts w:ascii="Times New Roman" w:hAnsi="Times New Roman" w:cs="Times New Roman"/>
              </w:rPr>
              <w:t>Tucson, AZ 85712</w:t>
            </w:r>
          </w:p>
          <w:p w14:paraId="22AB7F39" w14:textId="77777777" w:rsidR="00384357" w:rsidRPr="00DA223F" w:rsidRDefault="00384357" w:rsidP="00384357">
            <w:pPr>
              <w:rPr>
                <w:rFonts w:ascii="Times New Roman" w:hAnsi="Times New Roman" w:cs="Times New Roman"/>
              </w:rPr>
            </w:pPr>
            <w:r w:rsidRPr="00DA223F">
              <w:rPr>
                <w:rFonts w:ascii="Times New Roman" w:hAnsi="Times New Roman" w:cs="Times New Roman"/>
              </w:rPr>
              <w:t>Days: Only as needed/requested (On-Call)</w:t>
            </w:r>
          </w:p>
          <w:p w14:paraId="283C61EF" w14:textId="77777777" w:rsidR="00384357" w:rsidRPr="00DA223F" w:rsidRDefault="00384357" w:rsidP="00384357">
            <w:pPr>
              <w:rPr>
                <w:rFonts w:ascii="Times New Roman" w:hAnsi="Times New Roman" w:cs="Times New Roman"/>
              </w:rPr>
            </w:pPr>
            <w:r w:rsidRPr="00DA223F">
              <w:rPr>
                <w:rFonts w:ascii="Times New Roman" w:hAnsi="Times New Roman" w:cs="Times New Roman"/>
              </w:rPr>
              <w:lastRenderedPageBreak/>
              <w:t>Pickup Time: TBD</w:t>
            </w:r>
          </w:p>
          <w:p w14:paraId="2F85D874" w14:textId="77777777" w:rsidR="00384357" w:rsidRPr="00DA223F" w:rsidRDefault="00384357" w:rsidP="00384357">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7161C311" w14:textId="77777777" w:rsidR="00384357" w:rsidRPr="002F5D52" w:rsidRDefault="00384357" w:rsidP="00384357">
            <w:pPr>
              <w:rPr>
                <w:rFonts w:ascii="Times New Roman" w:hAnsi="Times New Roman" w:cs="Times New Roman"/>
                <w:b/>
                <w:bCs/>
              </w:rPr>
            </w:pPr>
          </w:p>
        </w:tc>
        <w:tc>
          <w:tcPr>
            <w:tcW w:w="3780" w:type="dxa"/>
          </w:tcPr>
          <w:p w14:paraId="39FFFB8C" w14:textId="77777777" w:rsidR="00384357" w:rsidRPr="00DA223F" w:rsidRDefault="00384357" w:rsidP="00384357">
            <w:pPr>
              <w:rPr>
                <w:rFonts w:ascii="Times New Roman" w:hAnsi="Times New Roman" w:cs="Times New Roman"/>
                <w:b/>
                <w:bCs/>
              </w:rPr>
            </w:pPr>
            <w:r w:rsidRPr="00DA223F">
              <w:rPr>
                <w:rFonts w:ascii="Times New Roman" w:hAnsi="Times New Roman" w:cs="Times New Roman"/>
                <w:b/>
                <w:bCs/>
              </w:rPr>
              <w:lastRenderedPageBreak/>
              <w:t>SAVAHCS</w:t>
            </w:r>
          </w:p>
          <w:p w14:paraId="2C61F8C3" w14:textId="77777777" w:rsidR="00384357" w:rsidRPr="00DA223F" w:rsidRDefault="00384357" w:rsidP="00384357">
            <w:pPr>
              <w:rPr>
                <w:rFonts w:ascii="Times New Roman" w:hAnsi="Times New Roman" w:cs="Times New Roman"/>
              </w:rPr>
            </w:pPr>
            <w:r w:rsidRPr="00DA223F">
              <w:rPr>
                <w:rFonts w:ascii="Times New Roman" w:hAnsi="Times New Roman" w:cs="Times New Roman"/>
              </w:rPr>
              <w:t>Clinical Laboratory</w:t>
            </w:r>
          </w:p>
          <w:p w14:paraId="45910E95" w14:textId="77777777" w:rsidR="00384357" w:rsidRPr="00DA223F" w:rsidRDefault="00384357" w:rsidP="00384357">
            <w:pPr>
              <w:rPr>
                <w:rFonts w:ascii="Times New Roman" w:hAnsi="Times New Roman" w:cs="Times New Roman"/>
              </w:rPr>
            </w:pPr>
            <w:r w:rsidRPr="00DA223F">
              <w:rPr>
                <w:rFonts w:ascii="Times New Roman" w:hAnsi="Times New Roman" w:cs="Times New Roman"/>
              </w:rPr>
              <w:t>Southern Arizona VA Health Care</w:t>
            </w:r>
          </w:p>
          <w:p w14:paraId="68E93761" w14:textId="77777777" w:rsidR="00384357" w:rsidRPr="00DA223F" w:rsidRDefault="00384357" w:rsidP="00384357">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55FE687E" w14:textId="77777777" w:rsidR="00384357" w:rsidRPr="00DA223F" w:rsidRDefault="00384357" w:rsidP="00384357">
            <w:pPr>
              <w:rPr>
                <w:rFonts w:ascii="Times New Roman" w:hAnsi="Times New Roman" w:cs="Times New Roman"/>
              </w:rPr>
            </w:pPr>
            <w:r w:rsidRPr="00DA223F">
              <w:rPr>
                <w:rFonts w:ascii="Times New Roman" w:hAnsi="Times New Roman" w:cs="Times New Roman"/>
              </w:rPr>
              <w:t>Tucson, AZ 85723</w:t>
            </w:r>
          </w:p>
          <w:p w14:paraId="1BFB84F7" w14:textId="77777777" w:rsidR="00384357" w:rsidRPr="00DA223F" w:rsidRDefault="00384357" w:rsidP="00384357">
            <w:pPr>
              <w:rPr>
                <w:rFonts w:ascii="Times New Roman" w:hAnsi="Times New Roman" w:cs="Times New Roman"/>
              </w:rPr>
            </w:pPr>
            <w:r w:rsidRPr="00DA223F">
              <w:rPr>
                <w:rFonts w:ascii="Times New Roman" w:hAnsi="Times New Roman" w:cs="Times New Roman"/>
              </w:rPr>
              <w:lastRenderedPageBreak/>
              <w:t>Delivery Time: TBD</w:t>
            </w:r>
          </w:p>
          <w:p w14:paraId="4E85585D" w14:textId="1B28AD62" w:rsidR="00384357" w:rsidRPr="002F5D52" w:rsidRDefault="00384357" w:rsidP="00384357">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6C9BC4EB" w14:textId="72AE1950" w:rsidR="00384357" w:rsidRPr="002F5D52" w:rsidRDefault="00384357" w:rsidP="00384357">
            <w:pPr>
              <w:jc w:val="center"/>
              <w:rPr>
                <w:rFonts w:ascii="Times New Roman" w:hAnsi="Times New Roman" w:cs="Times New Roman"/>
              </w:rPr>
            </w:pPr>
            <w:r w:rsidRPr="00DA223F">
              <w:rPr>
                <w:rFonts w:ascii="Times New Roman" w:hAnsi="Times New Roman" w:cs="Times New Roman"/>
              </w:rPr>
              <w:lastRenderedPageBreak/>
              <w:t>15 runs/year</w:t>
            </w:r>
          </w:p>
        </w:tc>
      </w:tr>
    </w:tbl>
    <w:p w14:paraId="0C2C3E6D"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0E2E140D" w14:textId="77777777" w:rsidTr="00E5395D">
        <w:trPr>
          <w:trHeight w:val="350"/>
          <w:jc w:val="center"/>
        </w:trPr>
        <w:tc>
          <w:tcPr>
            <w:tcW w:w="9625" w:type="dxa"/>
            <w:gridSpan w:val="3"/>
            <w:vAlign w:val="center"/>
          </w:tcPr>
          <w:p w14:paraId="7D67B23F" w14:textId="144D4F6E"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7</w:t>
            </w:r>
            <w:r w:rsidR="006F36C0">
              <w:rPr>
                <w:rFonts w:ascii="Times New Roman" w:hAnsi="Times New Roman" w:cs="Times New Roman"/>
                <w:b/>
                <w:bCs/>
              </w:rPr>
              <w:t>1</w:t>
            </w:r>
          </w:p>
        </w:tc>
      </w:tr>
      <w:tr w:rsidR="0060109B" w:rsidRPr="002F5D52" w14:paraId="796BA346" w14:textId="77777777" w:rsidTr="00E5395D">
        <w:trPr>
          <w:trHeight w:val="1153"/>
          <w:jc w:val="center"/>
        </w:trPr>
        <w:tc>
          <w:tcPr>
            <w:tcW w:w="4225" w:type="dxa"/>
          </w:tcPr>
          <w:p w14:paraId="27318CC0" w14:textId="77777777" w:rsidR="0060109B" w:rsidRPr="00DA223F" w:rsidRDefault="0060109B" w:rsidP="0060109B">
            <w:pPr>
              <w:rPr>
                <w:rFonts w:ascii="Times New Roman" w:hAnsi="Times New Roman" w:cs="Times New Roman"/>
                <w:b/>
                <w:bCs/>
              </w:rPr>
            </w:pPr>
            <w:r w:rsidRPr="00DA223F">
              <w:rPr>
                <w:rFonts w:ascii="Times New Roman" w:hAnsi="Times New Roman" w:cs="Times New Roman"/>
                <w:b/>
                <w:bCs/>
              </w:rPr>
              <w:t xml:space="preserve">Casas Adobe Oral &amp; Maxillofacial Surgery </w:t>
            </w:r>
          </w:p>
          <w:p w14:paraId="32F179CB" w14:textId="77777777" w:rsidR="0060109B" w:rsidRPr="00DA223F" w:rsidRDefault="0060109B" w:rsidP="0060109B">
            <w:pPr>
              <w:rPr>
                <w:rFonts w:ascii="Times New Roman" w:hAnsi="Times New Roman" w:cs="Times New Roman"/>
              </w:rPr>
            </w:pPr>
            <w:r w:rsidRPr="00DA223F">
              <w:rPr>
                <w:rFonts w:ascii="Times New Roman" w:hAnsi="Times New Roman" w:cs="Times New Roman"/>
              </w:rPr>
              <w:t xml:space="preserve">8280 S Houghton Rd, Suite 120   </w:t>
            </w:r>
          </w:p>
          <w:p w14:paraId="74DA24A1" w14:textId="77777777" w:rsidR="0060109B" w:rsidRPr="00DA223F" w:rsidRDefault="0060109B" w:rsidP="0060109B">
            <w:pPr>
              <w:rPr>
                <w:rFonts w:ascii="Times New Roman" w:hAnsi="Times New Roman" w:cs="Times New Roman"/>
              </w:rPr>
            </w:pPr>
            <w:r w:rsidRPr="00DA223F">
              <w:rPr>
                <w:rFonts w:ascii="Times New Roman" w:hAnsi="Times New Roman" w:cs="Times New Roman"/>
              </w:rPr>
              <w:t>Tucson, AZ 85747</w:t>
            </w:r>
          </w:p>
          <w:p w14:paraId="6FBC240E" w14:textId="77777777" w:rsidR="0060109B" w:rsidRPr="00DA223F" w:rsidRDefault="0060109B" w:rsidP="0060109B">
            <w:pPr>
              <w:rPr>
                <w:rFonts w:ascii="Times New Roman" w:hAnsi="Times New Roman" w:cs="Times New Roman"/>
              </w:rPr>
            </w:pPr>
            <w:r w:rsidRPr="00DA223F">
              <w:rPr>
                <w:rFonts w:ascii="Times New Roman" w:hAnsi="Times New Roman" w:cs="Times New Roman"/>
              </w:rPr>
              <w:t>Days: Only as needed/requested (On-Call)</w:t>
            </w:r>
          </w:p>
          <w:p w14:paraId="1FC018C3" w14:textId="77777777" w:rsidR="0060109B" w:rsidRPr="00DA223F" w:rsidRDefault="0060109B" w:rsidP="0060109B">
            <w:pPr>
              <w:rPr>
                <w:rFonts w:ascii="Times New Roman" w:hAnsi="Times New Roman" w:cs="Times New Roman"/>
              </w:rPr>
            </w:pPr>
            <w:r w:rsidRPr="00DA223F">
              <w:rPr>
                <w:rFonts w:ascii="Times New Roman" w:hAnsi="Times New Roman" w:cs="Times New Roman"/>
              </w:rPr>
              <w:t>Pickup Time: TBD</w:t>
            </w:r>
          </w:p>
          <w:p w14:paraId="45FA24A2" w14:textId="2782A511" w:rsidR="0060109B" w:rsidRPr="002F5D52" w:rsidRDefault="0060109B" w:rsidP="0060109B">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tc>
        <w:tc>
          <w:tcPr>
            <w:tcW w:w="3780" w:type="dxa"/>
          </w:tcPr>
          <w:p w14:paraId="4AE68061" w14:textId="77777777" w:rsidR="0060109B" w:rsidRPr="00DA223F" w:rsidRDefault="0060109B" w:rsidP="0060109B">
            <w:pPr>
              <w:rPr>
                <w:rFonts w:ascii="Times New Roman" w:hAnsi="Times New Roman" w:cs="Times New Roman"/>
                <w:b/>
                <w:bCs/>
              </w:rPr>
            </w:pPr>
            <w:r w:rsidRPr="00DA223F">
              <w:rPr>
                <w:rFonts w:ascii="Times New Roman" w:hAnsi="Times New Roman" w:cs="Times New Roman"/>
                <w:b/>
                <w:bCs/>
              </w:rPr>
              <w:t>SAVAHCS</w:t>
            </w:r>
          </w:p>
          <w:p w14:paraId="07D7DB37" w14:textId="77777777" w:rsidR="0060109B" w:rsidRPr="00DA223F" w:rsidRDefault="0060109B" w:rsidP="0060109B">
            <w:pPr>
              <w:rPr>
                <w:rFonts w:ascii="Times New Roman" w:hAnsi="Times New Roman" w:cs="Times New Roman"/>
              </w:rPr>
            </w:pPr>
            <w:r w:rsidRPr="00DA223F">
              <w:rPr>
                <w:rFonts w:ascii="Times New Roman" w:hAnsi="Times New Roman" w:cs="Times New Roman"/>
              </w:rPr>
              <w:t>Clinical Laboratory</w:t>
            </w:r>
          </w:p>
          <w:p w14:paraId="7F017583" w14:textId="77777777" w:rsidR="0060109B" w:rsidRPr="00DA223F" w:rsidRDefault="0060109B" w:rsidP="0060109B">
            <w:pPr>
              <w:rPr>
                <w:rFonts w:ascii="Times New Roman" w:hAnsi="Times New Roman" w:cs="Times New Roman"/>
              </w:rPr>
            </w:pPr>
            <w:r w:rsidRPr="00DA223F">
              <w:rPr>
                <w:rFonts w:ascii="Times New Roman" w:hAnsi="Times New Roman" w:cs="Times New Roman"/>
              </w:rPr>
              <w:t>Southern Arizona VA Health Care</w:t>
            </w:r>
          </w:p>
          <w:p w14:paraId="76062D0E" w14:textId="77777777" w:rsidR="0060109B" w:rsidRPr="00DA223F" w:rsidRDefault="0060109B" w:rsidP="0060109B">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65FB65B3" w14:textId="77777777" w:rsidR="0060109B" w:rsidRPr="00DA223F" w:rsidRDefault="0060109B" w:rsidP="0060109B">
            <w:pPr>
              <w:rPr>
                <w:rFonts w:ascii="Times New Roman" w:hAnsi="Times New Roman" w:cs="Times New Roman"/>
              </w:rPr>
            </w:pPr>
            <w:r w:rsidRPr="00DA223F">
              <w:rPr>
                <w:rFonts w:ascii="Times New Roman" w:hAnsi="Times New Roman" w:cs="Times New Roman"/>
              </w:rPr>
              <w:t>Tucson, AZ 85723</w:t>
            </w:r>
          </w:p>
          <w:p w14:paraId="7879685A" w14:textId="77777777" w:rsidR="0060109B" w:rsidRPr="00DA223F" w:rsidRDefault="0060109B" w:rsidP="0060109B">
            <w:pPr>
              <w:rPr>
                <w:rFonts w:ascii="Times New Roman" w:hAnsi="Times New Roman" w:cs="Times New Roman"/>
              </w:rPr>
            </w:pPr>
            <w:r w:rsidRPr="00DA223F">
              <w:rPr>
                <w:rFonts w:ascii="Times New Roman" w:hAnsi="Times New Roman" w:cs="Times New Roman"/>
              </w:rPr>
              <w:t>Delivery Time: TBD</w:t>
            </w:r>
          </w:p>
          <w:p w14:paraId="285C421B" w14:textId="64A54D36" w:rsidR="0060109B" w:rsidRPr="002F5D52" w:rsidRDefault="0060109B" w:rsidP="0060109B">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7660C4D2" w14:textId="159D1D11" w:rsidR="0060109B" w:rsidRPr="002F5D52" w:rsidRDefault="0060109B" w:rsidP="0060109B">
            <w:pPr>
              <w:jc w:val="center"/>
              <w:rPr>
                <w:rFonts w:ascii="Times New Roman" w:hAnsi="Times New Roman" w:cs="Times New Roman"/>
              </w:rPr>
            </w:pPr>
            <w:r w:rsidRPr="00DA223F">
              <w:rPr>
                <w:rFonts w:ascii="Times New Roman" w:hAnsi="Times New Roman" w:cs="Times New Roman"/>
              </w:rPr>
              <w:t>15 runs/year</w:t>
            </w:r>
          </w:p>
        </w:tc>
      </w:tr>
    </w:tbl>
    <w:p w14:paraId="1863985E"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2D58CB15" w14:textId="77777777" w:rsidTr="00E5395D">
        <w:trPr>
          <w:trHeight w:val="350"/>
          <w:jc w:val="center"/>
        </w:trPr>
        <w:tc>
          <w:tcPr>
            <w:tcW w:w="9625" w:type="dxa"/>
            <w:gridSpan w:val="3"/>
            <w:vAlign w:val="center"/>
          </w:tcPr>
          <w:p w14:paraId="18C3DF43" w14:textId="3E393A0D"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7</w:t>
            </w:r>
            <w:r w:rsidR="006F36C0">
              <w:rPr>
                <w:rFonts w:ascii="Times New Roman" w:hAnsi="Times New Roman" w:cs="Times New Roman"/>
                <w:b/>
                <w:bCs/>
              </w:rPr>
              <w:t>2</w:t>
            </w:r>
          </w:p>
        </w:tc>
      </w:tr>
      <w:tr w:rsidR="006F3F19" w:rsidRPr="002F5D52" w14:paraId="38D2DA89" w14:textId="77777777" w:rsidTr="00E5395D">
        <w:trPr>
          <w:trHeight w:val="1153"/>
          <w:jc w:val="center"/>
        </w:trPr>
        <w:tc>
          <w:tcPr>
            <w:tcW w:w="4225" w:type="dxa"/>
          </w:tcPr>
          <w:p w14:paraId="1712C16D" w14:textId="77777777" w:rsidR="006F3F19" w:rsidRPr="00DA223F" w:rsidRDefault="006F3F19" w:rsidP="006F3F19">
            <w:pPr>
              <w:rPr>
                <w:rFonts w:ascii="Times New Roman" w:hAnsi="Times New Roman" w:cs="Times New Roman"/>
                <w:b/>
                <w:bCs/>
              </w:rPr>
            </w:pPr>
            <w:r w:rsidRPr="00DA223F">
              <w:rPr>
                <w:rFonts w:ascii="Times New Roman" w:hAnsi="Times New Roman" w:cs="Times New Roman"/>
                <w:b/>
                <w:bCs/>
              </w:rPr>
              <w:t>Catalina Dermatology</w:t>
            </w:r>
          </w:p>
          <w:p w14:paraId="45931E6E" w14:textId="77777777" w:rsidR="006F3F19" w:rsidRPr="00DA223F" w:rsidRDefault="006F3F19" w:rsidP="006F3F19">
            <w:pPr>
              <w:rPr>
                <w:rFonts w:ascii="Times New Roman" w:hAnsi="Times New Roman" w:cs="Times New Roman"/>
              </w:rPr>
            </w:pPr>
            <w:r w:rsidRPr="00DA223F">
              <w:rPr>
                <w:rFonts w:ascii="Times New Roman" w:hAnsi="Times New Roman" w:cs="Times New Roman"/>
              </w:rPr>
              <w:t xml:space="preserve">7355 E Tanque Verde Rd   </w:t>
            </w:r>
          </w:p>
          <w:p w14:paraId="380345C4" w14:textId="77777777" w:rsidR="006F3F19" w:rsidRPr="00DA223F" w:rsidRDefault="006F3F19" w:rsidP="006F3F19">
            <w:pPr>
              <w:rPr>
                <w:rFonts w:ascii="Times New Roman" w:hAnsi="Times New Roman" w:cs="Times New Roman"/>
              </w:rPr>
            </w:pPr>
            <w:r w:rsidRPr="00DA223F">
              <w:rPr>
                <w:rFonts w:ascii="Times New Roman" w:hAnsi="Times New Roman" w:cs="Times New Roman"/>
              </w:rPr>
              <w:t>Tucson, AZ 85715</w:t>
            </w:r>
          </w:p>
          <w:p w14:paraId="709847F1" w14:textId="77777777" w:rsidR="006F3F19" w:rsidRPr="00DA223F" w:rsidRDefault="006F3F19" w:rsidP="006F3F19">
            <w:pPr>
              <w:rPr>
                <w:rFonts w:ascii="Times New Roman" w:hAnsi="Times New Roman" w:cs="Times New Roman"/>
              </w:rPr>
            </w:pPr>
            <w:r w:rsidRPr="00DA223F">
              <w:rPr>
                <w:rFonts w:ascii="Times New Roman" w:hAnsi="Times New Roman" w:cs="Times New Roman"/>
              </w:rPr>
              <w:t>Days: Only as needed/requested (On-Call)</w:t>
            </w:r>
          </w:p>
          <w:p w14:paraId="1D0CDD4B" w14:textId="77777777" w:rsidR="006F3F19" w:rsidRPr="00DA223F" w:rsidRDefault="006F3F19" w:rsidP="006F3F19">
            <w:pPr>
              <w:rPr>
                <w:rFonts w:ascii="Times New Roman" w:hAnsi="Times New Roman" w:cs="Times New Roman"/>
              </w:rPr>
            </w:pPr>
            <w:r w:rsidRPr="00DA223F">
              <w:rPr>
                <w:rFonts w:ascii="Times New Roman" w:hAnsi="Times New Roman" w:cs="Times New Roman"/>
              </w:rPr>
              <w:t>Pickup Time: TBD</w:t>
            </w:r>
          </w:p>
          <w:p w14:paraId="119239BA" w14:textId="77777777" w:rsidR="006F3F19" w:rsidRPr="00DA223F" w:rsidRDefault="006F3F19" w:rsidP="006F3F19">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31BD3FE1" w14:textId="77777777" w:rsidR="006F3F19" w:rsidRPr="00DA223F" w:rsidRDefault="006F3F19" w:rsidP="006F3F19">
            <w:pPr>
              <w:rPr>
                <w:rFonts w:ascii="Times New Roman" w:hAnsi="Times New Roman" w:cs="Times New Roman"/>
              </w:rPr>
            </w:pPr>
          </w:p>
          <w:p w14:paraId="6294EE94" w14:textId="77777777" w:rsidR="006F3F19" w:rsidRPr="002F5D52" w:rsidRDefault="006F3F19" w:rsidP="006F3F19">
            <w:pPr>
              <w:rPr>
                <w:rFonts w:ascii="Times New Roman" w:hAnsi="Times New Roman" w:cs="Times New Roman"/>
                <w:b/>
                <w:bCs/>
              </w:rPr>
            </w:pPr>
          </w:p>
        </w:tc>
        <w:tc>
          <w:tcPr>
            <w:tcW w:w="3780" w:type="dxa"/>
          </w:tcPr>
          <w:p w14:paraId="2A9BE437" w14:textId="77777777" w:rsidR="006F3F19" w:rsidRPr="00DA223F" w:rsidRDefault="006F3F19" w:rsidP="006F3F19">
            <w:pPr>
              <w:rPr>
                <w:rFonts w:ascii="Times New Roman" w:hAnsi="Times New Roman" w:cs="Times New Roman"/>
                <w:b/>
                <w:bCs/>
              </w:rPr>
            </w:pPr>
            <w:r w:rsidRPr="00DA223F">
              <w:rPr>
                <w:rFonts w:ascii="Times New Roman" w:hAnsi="Times New Roman" w:cs="Times New Roman"/>
                <w:b/>
                <w:bCs/>
              </w:rPr>
              <w:t>SAVAHCS</w:t>
            </w:r>
          </w:p>
          <w:p w14:paraId="398EDDBC" w14:textId="77777777" w:rsidR="006F3F19" w:rsidRPr="00DA223F" w:rsidRDefault="006F3F19" w:rsidP="006F3F19">
            <w:pPr>
              <w:rPr>
                <w:rFonts w:ascii="Times New Roman" w:hAnsi="Times New Roman" w:cs="Times New Roman"/>
              </w:rPr>
            </w:pPr>
            <w:r w:rsidRPr="00DA223F">
              <w:rPr>
                <w:rFonts w:ascii="Times New Roman" w:hAnsi="Times New Roman" w:cs="Times New Roman"/>
              </w:rPr>
              <w:t>Clinical Laboratory</w:t>
            </w:r>
          </w:p>
          <w:p w14:paraId="38DD4146" w14:textId="77777777" w:rsidR="006F3F19" w:rsidRPr="00DA223F" w:rsidRDefault="006F3F19" w:rsidP="006F3F19">
            <w:pPr>
              <w:rPr>
                <w:rFonts w:ascii="Times New Roman" w:hAnsi="Times New Roman" w:cs="Times New Roman"/>
              </w:rPr>
            </w:pPr>
            <w:r w:rsidRPr="00DA223F">
              <w:rPr>
                <w:rFonts w:ascii="Times New Roman" w:hAnsi="Times New Roman" w:cs="Times New Roman"/>
              </w:rPr>
              <w:t>Southern Arizona VA Health Care</w:t>
            </w:r>
          </w:p>
          <w:p w14:paraId="1B1DFB51" w14:textId="77777777" w:rsidR="006F3F19" w:rsidRPr="00DA223F" w:rsidRDefault="006F3F19" w:rsidP="006F3F19">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683F0094" w14:textId="77777777" w:rsidR="006F3F19" w:rsidRPr="00DA223F" w:rsidRDefault="006F3F19" w:rsidP="006F3F19">
            <w:pPr>
              <w:rPr>
                <w:rFonts w:ascii="Times New Roman" w:hAnsi="Times New Roman" w:cs="Times New Roman"/>
              </w:rPr>
            </w:pPr>
            <w:r w:rsidRPr="00DA223F">
              <w:rPr>
                <w:rFonts w:ascii="Times New Roman" w:hAnsi="Times New Roman" w:cs="Times New Roman"/>
              </w:rPr>
              <w:t>Tucson, AZ 85723</w:t>
            </w:r>
          </w:p>
          <w:p w14:paraId="540629C5" w14:textId="77777777" w:rsidR="006F3F19" w:rsidRPr="00DA223F" w:rsidRDefault="006F3F19" w:rsidP="006F3F19">
            <w:pPr>
              <w:rPr>
                <w:rFonts w:ascii="Times New Roman" w:hAnsi="Times New Roman" w:cs="Times New Roman"/>
              </w:rPr>
            </w:pPr>
            <w:r w:rsidRPr="00DA223F">
              <w:rPr>
                <w:rFonts w:ascii="Times New Roman" w:hAnsi="Times New Roman" w:cs="Times New Roman"/>
              </w:rPr>
              <w:t>Delivery Time: TBD</w:t>
            </w:r>
          </w:p>
          <w:p w14:paraId="069189F9" w14:textId="0B7D5C03" w:rsidR="006F3F19" w:rsidRPr="002F5D52" w:rsidRDefault="006F3F19" w:rsidP="006F3F19">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1866BFA5" w14:textId="18EC5617" w:rsidR="006F3F19" w:rsidRPr="002F5D52" w:rsidRDefault="006F3F19" w:rsidP="006F3F19">
            <w:pPr>
              <w:jc w:val="center"/>
              <w:rPr>
                <w:rFonts w:ascii="Times New Roman" w:hAnsi="Times New Roman" w:cs="Times New Roman"/>
              </w:rPr>
            </w:pPr>
            <w:r w:rsidRPr="00DA223F">
              <w:rPr>
                <w:rFonts w:ascii="Times New Roman" w:hAnsi="Times New Roman" w:cs="Times New Roman"/>
              </w:rPr>
              <w:t>5 runs/year</w:t>
            </w:r>
          </w:p>
        </w:tc>
      </w:tr>
    </w:tbl>
    <w:p w14:paraId="3FD90D8A"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6B7BE8FD" w14:textId="77777777" w:rsidTr="00E5395D">
        <w:trPr>
          <w:trHeight w:val="350"/>
          <w:jc w:val="center"/>
        </w:trPr>
        <w:tc>
          <w:tcPr>
            <w:tcW w:w="9625" w:type="dxa"/>
            <w:gridSpan w:val="3"/>
            <w:vAlign w:val="center"/>
          </w:tcPr>
          <w:p w14:paraId="4273B1E1" w14:textId="00ED1E9D"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7</w:t>
            </w:r>
            <w:r w:rsidR="006F36C0">
              <w:rPr>
                <w:rFonts w:ascii="Times New Roman" w:hAnsi="Times New Roman" w:cs="Times New Roman"/>
                <w:b/>
                <w:bCs/>
              </w:rPr>
              <w:t>3</w:t>
            </w:r>
          </w:p>
        </w:tc>
      </w:tr>
      <w:tr w:rsidR="003858BA" w:rsidRPr="002F5D52" w14:paraId="39490F91" w14:textId="77777777" w:rsidTr="00E5395D">
        <w:trPr>
          <w:trHeight w:val="1153"/>
          <w:jc w:val="center"/>
        </w:trPr>
        <w:tc>
          <w:tcPr>
            <w:tcW w:w="4225" w:type="dxa"/>
          </w:tcPr>
          <w:p w14:paraId="2E815255" w14:textId="77777777" w:rsidR="003858BA" w:rsidRPr="00DA223F" w:rsidRDefault="003858BA" w:rsidP="003858BA">
            <w:pPr>
              <w:rPr>
                <w:rFonts w:ascii="Times New Roman" w:hAnsi="Times New Roman" w:cs="Times New Roman"/>
                <w:b/>
                <w:bCs/>
              </w:rPr>
            </w:pPr>
            <w:r w:rsidRPr="00DA223F">
              <w:rPr>
                <w:rFonts w:ascii="Times New Roman" w:hAnsi="Times New Roman" w:cs="Times New Roman"/>
                <w:b/>
                <w:bCs/>
              </w:rPr>
              <w:t>Cord Blood Registry</w:t>
            </w:r>
          </w:p>
          <w:p w14:paraId="32406271" w14:textId="77777777" w:rsidR="003858BA" w:rsidRPr="00DA223F" w:rsidRDefault="003858BA" w:rsidP="003858BA">
            <w:pPr>
              <w:rPr>
                <w:rFonts w:ascii="Times New Roman" w:hAnsi="Times New Roman" w:cs="Times New Roman"/>
              </w:rPr>
            </w:pPr>
            <w:r w:rsidRPr="00DA223F">
              <w:rPr>
                <w:rFonts w:ascii="Times New Roman" w:hAnsi="Times New Roman" w:cs="Times New Roman"/>
              </w:rPr>
              <w:t xml:space="preserve">6550 S Bay Colony </w:t>
            </w:r>
            <w:proofErr w:type="gramStart"/>
            <w:r w:rsidRPr="00DA223F">
              <w:rPr>
                <w:rFonts w:ascii="Times New Roman" w:hAnsi="Times New Roman" w:cs="Times New Roman"/>
              </w:rPr>
              <w:t>Drive, #</w:t>
            </w:r>
            <w:proofErr w:type="gramEnd"/>
            <w:r w:rsidRPr="00DA223F">
              <w:rPr>
                <w:rFonts w:ascii="Times New Roman" w:hAnsi="Times New Roman" w:cs="Times New Roman"/>
              </w:rPr>
              <w:t>100</w:t>
            </w:r>
          </w:p>
          <w:p w14:paraId="6B0D618A" w14:textId="77777777" w:rsidR="003858BA" w:rsidRPr="00DA223F" w:rsidRDefault="003858BA" w:rsidP="003858BA">
            <w:pPr>
              <w:rPr>
                <w:rFonts w:ascii="Times New Roman" w:hAnsi="Times New Roman" w:cs="Times New Roman"/>
              </w:rPr>
            </w:pPr>
            <w:r w:rsidRPr="00DA223F">
              <w:rPr>
                <w:rFonts w:ascii="Times New Roman" w:hAnsi="Times New Roman" w:cs="Times New Roman"/>
              </w:rPr>
              <w:t>Tucson, AZ 85756</w:t>
            </w:r>
          </w:p>
          <w:p w14:paraId="7B63D8D3" w14:textId="77777777" w:rsidR="003858BA" w:rsidRPr="00DA223F" w:rsidRDefault="003858BA" w:rsidP="003858BA">
            <w:pPr>
              <w:rPr>
                <w:rFonts w:ascii="Times New Roman" w:hAnsi="Times New Roman" w:cs="Times New Roman"/>
              </w:rPr>
            </w:pPr>
            <w:r w:rsidRPr="00DA223F">
              <w:rPr>
                <w:rFonts w:ascii="Times New Roman" w:hAnsi="Times New Roman" w:cs="Times New Roman"/>
              </w:rPr>
              <w:t>Days: Only as needed/requested (On-Call)</w:t>
            </w:r>
          </w:p>
          <w:p w14:paraId="408213DC" w14:textId="77777777" w:rsidR="003858BA" w:rsidRPr="00DA223F" w:rsidRDefault="003858BA" w:rsidP="003858BA">
            <w:pPr>
              <w:rPr>
                <w:rFonts w:ascii="Times New Roman" w:hAnsi="Times New Roman" w:cs="Times New Roman"/>
              </w:rPr>
            </w:pPr>
            <w:r w:rsidRPr="00DA223F">
              <w:rPr>
                <w:rFonts w:ascii="Times New Roman" w:hAnsi="Times New Roman" w:cs="Times New Roman"/>
              </w:rPr>
              <w:t>Pickup Time: TBD</w:t>
            </w:r>
          </w:p>
          <w:p w14:paraId="5940A67A" w14:textId="77777777" w:rsidR="003858BA" w:rsidRPr="00DA223F" w:rsidRDefault="003858BA" w:rsidP="003858BA">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10099F4B" w14:textId="77777777" w:rsidR="003858BA" w:rsidRPr="002F5D52" w:rsidRDefault="003858BA" w:rsidP="003858BA">
            <w:pPr>
              <w:rPr>
                <w:rFonts w:ascii="Times New Roman" w:hAnsi="Times New Roman" w:cs="Times New Roman"/>
                <w:b/>
                <w:bCs/>
              </w:rPr>
            </w:pPr>
          </w:p>
        </w:tc>
        <w:tc>
          <w:tcPr>
            <w:tcW w:w="3780" w:type="dxa"/>
          </w:tcPr>
          <w:p w14:paraId="3F6DA7A8" w14:textId="77777777" w:rsidR="003858BA" w:rsidRPr="00DA223F" w:rsidRDefault="003858BA" w:rsidP="003858BA">
            <w:pPr>
              <w:rPr>
                <w:rFonts w:ascii="Times New Roman" w:hAnsi="Times New Roman" w:cs="Times New Roman"/>
                <w:b/>
                <w:bCs/>
              </w:rPr>
            </w:pPr>
            <w:r w:rsidRPr="00DA223F">
              <w:rPr>
                <w:rFonts w:ascii="Times New Roman" w:hAnsi="Times New Roman" w:cs="Times New Roman"/>
                <w:b/>
                <w:bCs/>
              </w:rPr>
              <w:t>SAVAHCS</w:t>
            </w:r>
          </w:p>
          <w:p w14:paraId="6CC5BDEE" w14:textId="77777777" w:rsidR="003858BA" w:rsidRPr="00DA223F" w:rsidRDefault="003858BA" w:rsidP="003858BA">
            <w:pPr>
              <w:rPr>
                <w:rFonts w:ascii="Times New Roman" w:hAnsi="Times New Roman" w:cs="Times New Roman"/>
              </w:rPr>
            </w:pPr>
            <w:r w:rsidRPr="00DA223F">
              <w:rPr>
                <w:rFonts w:ascii="Times New Roman" w:hAnsi="Times New Roman" w:cs="Times New Roman"/>
              </w:rPr>
              <w:t>Clinical Laboratory</w:t>
            </w:r>
          </w:p>
          <w:p w14:paraId="791454DC" w14:textId="77777777" w:rsidR="003858BA" w:rsidRPr="00DA223F" w:rsidRDefault="003858BA" w:rsidP="003858BA">
            <w:pPr>
              <w:rPr>
                <w:rFonts w:ascii="Times New Roman" w:hAnsi="Times New Roman" w:cs="Times New Roman"/>
              </w:rPr>
            </w:pPr>
            <w:r w:rsidRPr="00DA223F">
              <w:rPr>
                <w:rFonts w:ascii="Times New Roman" w:hAnsi="Times New Roman" w:cs="Times New Roman"/>
              </w:rPr>
              <w:t>Southern Arizona VA Health Care</w:t>
            </w:r>
          </w:p>
          <w:p w14:paraId="1C087070" w14:textId="77777777" w:rsidR="003858BA" w:rsidRPr="00DA223F" w:rsidRDefault="003858BA" w:rsidP="003858BA">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0ACE3D8D" w14:textId="77777777" w:rsidR="003858BA" w:rsidRPr="00DA223F" w:rsidRDefault="003858BA" w:rsidP="003858BA">
            <w:pPr>
              <w:rPr>
                <w:rFonts w:ascii="Times New Roman" w:hAnsi="Times New Roman" w:cs="Times New Roman"/>
              </w:rPr>
            </w:pPr>
            <w:r w:rsidRPr="00DA223F">
              <w:rPr>
                <w:rFonts w:ascii="Times New Roman" w:hAnsi="Times New Roman" w:cs="Times New Roman"/>
              </w:rPr>
              <w:t>Tucson, AZ 85723</w:t>
            </w:r>
          </w:p>
          <w:p w14:paraId="251BFAEE" w14:textId="77777777" w:rsidR="003858BA" w:rsidRPr="00DA223F" w:rsidRDefault="003858BA" w:rsidP="003858BA">
            <w:pPr>
              <w:rPr>
                <w:rFonts w:ascii="Times New Roman" w:hAnsi="Times New Roman" w:cs="Times New Roman"/>
              </w:rPr>
            </w:pPr>
            <w:r w:rsidRPr="00DA223F">
              <w:rPr>
                <w:rFonts w:ascii="Times New Roman" w:hAnsi="Times New Roman" w:cs="Times New Roman"/>
              </w:rPr>
              <w:t>Delivery Time: TBD</w:t>
            </w:r>
          </w:p>
          <w:p w14:paraId="5C30B837" w14:textId="3D76327C" w:rsidR="003858BA" w:rsidRPr="002F5D52" w:rsidRDefault="003858BA" w:rsidP="003858BA">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54180A1E" w14:textId="726E7097" w:rsidR="003858BA" w:rsidRPr="002F5D52" w:rsidRDefault="003858BA" w:rsidP="003858BA">
            <w:pPr>
              <w:jc w:val="center"/>
              <w:rPr>
                <w:rFonts w:ascii="Times New Roman" w:hAnsi="Times New Roman" w:cs="Times New Roman"/>
              </w:rPr>
            </w:pPr>
            <w:r w:rsidRPr="00DA223F">
              <w:rPr>
                <w:rFonts w:ascii="Times New Roman" w:hAnsi="Times New Roman" w:cs="Times New Roman"/>
              </w:rPr>
              <w:t>10 runs/year</w:t>
            </w:r>
          </w:p>
        </w:tc>
      </w:tr>
    </w:tbl>
    <w:p w14:paraId="04E9343D"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021111F5" w14:textId="77777777" w:rsidTr="00E5395D">
        <w:trPr>
          <w:trHeight w:val="350"/>
          <w:jc w:val="center"/>
        </w:trPr>
        <w:tc>
          <w:tcPr>
            <w:tcW w:w="9625" w:type="dxa"/>
            <w:gridSpan w:val="3"/>
            <w:vAlign w:val="center"/>
          </w:tcPr>
          <w:p w14:paraId="0BA63377" w14:textId="5F1359F0"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7</w:t>
            </w:r>
            <w:r w:rsidR="006F36C0">
              <w:rPr>
                <w:rFonts w:ascii="Times New Roman" w:hAnsi="Times New Roman" w:cs="Times New Roman"/>
                <w:b/>
                <w:bCs/>
              </w:rPr>
              <w:t>4</w:t>
            </w:r>
          </w:p>
        </w:tc>
      </w:tr>
      <w:tr w:rsidR="00656B92" w:rsidRPr="002F5D52" w14:paraId="0791BCCB" w14:textId="77777777" w:rsidTr="00E5395D">
        <w:trPr>
          <w:trHeight w:val="1153"/>
          <w:jc w:val="center"/>
        </w:trPr>
        <w:tc>
          <w:tcPr>
            <w:tcW w:w="4225" w:type="dxa"/>
          </w:tcPr>
          <w:p w14:paraId="2C498F0C" w14:textId="77777777" w:rsidR="00656B92" w:rsidRPr="00DA223F" w:rsidRDefault="00656B92" w:rsidP="00656B92">
            <w:pPr>
              <w:rPr>
                <w:rFonts w:ascii="Times New Roman" w:hAnsi="Times New Roman" w:cs="Times New Roman"/>
                <w:b/>
                <w:bCs/>
              </w:rPr>
            </w:pPr>
            <w:r w:rsidRPr="00DA223F">
              <w:rPr>
                <w:rFonts w:ascii="Times New Roman" w:hAnsi="Times New Roman" w:cs="Times New Roman"/>
                <w:b/>
                <w:bCs/>
              </w:rPr>
              <w:t>Davis Monthan Air Force Base</w:t>
            </w:r>
          </w:p>
          <w:p w14:paraId="1D0181C0" w14:textId="77777777" w:rsidR="00656B92" w:rsidRPr="00DA223F" w:rsidRDefault="00656B92" w:rsidP="00656B92">
            <w:pPr>
              <w:rPr>
                <w:rFonts w:ascii="Times New Roman" w:hAnsi="Times New Roman" w:cs="Times New Roman"/>
              </w:rPr>
            </w:pPr>
            <w:r w:rsidRPr="00DA223F">
              <w:rPr>
                <w:rFonts w:ascii="Times New Roman" w:hAnsi="Times New Roman" w:cs="Times New Roman"/>
              </w:rPr>
              <w:t>355</w:t>
            </w:r>
            <w:r w:rsidRPr="00DA223F">
              <w:rPr>
                <w:rFonts w:ascii="Times New Roman" w:hAnsi="Times New Roman" w:cs="Times New Roman"/>
                <w:vertAlign w:val="superscript"/>
              </w:rPr>
              <w:t>TH</w:t>
            </w:r>
            <w:r w:rsidRPr="00DA223F">
              <w:rPr>
                <w:rFonts w:ascii="Times New Roman" w:hAnsi="Times New Roman" w:cs="Times New Roman"/>
              </w:rPr>
              <w:t xml:space="preserve"> Healthcare Operations Squadron </w:t>
            </w:r>
          </w:p>
          <w:p w14:paraId="5DDB53AD" w14:textId="77777777" w:rsidR="00656B92" w:rsidRPr="00DA223F" w:rsidRDefault="00656B92" w:rsidP="00656B92">
            <w:pPr>
              <w:rPr>
                <w:rFonts w:ascii="Times New Roman" w:hAnsi="Times New Roman" w:cs="Times New Roman"/>
              </w:rPr>
            </w:pPr>
            <w:r w:rsidRPr="00DA223F">
              <w:rPr>
                <w:rFonts w:ascii="Times New Roman" w:hAnsi="Times New Roman" w:cs="Times New Roman"/>
              </w:rPr>
              <w:t>Davis-Monthan AFB, AZ 85707</w:t>
            </w:r>
          </w:p>
          <w:p w14:paraId="42260524" w14:textId="77777777" w:rsidR="00656B92" w:rsidRPr="00DA223F" w:rsidRDefault="00656B92" w:rsidP="00656B92">
            <w:pPr>
              <w:rPr>
                <w:rFonts w:ascii="Times New Roman" w:hAnsi="Times New Roman" w:cs="Times New Roman"/>
              </w:rPr>
            </w:pPr>
            <w:r w:rsidRPr="00DA223F">
              <w:rPr>
                <w:rFonts w:ascii="Times New Roman" w:hAnsi="Times New Roman" w:cs="Times New Roman"/>
              </w:rPr>
              <w:t>Days: Only as needed/requested (On-Call)</w:t>
            </w:r>
          </w:p>
          <w:p w14:paraId="47A00221" w14:textId="77777777" w:rsidR="00656B92" w:rsidRPr="00DA223F" w:rsidRDefault="00656B92" w:rsidP="00656B92">
            <w:pPr>
              <w:rPr>
                <w:rFonts w:ascii="Times New Roman" w:hAnsi="Times New Roman" w:cs="Times New Roman"/>
              </w:rPr>
            </w:pPr>
            <w:r w:rsidRPr="00DA223F">
              <w:rPr>
                <w:rFonts w:ascii="Times New Roman" w:hAnsi="Times New Roman" w:cs="Times New Roman"/>
              </w:rPr>
              <w:t>Pickup Time: TBD</w:t>
            </w:r>
          </w:p>
          <w:p w14:paraId="607E93D6" w14:textId="77777777" w:rsidR="00656B92" w:rsidRPr="00DA223F" w:rsidRDefault="00656B92" w:rsidP="00656B92">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47E0004B" w14:textId="77777777" w:rsidR="00656B92" w:rsidRPr="002F5D52" w:rsidRDefault="00656B92" w:rsidP="00656B92">
            <w:pPr>
              <w:rPr>
                <w:rFonts w:ascii="Times New Roman" w:hAnsi="Times New Roman" w:cs="Times New Roman"/>
                <w:b/>
                <w:bCs/>
              </w:rPr>
            </w:pPr>
          </w:p>
        </w:tc>
        <w:tc>
          <w:tcPr>
            <w:tcW w:w="3780" w:type="dxa"/>
          </w:tcPr>
          <w:p w14:paraId="0C947DE2" w14:textId="77777777" w:rsidR="00656B92" w:rsidRPr="00DA223F" w:rsidRDefault="00656B92" w:rsidP="00656B92">
            <w:pPr>
              <w:rPr>
                <w:rFonts w:ascii="Times New Roman" w:hAnsi="Times New Roman" w:cs="Times New Roman"/>
                <w:b/>
                <w:bCs/>
              </w:rPr>
            </w:pPr>
            <w:r w:rsidRPr="00DA223F">
              <w:rPr>
                <w:rFonts w:ascii="Times New Roman" w:hAnsi="Times New Roman" w:cs="Times New Roman"/>
                <w:b/>
                <w:bCs/>
              </w:rPr>
              <w:t>SAVAHCS</w:t>
            </w:r>
          </w:p>
          <w:p w14:paraId="37AE0EA9" w14:textId="77777777" w:rsidR="00656B92" w:rsidRPr="00DA223F" w:rsidRDefault="00656B92" w:rsidP="00656B92">
            <w:pPr>
              <w:rPr>
                <w:rFonts w:ascii="Times New Roman" w:hAnsi="Times New Roman" w:cs="Times New Roman"/>
              </w:rPr>
            </w:pPr>
            <w:r w:rsidRPr="00DA223F">
              <w:rPr>
                <w:rFonts w:ascii="Times New Roman" w:hAnsi="Times New Roman" w:cs="Times New Roman"/>
              </w:rPr>
              <w:t>Clinical Laboratory</w:t>
            </w:r>
          </w:p>
          <w:p w14:paraId="2B752EC8" w14:textId="77777777" w:rsidR="00656B92" w:rsidRPr="00DA223F" w:rsidRDefault="00656B92" w:rsidP="00656B92">
            <w:pPr>
              <w:rPr>
                <w:rFonts w:ascii="Times New Roman" w:hAnsi="Times New Roman" w:cs="Times New Roman"/>
              </w:rPr>
            </w:pPr>
            <w:r w:rsidRPr="00DA223F">
              <w:rPr>
                <w:rFonts w:ascii="Times New Roman" w:hAnsi="Times New Roman" w:cs="Times New Roman"/>
              </w:rPr>
              <w:t>Southern Arizona VA Health Care</w:t>
            </w:r>
          </w:p>
          <w:p w14:paraId="499069C6" w14:textId="77777777" w:rsidR="00656B92" w:rsidRPr="00DA223F" w:rsidRDefault="00656B92" w:rsidP="00656B92">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4436B6D5" w14:textId="77777777" w:rsidR="00656B92" w:rsidRPr="00DA223F" w:rsidRDefault="00656B92" w:rsidP="00656B92">
            <w:pPr>
              <w:rPr>
                <w:rFonts w:ascii="Times New Roman" w:hAnsi="Times New Roman" w:cs="Times New Roman"/>
              </w:rPr>
            </w:pPr>
            <w:r w:rsidRPr="00DA223F">
              <w:rPr>
                <w:rFonts w:ascii="Times New Roman" w:hAnsi="Times New Roman" w:cs="Times New Roman"/>
              </w:rPr>
              <w:t>Tucson, AZ 85723</w:t>
            </w:r>
          </w:p>
          <w:p w14:paraId="0210E46C" w14:textId="77777777" w:rsidR="00656B92" w:rsidRPr="00DA223F" w:rsidRDefault="00656B92" w:rsidP="00656B92">
            <w:pPr>
              <w:rPr>
                <w:rFonts w:ascii="Times New Roman" w:hAnsi="Times New Roman" w:cs="Times New Roman"/>
              </w:rPr>
            </w:pPr>
            <w:r w:rsidRPr="00DA223F">
              <w:rPr>
                <w:rFonts w:ascii="Times New Roman" w:hAnsi="Times New Roman" w:cs="Times New Roman"/>
              </w:rPr>
              <w:t>Delivery Time: TBD</w:t>
            </w:r>
          </w:p>
          <w:p w14:paraId="77780B18" w14:textId="5D17AAF2" w:rsidR="00656B92" w:rsidRPr="002F5D52" w:rsidRDefault="00656B92" w:rsidP="00656B92">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534E8D5B" w14:textId="2DF285F1" w:rsidR="00656B92" w:rsidRPr="002F5D52" w:rsidRDefault="00656B92" w:rsidP="00656B92">
            <w:pPr>
              <w:jc w:val="center"/>
              <w:rPr>
                <w:rFonts w:ascii="Times New Roman" w:hAnsi="Times New Roman" w:cs="Times New Roman"/>
              </w:rPr>
            </w:pPr>
            <w:r w:rsidRPr="00DA223F">
              <w:rPr>
                <w:rFonts w:ascii="Times New Roman" w:hAnsi="Times New Roman" w:cs="Times New Roman"/>
              </w:rPr>
              <w:t>20 runs/year</w:t>
            </w:r>
          </w:p>
        </w:tc>
      </w:tr>
    </w:tbl>
    <w:p w14:paraId="0185B81E"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3B1DEBB6" w14:textId="77777777" w:rsidTr="00E5395D">
        <w:trPr>
          <w:trHeight w:val="350"/>
          <w:jc w:val="center"/>
        </w:trPr>
        <w:tc>
          <w:tcPr>
            <w:tcW w:w="9625" w:type="dxa"/>
            <w:gridSpan w:val="3"/>
            <w:vAlign w:val="center"/>
          </w:tcPr>
          <w:p w14:paraId="63EAA08B" w14:textId="13B249D1"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7</w:t>
            </w:r>
            <w:r w:rsidR="006F36C0">
              <w:rPr>
                <w:rFonts w:ascii="Times New Roman" w:hAnsi="Times New Roman" w:cs="Times New Roman"/>
                <w:b/>
                <w:bCs/>
              </w:rPr>
              <w:t>5</w:t>
            </w:r>
          </w:p>
        </w:tc>
      </w:tr>
      <w:tr w:rsidR="00645D23" w:rsidRPr="002F5D52" w14:paraId="1DC23DE7" w14:textId="77777777" w:rsidTr="00E5395D">
        <w:trPr>
          <w:trHeight w:val="1153"/>
          <w:jc w:val="center"/>
        </w:trPr>
        <w:tc>
          <w:tcPr>
            <w:tcW w:w="4225" w:type="dxa"/>
          </w:tcPr>
          <w:p w14:paraId="68DEC014" w14:textId="77777777" w:rsidR="00645D23" w:rsidRPr="00DA223F" w:rsidRDefault="00645D23" w:rsidP="00645D23">
            <w:pPr>
              <w:rPr>
                <w:rFonts w:ascii="Times New Roman" w:hAnsi="Times New Roman" w:cs="Times New Roman"/>
                <w:b/>
                <w:bCs/>
              </w:rPr>
            </w:pPr>
            <w:r w:rsidRPr="00DA223F">
              <w:rPr>
                <w:rFonts w:ascii="Times New Roman" w:hAnsi="Times New Roman" w:cs="Times New Roman"/>
                <w:b/>
                <w:bCs/>
              </w:rPr>
              <w:t xml:space="preserve">Dr. Charles A. Loschiavo, DMD PC, Oral &amp; Maxillofacial Surgery </w:t>
            </w:r>
          </w:p>
          <w:p w14:paraId="447BA6E4" w14:textId="77777777" w:rsidR="00645D23" w:rsidRPr="00DA223F" w:rsidRDefault="00645D23" w:rsidP="00645D23">
            <w:pPr>
              <w:rPr>
                <w:rFonts w:ascii="Times New Roman" w:hAnsi="Times New Roman" w:cs="Times New Roman"/>
              </w:rPr>
            </w:pPr>
            <w:r w:rsidRPr="00DA223F">
              <w:rPr>
                <w:rFonts w:ascii="Times New Roman" w:hAnsi="Times New Roman" w:cs="Times New Roman"/>
              </w:rPr>
              <w:t xml:space="preserve">2370 N Wyatt Drive, Suite 120   </w:t>
            </w:r>
          </w:p>
          <w:p w14:paraId="56BE5AAF" w14:textId="77777777" w:rsidR="00645D23" w:rsidRPr="00DA223F" w:rsidRDefault="00645D23" w:rsidP="00645D23">
            <w:pPr>
              <w:rPr>
                <w:rFonts w:ascii="Times New Roman" w:hAnsi="Times New Roman" w:cs="Times New Roman"/>
              </w:rPr>
            </w:pPr>
            <w:r w:rsidRPr="00DA223F">
              <w:rPr>
                <w:rFonts w:ascii="Times New Roman" w:hAnsi="Times New Roman" w:cs="Times New Roman"/>
              </w:rPr>
              <w:t>Tucson, AZ 85712</w:t>
            </w:r>
          </w:p>
          <w:p w14:paraId="5FA9CDF4" w14:textId="77777777" w:rsidR="00645D23" w:rsidRPr="00DA223F" w:rsidRDefault="00645D23" w:rsidP="00645D23">
            <w:pPr>
              <w:rPr>
                <w:rFonts w:ascii="Times New Roman" w:hAnsi="Times New Roman" w:cs="Times New Roman"/>
              </w:rPr>
            </w:pPr>
            <w:r w:rsidRPr="00DA223F">
              <w:rPr>
                <w:rFonts w:ascii="Times New Roman" w:hAnsi="Times New Roman" w:cs="Times New Roman"/>
              </w:rPr>
              <w:t>Days: Only as needed/requested (On-Call)</w:t>
            </w:r>
          </w:p>
          <w:p w14:paraId="104EF671" w14:textId="77777777" w:rsidR="00645D23" w:rsidRPr="00DA223F" w:rsidRDefault="00645D23" w:rsidP="00645D23">
            <w:pPr>
              <w:rPr>
                <w:rFonts w:ascii="Times New Roman" w:hAnsi="Times New Roman" w:cs="Times New Roman"/>
              </w:rPr>
            </w:pPr>
            <w:r w:rsidRPr="00DA223F">
              <w:rPr>
                <w:rFonts w:ascii="Times New Roman" w:hAnsi="Times New Roman" w:cs="Times New Roman"/>
              </w:rPr>
              <w:t>Pickup Time: TBD</w:t>
            </w:r>
          </w:p>
          <w:p w14:paraId="001693A2" w14:textId="4050F6A3" w:rsidR="00645D23" w:rsidRPr="002F5D52" w:rsidRDefault="00645D23" w:rsidP="00645D23">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tc>
        <w:tc>
          <w:tcPr>
            <w:tcW w:w="3780" w:type="dxa"/>
          </w:tcPr>
          <w:p w14:paraId="4E3C084D" w14:textId="77777777" w:rsidR="00645D23" w:rsidRPr="00DA223F" w:rsidRDefault="00645D23" w:rsidP="00645D23">
            <w:pPr>
              <w:rPr>
                <w:rFonts w:ascii="Times New Roman" w:hAnsi="Times New Roman" w:cs="Times New Roman"/>
                <w:b/>
                <w:bCs/>
              </w:rPr>
            </w:pPr>
            <w:r w:rsidRPr="00DA223F">
              <w:rPr>
                <w:rFonts w:ascii="Times New Roman" w:hAnsi="Times New Roman" w:cs="Times New Roman"/>
                <w:b/>
                <w:bCs/>
              </w:rPr>
              <w:t>SAVAHCS</w:t>
            </w:r>
          </w:p>
          <w:p w14:paraId="70175B8B" w14:textId="77777777" w:rsidR="00645D23" w:rsidRPr="00DA223F" w:rsidRDefault="00645D23" w:rsidP="00645D23">
            <w:pPr>
              <w:rPr>
                <w:rFonts w:ascii="Times New Roman" w:hAnsi="Times New Roman" w:cs="Times New Roman"/>
              </w:rPr>
            </w:pPr>
            <w:r w:rsidRPr="00DA223F">
              <w:rPr>
                <w:rFonts w:ascii="Times New Roman" w:hAnsi="Times New Roman" w:cs="Times New Roman"/>
              </w:rPr>
              <w:t>Clinical Laboratory</w:t>
            </w:r>
          </w:p>
          <w:p w14:paraId="4B1FE113" w14:textId="77777777" w:rsidR="00645D23" w:rsidRPr="00DA223F" w:rsidRDefault="00645D23" w:rsidP="00645D23">
            <w:pPr>
              <w:rPr>
                <w:rFonts w:ascii="Times New Roman" w:hAnsi="Times New Roman" w:cs="Times New Roman"/>
              </w:rPr>
            </w:pPr>
            <w:r w:rsidRPr="00DA223F">
              <w:rPr>
                <w:rFonts w:ascii="Times New Roman" w:hAnsi="Times New Roman" w:cs="Times New Roman"/>
              </w:rPr>
              <w:t>Southern Arizona VA Health Care</w:t>
            </w:r>
          </w:p>
          <w:p w14:paraId="210A803A" w14:textId="77777777" w:rsidR="00645D23" w:rsidRPr="00DA223F" w:rsidRDefault="00645D23" w:rsidP="00645D23">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2AE6013F" w14:textId="77777777" w:rsidR="00645D23" w:rsidRPr="00DA223F" w:rsidRDefault="00645D23" w:rsidP="00645D23">
            <w:pPr>
              <w:rPr>
                <w:rFonts w:ascii="Times New Roman" w:hAnsi="Times New Roman" w:cs="Times New Roman"/>
              </w:rPr>
            </w:pPr>
            <w:r w:rsidRPr="00DA223F">
              <w:rPr>
                <w:rFonts w:ascii="Times New Roman" w:hAnsi="Times New Roman" w:cs="Times New Roman"/>
              </w:rPr>
              <w:t>Tucson, AZ 85723</w:t>
            </w:r>
          </w:p>
          <w:p w14:paraId="54CA8F00" w14:textId="77777777" w:rsidR="00645D23" w:rsidRPr="00DA223F" w:rsidRDefault="00645D23" w:rsidP="00645D23">
            <w:pPr>
              <w:rPr>
                <w:rFonts w:ascii="Times New Roman" w:hAnsi="Times New Roman" w:cs="Times New Roman"/>
              </w:rPr>
            </w:pPr>
            <w:r w:rsidRPr="00DA223F">
              <w:rPr>
                <w:rFonts w:ascii="Times New Roman" w:hAnsi="Times New Roman" w:cs="Times New Roman"/>
              </w:rPr>
              <w:t>Delivery Time: TBD</w:t>
            </w:r>
          </w:p>
          <w:p w14:paraId="7D2A6273" w14:textId="79DCC6EB" w:rsidR="00645D23" w:rsidRPr="002F5D52" w:rsidRDefault="00645D23" w:rsidP="00645D23">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5E0FC33F" w14:textId="071A6F66" w:rsidR="00645D23" w:rsidRPr="002F5D52" w:rsidRDefault="00645D23" w:rsidP="00645D23">
            <w:pPr>
              <w:jc w:val="center"/>
              <w:rPr>
                <w:rFonts w:ascii="Times New Roman" w:hAnsi="Times New Roman" w:cs="Times New Roman"/>
              </w:rPr>
            </w:pPr>
            <w:r w:rsidRPr="00DA223F">
              <w:rPr>
                <w:rFonts w:ascii="Times New Roman" w:hAnsi="Times New Roman" w:cs="Times New Roman"/>
              </w:rPr>
              <w:t>20 runs/year</w:t>
            </w:r>
          </w:p>
        </w:tc>
      </w:tr>
    </w:tbl>
    <w:p w14:paraId="01F513F8"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40FFA9D6" w14:textId="77777777" w:rsidTr="00E5395D">
        <w:trPr>
          <w:trHeight w:val="350"/>
          <w:jc w:val="center"/>
        </w:trPr>
        <w:tc>
          <w:tcPr>
            <w:tcW w:w="9625" w:type="dxa"/>
            <w:gridSpan w:val="3"/>
            <w:vAlign w:val="center"/>
          </w:tcPr>
          <w:p w14:paraId="05E86F3A" w14:textId="1319C7AD"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7</w:t>
            </w:r>
            <w:r w:rsidR="006F36C0">
              <w:rPr>
                <w:rFonts w:ascii="Times New Roman" w:hAnsi="Times New Roman" w:cs="Times New Roman"/>
                <w:b/>
                <w:bCs/>
              </w:rPr>
              <w:t>6</w:t>
            </w:r>
          </w:p>
        </w:tc>
      </w:tr>
      <w:tr w:rsidR="0038126A" w:rsidRPr="002F5D52" w14:paraId="51518980" w14:textId="77777777" w:rsidTr="00E5395D">
        <w:trPr>
          <w:trHeight w:val="1153"/>
          <w:jc w:val="center"/>
        </w:trPr>
        <w:tc>
          <w:tcPr>
            <w:tcW w:w="4225" w:type="dxa"/>
          </w:tcPr>
          <w:p w14:paraId="6D5EEC5E" w14:textId="77777777" w:rsidR="0038126A" w:rsidRPr="00DA223F" w:rsidRDefault="0038126A" w:rsidP="0038126A">
            <w:pPr>
              <w:rPr>
                <w:rFonts w:ascii="Times New Roman" w:hAnsi="Times New Roman" w:cs="Times New Roman"/>
                <w:b/>
                <w:bCs/>
              </w:rPr>
            </w:pPr>
            <w:r w:rsidRPr="00DA223F">
              <w:rPr>
                <w:rFonts w:ascii="Times New Roman" w:hAnsi="Times New Roman" w:cs="Times New Roman"/>
                <w:b/>
                <w:bCs/>
              </w:rPr>
              <w:t xml:space="preserve">El Rio Health Center Laboratory Santa Cruz Neighborhood </w:t>
            </w:r>
          </w:p>
          <w:p w14:paraId="6D9ED592" w14:textId="77777777" w:rsidR="0038126A" w:rsidRPr="00DA223F" w:rsidRDefault="0038126A" w:rsidP="0038126A">
            <w:pPr>
              <w:rPr>
                <w:rFonts w:ascii="Times New Roman" w:hAnsi="Times New Roman" w:cs="Times New Roman"/>
              </w:rPr>
            </w:pPr>
            <w:r w:rsidRPr="00DA223F">
              <w:rPr>
                <w:rFonts w:ascii="Times New Roman" w:hAnsi="Times New Roman" w:cs="Times New Roman"/>
              </w:rPr>
              <w:t>450 W Paseo Redondo #2</w:t>
            </w:r>
          </w:p>
          <w:p w14:paraId="017432F6" w14:textId="77777777" w:rsidR="0038126A" w:rsidRPr="00DA223F" w:rsidRDefault="0038126A" w:rsidP="0038126A">
            <w:pPr>
              <w:rPr>
                <w:rFonts w:ascii="Times New Roman" w:hAnsi="Times New Roman" w:cs="Times New Roman"/>
              </w:rPr>
            </w:pPr>
            <w:r w:rsidRPr="00DA223F">
              <w:rPr>
                <w:rFonts w:ascii="Times New Roman" w:hAnsi="Times New Roman" w:cs="Times New Roman"/>
              </w:rPr>
              <w:t>Tucson, AZ 85701</w:t>
            </w:r>
          </w:p>
          <w:p w14:paraId="61D3B0A7" w14:textId="77777777" w:rsidR="0038126A" w:rsidRPr="00DA223F" w:rsidRDefault="0038126A" w:rsidP="0038126A">
            <w:pPr>
              <w:rPr>
                <w:rFonts w:ascii="Times New Roman" w:hAnsi="Times New Roman" w:cs="Times New Roman"/>
              </w:rPr>
            </w:pPr>
            <w:r w:rsidRPr="00DA223F">
              <w:rPr>
                <w:rFonts w:ascii="Times New Roman" w:hAnsi="Times New Roman" w:cs="Times New Roman"/>
              </w:rPr>
              <w:t>Days: Only as needed/requested (On-Call)</w:t>
            </w:r>
          </w:p>
          <w:p w14:paraId="112CD3BC" w14:textId="77777777" w:rsidR="0038126A" w:rsidRPr="00DA223F" w:rsidRDefault="0038126A" w:rsidP="0038126A">
            <w:pPr>
              <w:rPr>
                <w:rFonts w:ascii="Times New Roman" w:hAnsi="Times New Roman" w:cs="Times New Roman"/>
              </w:rPr>
            </w:pPr>
            <w:r w:rsidRPr="00DA223F">
              <w:rPr>
                <w:rFonts w:ascii="Times New Roman" w:hAnsi="Times New Roman" w:cs="Times New Roman"/>
              </w:rPr>
              <w:t>Pickup Time: TBD</w:t>
            </w:r>
          </w:p>
          <w:p w14:paraId="7FC382CC" w14:textId="77777777" w:rsidR="0038126A" w:rsidRPr="00DA223F" w:rsidRDefault="0038126A" w:rsidP="0038126A">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4B72F8ED" w14:textId="77777777" w:rsidR="0038126A" w:rsidRPr="002F5D52" w:rsidRDefault="0038126A" w:rsidP="0038126A">
            <w:pPr>
              <w:rPr>
                <w:rFonts w:ascii="Times New Roman" w:hAnsi="Times New Roman" w:cs="Times New Roman"/>
                <w:b/>
                <w:bCs/>
              </w:rPr>
            </w:pPr>
          </w:p>
        </w:tc>
        <w:tc>
          <w:tcPr>
            <w:tcW w:w="3780" w:type="dxa"/>
          </w:tcPr>
          <w:p w14:paraId="17FFA035" w14:textId="77777777" w:rsidR="0038126A" w:rsidRPr="00DA223F" w:rsidRDefault="0038126A" w:rsidP="0038126A">
            <w:pPr>
              <w:rPr>
                <w:rFonts w:ascii="Times New Roman" w:hAnsi="Times New Roman" w:cs="Times New Roman"/>
                <w:b/>
                <w:bCs/>
              </w:rPr>
            </w:pPr>
            <w:r w:rsidRPr="00DA223F">
              <w:rPr>
                <w:rFonts w:ascii="Times New Roman" w:hAnsi="Times New Roman" w:cs="Times New Roman"/>
                <w:b/>
                <w:bCs/>
              </w:rPr>
              <w:t>SAVAHCS</w:t>
            </w:r>
          </w:p>
          <w:p w14:paraId="44B1D297" w14:textId="77777777" w:rsidR="0038126A" w:rsidRPr="00DA223F" w:rsidRDefault="0038126A" w:rsidP="0038126A">
            <w:pPr>
              <w:rPr>
                <w:rFonts w:ascii="Times New Roman" w:hAnsi="Times New Roman" w:cs="Times New Roman"/>
              </w:rPr>
            </w:pPr>
            <w:r w:rsidRPr="00DA223F">
              <w:rPr>
                <w:rFonts w:ascii="Times New Roman" w:hAnsi="Times New Roman" w:cs="Times New Roman"/>
              </w:rPr>
              <w:t>Clinical Laboratory</w:t>
            </w:r>
          </w:p>
          <w:p w14:paraId="74E8D3AD" w14:textId="77777777" w:rsidR="0038126A" w:rsidRPr="00DA223F" w:rsidRDefault="0038126A" w:rsidP="0038126A">
            <w:pPr>
              <w:rPr>
                <w:rFonts w:ascii="Times New Roman" w:hAnsi="Times New Roman" w:cs="Times New Roman"/>
              </w:rPr>
            </w:pPr>
            <w:r w:rsidRPr="00DA223F">
              <w:rPr>
                <w:rFonts w:ascii="Times New Roman" w:hAnsi="Times New Roman" w:cs="Times New Roman"/>
              </w:rPr>
              <w:t>Southern Arizona VA Health Care</w:t>
            </w:r>
          </w:p>
          <w:p w14:paraId="230D9879" w14:textId="77777777" w:rsidR="0038126A" w:rsidRPr="00DA223F" w:rsidRDefault="0038126A" w:rsidP="0038126A">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5B9F20EA" w14:textId="77777777" w:rsidR="0038126A" w:rsidRPr="00DA223F" w:rsidRDefault="0038126A" w:rsidP="0038126A">
            <w:pPr>
              <w:rPr>
                <w:rFonts w:ascii="Times New Roman" w:hAnsi="Times New Roman" w:cs="Times New Roman"/>
              </w:rPr>
            </w:pPr>
            <w:r w:rsidRPr="00DA223F">
              <w:rPr>
                <w:rFonts w:ascii="Times New Roman" w:hAnsi="Times New Roman" w:cs="Times New Roman"/>
              </w:rPr>
              <w:t>Tucson, AZ 85723</w:t>
            </w:r>
          </w:p>
          <w:p w14:paraId="02BE8B60" w14:textId="77777777" w:rsidR="0038126A" w:rsidRPr="00DA223F" w:rsidRDefault="0038126A" w:rsidP="0038126A">
            <w:pPr>
              <w:rPr>
                <w:rFonts w:ascii="Times New Roman" w:hAnsi="Times New Roman" w:cs="Times New Roman"/>
              </w:rPr>
            </w:pPr>
            <w:r w:rsidRPr="00DA223F">
              <w:rPr>
                <w:rFonts w:ascii="Times New Roman" w:hAnsi="Times New Roman" w:cs="Times New Roman"/>
              </w:rPr>
              <w:t>Delivery Time: TBD</w:t>
            </w:r>
          </w:p>
          <w:p w14:paraId="14C4793D" w14:textId="62F59799" w:rsidR="0038126A" w:rsidRPr="002F5D52" w:rsidRDefault="0038126A" w:rsidP="0038126A">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506BC42B" w14:textId="7450C242" w:rsidR="0038126A" w:rsidRPr="002F5D52" w:rsidRDefault="0038126A" w:rsidP="0038126A">
            <w:pPr>
              <w:jc w:val="center"/>
              <w:rPr>
                <w:rFonts w:ascii="Times New Roman" w:hAnsi="Times New Roman" w:cs="Times New Roman"/>
              </w:rPr>
            </w:pPr>
            <w:r w:rsidRPr="00DA223F">
              <w:rPr>
                <w:rFonts w:ascii="Times New Roman" w:hAnsi="Times New Roman" w:cs="Times New Roman"/>
              </w:rPr>
              <w:t>10 runs/year</w:t>
            </w:r>
          </w:p>
        </w:tc>
      </w:tr>
    </w:tbl>
    <w:p w14:paraId="320BC5FF"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023C53CF" w14:textId="77777777" w:rsidTr="00E5395D">
        <w:trPr>
          <w:trHeight w:val="350"/>
          <w:jc w:val="center"/>
        </w:trPr>
        <w:tc>
          <w:tcPr>
            <w:tcW w:w="9625" w:type="dxa"/>
            <w:gridSpan w:val="3"/>
            <w:vAlign w:val="center"/>
          </w:tcPr>
          <w:p w14:paraId="2B233F33" w14:textId="3545D299"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7</w:t>
            </w:r>
            <w:r w:rsidR="006F36C0">
              <w:rPr>
                <w:rFonts w:ascii="Times New Roman" w:hAnsi="Times New Roman" w:cs="Times New Roman"/>
                <w:b/>
                <w:bCs/>
              </w:rPr>
              <w:t>7</w:t>
            </w:r>
          </w:p>
        </w:tc>
      </w:tr>
      <w:tr w:rsidR="00163C71" w:rsidRPr="002F5D52" w14:paraId="0950793C" w14:textId="77777777" w:rsidTr="00E5395D">
        <w:trPr>
          <w:trHeight w:val="1153"/>
          <w:jc w:val="center"/>
        </w:trPr>
        <w:tc>
          <w:tcPr>
            <w:tcW w:w="4225" w:type="dxa"/>
          </w:tcPr>
          <w:p w14:paraId="4CBB59AA" w14:textId="77777777" w:rsidR="00163C71" w:rsidRPr="00DA223F" w:rsidRDefault="00163C71" w:rsidP="00163C71">
            <w:pPr>
              <w:rPr>
                <w:rFonts w:ascii="Times New Roman" w:hAnsi="Times New Roman" w:cs="Times New Roman"/>
                <w:b/>
                <w:bCs/>
              </w:rPr>
            </w:pPr>
            <w:r w:rsidRPr="00DA223F">
              <w:rPr>
                <w:rFonts w:ascii="Times New Roman" w:hAnsi="Times New Roman" w:cs="Times New Roman"/>
                <w:b/>
                <w:bCs/>
              </w:rPr>
              <w:t>Northwest Emergency Center at Vail</w:t>
            </w:r>
          </w:p>
          <w:p w14:paraId="4A6BBFF9" w14:textId="77777777" w:rsidR="00163C71" w:rsidRPr="00DA223F" w:rsidRDefault="00163C71" w:rsidP="00163C71">
            <w:pPr>
              <w:rPr>
                <w:rFonts w:ascii="Times New Roman" w:eastAsia="Times New Roman" w:hAnsi="Times New Roman" w:cs="Times New Roman"/>
              </w:rPr>
            </w:pPr>
            <w:r w:rsidRPr="00DA223F">
              <w:rPr>
                <w:rFonts w:ascii="Times New Roman" w:eastAsia="Times New Roman" w:hAnsi="Times New Roman" w:cs="Times New Roman"/>
              </w:rPr>
              <w:t>10146 E Old Vail Rd</w:t>
            </w:r>
          </w:p>
          <w:p w14:paraId="22B09EE8" w14:textId="77777777" w:rsidR="00163C71" w:rsidRPr="00DA223F" w:rsidRDefault="00163C71" w:rsidP="00163C71">
            <w:pPr>
              <w:rPr>
                <w:rFonts w:ascii="Times New Roman" w:eastAsia="Times New Roman" w:hAnsi="Times New Roman" w:cs="Times New Roman"/>
              </w:rPr>
            </w:pPr>
            <w:r w:rsidRPr="00DA223F">
              <w:rPr>
                <w:rFonts w:ascii="Times New Roman" w:eastAsia="Times New Roman" w:hAnsi="Times New Roman" w:cs="Times New Roman"/>
              </w:rPr>
              <w:t>Tucson, AZ 85747</w:t>
            </w:r>
          </w:p>
          <w:p w14:paraId="6CCCEFE3" w14:textId="77777777" w:rsidR="00163C71" w:rsidRPr="00DA223F" w:rsidRDefault="00163C71" w:rsidP="00163C71">
            <w:pPr>
              <w:rPr>
                <w:rFonts w:ascii="Times New Roman" w:hAnsi="Times New Roman" w:cs="Times New Roman"/>
              </w:rPr>
            </w:pPr>
            <w:r w:rsidRPr="00DA223F">
              <w:rPr>
                <w:rFonts w:ascii="Times New Roman" w:hAnsi="Times New Roman" w:cs="Times New Roman"/>
              </w:rPr>
              <w:t>Days: Only as needed/requested (On-Call)</w:t>
            </w:r>
          </w:p>
          <w:p w14:paraId="0D1BCDDB" w14:textId="77777777" w:rsidR="00163C71" w:rsidRPr="00DA223F" w:rsidRDefault="00163C71" w:rsidP="00163C71">
            <w:pPr>
              <w:rPr>
                <w:rFonts w:ascii="Times New Roman" w:hAnsi="Times New Roman" w:cs="Times New Roman"/>
              </w:rPr>
            </w:pPr>
            <w:r w:rsidRPr="00DA223F">
              <w:rPr>
                <w:rFonts w:ascii="Times New Roman" w:hAnsi="Times New Roman" w:cs="Times New Roman"/>
              </w:rPr>
              <w:t>Pickup Time: TBD</w:t>
            </w:r>
          </w:p>
          <w:p w14:paraId="7EB4FDBB" w14:textId="77777777" w:rsidR="00163C71" w:rsidRPr="00DA223F" w:rsidRDefault="00163C71" w:rsidP="00163C71">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25713499" w14:textId="77777777" w:rsidR="00163C71" w:rsidRPr="002F5D52" w:rsidRDefault="00163C71" w:rsidP="00163C71">
            <w:pPr>
              <w:rPr>
                <w:rFonts w:ascii="Times New Roman" w:hAnsi="Times New Roman" w:cs="Times New Roman"/>
                <w:b/>
                <w:bCs/>
              </w:rPr>
            </w:pPr>
          </w:p>
        </w:tc>
        <w:tc>
          <w:tcPr>
            <w:tcW w:w="3780" w:type="dxa"/>
          </w:tcPr>
          <w:p w14:paraId="6E19FF86" w14:textId="77777777" w:rsidR="00163C71" w:rsidRPr="00DA223F" w:rsidRDefault="00163C71" w:rsidP="00163C71">
            <w:pPr>
              <w:rPr>
                <w:rFonts w:ascii="Times New Roman" w:hAnsi="Times New Roman" w:cs="Times New Roman"/>
                <w:b/>
                <w:bCs/>
              </w:rPr>
            </w:pPr>
            <w:r w:rsidRPr="00DA223F">
              <w:rPr>
                <w:rFonts w:ascii="Times New Roman" w:hAnsi="Times New Roman" w:cs="Times New Roman"/>
                <w:b/>
                <w:bCs/>
              </w:rPr>
              <w:t>SAVAHCS</w:t>
            </w:r>
          </w:p>
          <w:p w14:paraId="766CB8B4" w14:textId="77777777" w:rsidR="00163C71" w:rsidRPr="00DA223F" w:rsidRDefault="00163C71" w:rsidP="00163C71">
            <w:pPr>
              <w:rPr>
                <w:rFonts w:ascii="Times New Roman" w:hAnsi="Times New Roman" w:cs="Times New Roman"/>
              </w:rPr>
            </w:pPr>
            <w:r w:rsidRPr="00DA223F">
              <w:rPr>
                <w:rFonts w:ascii="Times New Roman" w:hAnsi="Times New Roman" w:cs="Times New Roman"/>
              </w:rPr>
              <w:t>Clinical Laboratory</w:t>
            </w:r>
          </w:p>
          <w:p w14:paraId="43F6D4E4" w14:textId="77777777" w:rsidR="00163C71" w:rsidRPr="00DA223F" w:rsidRDefault="00163C71" w:rsidP="00163C71">
            <w:pPr>
              <w:rPr>
                <w:rFonts w:ascii="Times New Roman" w:hAnsi="Times New Roman" w:cs="Times New Roman"/>
              </w:rPr>
            </w:pPr>
            <w:r w:rsidRPr="00DA223F">
              <w:rPr>
                <w:rFonts w:ascii="Times New Roman" w:hAnsi="Times New Roman" w:cs="Times New Roman"/>
              </w:rPr>
              <w:t>Southern Arizona VA Health Care</w:t>
            </w:r>
          </w:p>
          <w:p w14:paraId="6F520046" w14:textId="77777777" w:rsidR="00163C71" w:rsidRPr="00DA223F" w:rsidRDefault="00163C71" w:rsidP="00163C71">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37E16847" w14:textId="77777777" w:rsidR="00163C71" w:rsidRPr="00DA223F" w:rsidRDefault="00163C71" w:rsidP="00163C71">
            <w:pPr>
              <w:rPr>
                <w:rFonts w:ascii="Times New Roman" w:hAnsi="Times New Roman" w:cs="Times New Roman"/>
              </w:rPr>
            </w:pPr>
            <w:r w:rsidRPr="00DA223F">
              <w:rPr>
                <w:rFonts w:ascii="Times New Roman" w:hAnsi="Times New Roman" w:cs="Times New Roman"/>
              </w:rPr>
              <w:t>Tucson, AZ 85723</w:t>
            </w:r>
          </w:p>
          <w:p w14:paraId="5D6A4688" w14:textId="77777777" w:rsidR="00163C71" w:rsidRPr="00DA223F" w:rsidRDefault="00163C71" w:rsidP="00163C71">
            <w:pPr>
              <w:rPr>
                <w:rFonts w:ascii="Times New Roman" w:hAnsi="Times New Roman" w:cs="Times New Roman"/>
              </w:rPr>
            </w:pPr>
            <w:r w:rsidRPr="00DA223F">
              <w:rPr>
                <w:rFonts w:ascii="Times New Roman" w:hAnsi="Times New Roman" w:cs="Times New Roman"/>
              </w:rPr>
              <w:t>Delivery Time: TBD</w:t>
            </w:r>
          </w:p>
          <w:p w14:paraId="02FB8609" w14:textId="5120A7F9" w:rsidR="00163C71" w:rsidRPr="002F5D52" w:rsidRDefault="00163C71" w:rsidP="00163C71">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0651C072" w14:textId="53C0EA32" w:rsidR="00163C71" w:rsidRPr="002F5D52" w:rsidRDefault="00163C71" w:rsidP="00163C71">
            <w:pPr>
              <w:jc w:val="center"/>
              <w:rPr>
                <w:rFonts w:ascii="Times New Roman" w:hAnsi="Times New Roman" w:cs="Times New Roman"/>
              </w:rPr>
            </w:pPr>
            <w:r w:rsidRPr="00DA223F">
              <w:rPr>
                <w:rFonts w:ascii="Times New Roman" w:hAnsi="Times New Roman" w:cs="Times New Roman"/>
              </w:rPr>
              <w:t>10 runs/year</w:t>
            </w:r>
          </w:p>
        </w:tc>
      </w:tr>
    </w:tbl>
    <w:p w14:paraId="08B78FC2"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2E788779" w14:textId="77777777" w:rsidTr="00E5395D">
        <w:trPr>
          <w:trHeight w:val="350"/>
          <w:jc w:val="center"/>
        </w:trPr>
        <w:tc>
          <w:tcPr>
            <w:tcW w:w="9625" w:type="dxa"/>
            <w:gridSpan w:val="3"/>
            <w:vAlign w:val="center"/>
          </w:tcPr>
          <w:p w14:paraId="5F67DC3A" w14:textId="7F2A403E"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78</w:t>
            </w:r>
          </w:p>
        </w:tc>
      </w:tr>
      <w:tr w:rsidR="0028757D" w:rsidRPr="002F5D52" w14:paraId="23FCAAD4" w14:textId="77777777" w:rsidTr="00E5395D">
        <w:trPr>
          <w:trHeight w:val="1153"/>
          <w:jc w:val="center"/>
        </w:trPr>
        <w:tc>
          <w:tcPr>
            <w:tcW w:w="4225" w:type="dxa"/>
          </w:tcPr>
          <w:p w14:paraId="09339F45" w14:textId="77777777" w:rsidR="0028757D" w:rsidRPr="00DA223F" w:rsidRDefault="0028757D" w:rsidP="0028757D">
            <w:pPr>
              <w:rPr>
                <w:rFonts w:ascii="Times New Roman" w:hAnsi="Times New Roman" w:cs="Times New Roman"/>
                <w:b/>
                <w:bCs/>
              </w:rPr>
            </w:pPr>
            <w:r w:rsidRPr="00DA223F">
              <w:rPr>
                <w:rFonts w:ascii="Times New Roman" w:hAnsi="Times New Roman" w:cs="Times New Roman"/>
                <w:b/>
                <w:bCs/>
              </w:rPr>
              <w:t xml:space="preserve">Northwest </w:t>
            </w:r>
            <w:proofErr w:type="spellStart"/>
            <w:r w:rsidRPr="00DA223F">
              <w:rPr>
                <w:rFonts w:ascii="Times New Roman" w:hAnsi="Times New Roman" w:cs="Times New Roman"/>
                <w:b/>
                <w:bCs/>
              </w:rPr>
              <w:t>Neurospecialist</w:t>
            </w:r>
            <w:proofErr w:type="spellEnd"/>
            <w:r w:rsidRPr="00DA223F">
              <w:rPr>
                <w:rFonts w:ascii="Times New Roman" w:hAnsi="Times New Roman" w:cs="Times New Roman"/>
                <w:b/>
                <w:bCs/>
              </w:rPr>
              <w:t xml:space="preserve"> </w:t>
            </w:r>
          </w:p>
          <w:p w14:paraId="1C71D03E" w14:textId="77777777" w:rsidR="0028757D" w:rsidRPr="00DA223F" w:rsidRDefault="0028757D" w:rsidP="0028757D">
            <w:pPr>
              <w:rPr>
                <w:rFonts w:ascii="Times New Roman" w:hAnsi="Times New Roman" w:cs="Times New Roman"/>
              </w:rPr>
            </w:pPr>
            <w:r w:rsidRPr="00DA223F">
              <w:rPr>
                <w:rFonts w:ascii="Times New Roman" w:hAnsi="Times New Roman" w:cs="Times New Roman"/>
              </w:rPr>
              <w:t>5860 La Cholla Blvd</w:t>
            </w:r>
          </w:p>
          <w:p w14:paraId="554E9A83" w14:textId="77777777" w:rsidR="0028757D" w:rsidRPr="00DA223F" w:rsidRDefault="0028757D" w:rsidP="0028757D">
            <w:pPr>
              <w:rPr>
                <w:rFonts w:ascii="Times New Roman" w:hAnsi="Times New Roman" w:cs="Times New Roman"/>
              </w:rPr>
            </w:pPr>
            <w:r w:rsidRPr="00DA223F">
              <w:rPr>
                <w:rFonts w:ascii="Times New Roman" w:hAnsi="Times New Roman" w:cs="Times New Roman"/>
              </w:rPr>
              <w:t>Tucson, AZ 85741</w:t>
            </w:r>
          </w:p>
          <w:p w14:paraId="438A7213" w14:textId="77777777" w:rsidR="0028757D" w:rsidRPr="00DA223F" w:rsidRDefault="0028757D" w:rsidP="0028757D">
            <w:pPr>
              <w:rPr>
                <w:rFonts w:ascii="Times New Roman" w:hAnsi="Times New Roman" w:cs="Times New Roman"/>
              </w:rPr>
            </w:pPr>
            <w:r w:rsidRPr="00DA223F">
              <w:rPr>
                <w:rFonts w:ascii="Times New Roman" w:hAnsi="Times New Roman" w:cs="Times New Roman"/>
              </w:rPr>
              <w:t>Days: Only as needed/requested (On-Call)</w:t>
            </w:r>
          </w:p>
          <w:p w14:paraId="31471E9E" w14:textId="77777777" w:rsidR="0028757D" w:rsidRPr="00DA223F" w:rsidRDefault="0028757D" w:rsidP="0028757D">
            <w:pPr>
              <w:rPr>
                <w:rFonts w:ascii="Times New Roman" w:hAnsi="Times New Roman" w:cs="Times New Roman"/>
              </w:rPr>
            </w:pPr>
            <w:r w:rsidRPr="00DA223F">
              <w:rPr>
                <w:rFonts w:ascii="Times New Roman" w:hAnsi="Times New Roman" w:cs="Times New Roman"/>
              </w:rPr>
              <w:t>Pickup Time: TBD</w:t>
            </w:r>
          </w:p>
          <w:p w14:paraId="106E5377" w14:textId="77777777" w:rsidR="0028757D" w:rsidRPr="00DA223F" w:rsidRDefault="0028757D" w:rsidP="0028757D">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4057D506" w14:textId="77777777" w:rsidR="0028757D" w:rsidRPr="002F5D52" w:rsidRDefault="0028757D" w:rsidP="0028757D">
            <w:pPr>
              <w:rPr>
                <w:rFonts w:ascii="Times New Roman" w:hAnsi="Times New Roman" w:cs="Times New Roman"/>
              </w:rPr>
            </w:pPr>
          </w:p>
        </w:tc>
        <w:tc>
          <w:tcPr>
            <w:tcW w:w="3780" w:type="dxa"/>
          </w:tcPr>
          <w:p w14:paraId="46131061" w14:textId="77777777" w:rsidR="0028757D" w:rsidRPr="00DA223F" w:rsidRDefault="0028757D" w:rsidP="0028757D">
            <w:pPr>
              <w:rPr>
                <w:rFonts w:ascii="Times New Roman" w:hAnsi="Times New Roman" w:cs="Times New Roman"/>
                <w:b/>
                <w:bCs/>
              </w:rPr>
            </w:pPr>
            <w:r w:rsidRPr="00DA223F">
              <w:rPr>
                <w:rFonts w:ascii="Times New Roman" w:hAnsi="Times New Roman" w:cs="Times New Roman"/>
                <w:b/>
                <w:bCs/>
              </w:rPr>
              <w:t>SAVAHCS</w:t>
            </w:r>
          </w:p>
          <w:p w14:paraId="6468401D" w14:textId="77777777" w:rsidR="0028757D" w:rsidRPr="00DA223F" w:rsidRDefault="0028757D" w:rsidP="0028757D">
            <w:pPr>
              <w:rPr>
                <w:rFonts w:ascii="Times New Roman" w:hAnsi="Times New Roman" w:cs="Times New Roman"/>
              </w:rPr>
            </w:pPr>
            <w:r w:rsidRPr="00DA223F">
              <w:rPr>
                <w:rFonts w:ascii="Times New Roman" w:hAnsi="Times New Roman" w:cs="Times New Roman"/>
              </w:rPr>
              <w:t>Clinical Laboratory</w:t>
            </w:r>
          </w:p>
          <w:p w14:paraId="0E708170" w14:textId="77777777" w:rsidR="0028757D" w:rsidRPr="00DA223F" w:rsidRDefault="0028757D" w:rsidP="0028757D">
            <w:pPr>
              <w:rPr>
                <w:rFonts w:ascii="Times New Roman" w:hAnsi="Times New Roman" w:cs="Times New Roman"/>
              </w:rPr>
            </w:pPr>
            <w:r w:rsidRPr="00DA223F">
              <w:rPr>
                <w:rFonts w:ascii="Times New Roman" w:hAnsi="Times New Roman" w:cs="Times New Roman"/>
              </w:rPr>
              <w:t>Southern Arizona VA Health Care</w:t>
            </w:r>
          </w:p>
          <w:p w14:paraId="0D22648E" w14:textId="77777777" w:rsidR="0028757D" w:rsidRPr="00DA223F" w:rsidRDefault="0028757D" w:rsidP="0028757D">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7B785E45" w14:textId="77777777" w:rsidR="0028757D" w:rsidRPr="00DA223F" w:rsidRDefault="0028757D" w:rsidP="0028757D">
            <w:pPr>
              <w:rPr>
                <w:rFonts w:ascii="Times New Roman" w:hAnsi="Times New Roman" w:cs="Times New Roman"/>
              </w:rPr>
            </w:pPr>
            <w:r w:rsidRPr="00DA223F">
              <w:rPr>
                <w:rFonts w:ascii="Times New Roman" w:hAnsi="Times New Roman" w:cs="Times New Roman"/>
              </w:rPr>
              <w:t>Tucson, AZ 85723</w:t>
            </w:r>
          </w:p>
          <w:p w14:paraId="53C5703B" w14:textId="77777777" w:rsidR="0028757D" w:rsidRPr="00DA223F" w:rsidRDefault="0028757D" w:rsidP="0028757D">
            <w:pPr>
              <w:rPr>
                <w:rFonts w:ascii="Times New Roman" w:hAnsi="Times New Roman" w:cs="Times New Roman"/>
              </w:rPr>
            </w:pPr>
            <w:r w:rsidRPr="00DA223F">
              <w:rPr>
                <w:rFonts w:ascii="Times New Roman" w:hAnsi="Times New Roman" w:cs="Times New Roman"/>
              </w:rPr>
              <w:t>Delivery Time: TBD</w:t>
            </w:r>
          </w:p>
          <w:p w14:paraId="049418C8" w14:textId="586F6851" w:rsidR="0028757D" w:rsidRPr="002F5D52" w:rsidRDefault="0028757D" w:rsidP="0028757D">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40875CB7" w14:textId="6F2D7C8E" w:rsidR="0028757D" w:rsidRPr="002F5D52" w:rsidRDefault="0028757D" w:rsidP="0028757D">
            <w:pPr>
              <w:jc w:val="center"/>
              <w:rPr>
                <w:rFonts w:ascii="Times New Roman" w:hAnsi="Times New Roman" w:cs="Times New Roman"/>
              </w:rPr>
            </w:pPr>
            <w:r w:rsidRPr="00DA223F">
              <w:rPr>
                <w:rFonts w:ascii="Times New Roman" w:hAnsi="Times New Roman" w:cs="Times New Roman"/>
              </w:rPr>
              <w:t>3 runs/year</w:t>
            </w:r>
          </w:p>
        </w:tc>
      </w:tr>
    </w:tbl>
    <w:p w14:paraId="0512AE94"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3D46D0F3" w14:textId="77777777" w:rsidTr="00E5395D">
        <w:trPr>
          <w:trHeight w:val="350"/>
          <w:jc w:val="center"/>
        </w:trPr>
        <w:tc>
          <w:tcPr>
            <w:tcW w:w="9625" w:type="dxa"/>
            <w:gridSpan w:val="3"/>
            <w:vAlign w:val="center"/>
          </w:tcPr>
          <w:p w14:paraId="60F1F4BD" w14:textId="332970CD"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79</w:t>
            </w:r>
          </w:p>
        </w:tc>
      </w:tr>
      <w:tr w:rsidR="00CC768C" w:rsidRPr="002F5D52" w14:paraId="3D04DA5B" w14:textId="77777777" w:rsidTr="00E5395D">
        <w:trPr>
          <w:trHeight w:val="1153"/>
          <w:jc w:val="center"/>
        </w:trPr>
        <w:tc>
          <w:tcPr>
            <w:tcW w:w="4225" w:type="dxa"/>
          </w:tcPr>
          <w:p w14:paraId="433AAA41" w14:textId="77777777" w:rsidR="00CC768C" w:rsidRPr="00DA223F" w:rsidRDefault="00CC768C" w:rsidP="00CC768C">
            <w:pPr>
              <w:rPr>
                <w:rFonts w:ascii="Times New Roman" w:hAnsi="Times New Roman" w:cs="Times New Roman"/>
                <w:b/>
                <w:bCs/>
              </w:rPr>
            </w:pPr>
            <w:r w:rsidRPr="00DA223F">
              <w:rPr>
                <w:rFonts w:ascii="Times New Roman" w:hAnsi="Times New Roman" w:cs="Times New Roman"/>
                <w:b/>
                <w:bCs/>
              </w:rPr>
              <w:lastRenderedPageBreak/>
              <w:t xml:space="preserve">Oro Valley Hospital </w:t>
            </w:r>
          </w:p>
          <w:p w14:paraId="3CA26A29" w14:textId="77777777" w:rsidR="00CC768C" w:rsidRPr="00DA223F" w:rsidRDefault="00CC768C" w:rsidP="00CC768C">
            <w:pPr>
              <w:rPr>
                <w:rFonts w:ascii="Times New Roman" w:hAnsi="Times New Roman" w:cs="Times New Roman"/>
              </w:rPr>
            </w:pPr>
            <w:r w:rsidRPr="00DA223F">
              <w:rPr>
                <w:rFonts w:ascii="Times New Roman" w:hAnsi="Times New Roman" w:cs="Times New Roman"/>
              </w:rPr>
              <w:t>1551 E Tangerine Rd</w:t>
            </w:r>
          </w:p>
          <w:p w14:paraId="3DCF8BF9" w14:textId="77777777" w:rsidR="00CC768C" w:rsidRPr="00DA223F" w:rsidRDefault="00CC768C" w:rsidP="00CC768C">
            <w:pPr>
              <w:rPr>
                <w:rFonts w:ascii="Times New Roman" w:hAnsi="Times New Roman" w:cs="Times New Roman"/>
              </w:rPr>
            </w:pPr>
            <w:r w:rsidRPr="00DA223F">
              <w:rPr>
                <w:rFonts w:ascii="Times New Roman" w:hAnsi="Times New Roman" w:cs="Times New Roman"/>
              </w:rPr>
              <w:t>Tucson, AZ 85755</w:t>
            </w:r>
          </w:p>
          <w:p w14:paraId="5E39AA91" w14:textId="77777777" w:rsidR="00CC768C" w:rsidRPr="00DA223F" w:rsidRDefault="00CC768C" w:rsidP="00CC768C">
            <w:pPr>
              <w:rPr>
                <w:rFonts w:ascii="Times New Roman" w:hAnsi="Times New Roman" w:cs="Times New Roman"/>
              </w:rPr>
            </w:pPr>
            <w:r w:rsidRPr="00DA223F">
              <w:rPr>
                <w:rFonts w:ascii="Times New Roman" w:hAnsi="Times New Roman" w:cs="Times New Roman"/>
              </w:rPr>
              <w:t>Days: Only as needed/requested (On-Call)</w:t>
            </w:r>
          </w:p>
          <w:p w14:paraId="65517815" w14:textId="77777777" w:rsidR="00CC768C" w:rsidRPr="00DA223F" w:rsidRDefault="00CC768C" w:rsidP="00CC768C">
            <w:pPr>
              <w:rPr>
                <w:rFonts w:ascii="Times New Roman" w:hAnsi="Times New Roman" w:cs="Times New Roman"/>
              </w:rPr>
            </w:pPr>
            <w:r w:rsidRPr="00DA223F">
              <w:rPr>
                <w:rFonts w:ascii="Times New Roman" w:hAnsi="Times New Roman" w:cs="Times New Roman"/>
              </w:rPr>
              <w:t>Pickup Time: TBD</w:t>
            </w:r>
          </w:p>
          <w:p w14:paraId="7B349657" w14:textId="01789DB1" w:rsidR="00CC768C" w:rsidRPr="002F5D52" w:rsidRDefault="00CC768C" w:rsidP="00CC768C">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tc>
        <w:tc>
          <w:tcPr>
            <w:tcW w:w="3780" w:type="dxa"/>
          </w:tcPr>
          <w:p w14:paraId="20B36705" w14:textId="77777777" w:rsidR="00CC768C" w:rsidRPr="00DA223F" w:rsidRDefault="00CC768C" w:rsidP="00CC768C">
            <w:pPr>
              <w:rPr>
                <w:rFonts w:ascii="Times New Roman" w:hAnsi="Times New Roman" w:cs="Times New Roman"/>
                <w:b/>
                <w:bCs/>
              </w:rPr>
            </w:pPr>
            <w:r w:rsidRPr="00DA223F">
              <w:rPr>
                <w:rFonts w:ascii="Times New Roman" w:hAnsi="Times New Roman" w:cs="Times New Roman"/>
                <w:b/>
                <w:bCs/>
              </w:rPr>
              <w:t>SAVAHCS</w:t>
            </w:r>
          </w:p>
          <w:p w14:paraId="1D83FD47" w14:textId="77777777" w:rsidR="00CC768C" w:rsidRPr="00DA223F" w:rsidRDefault="00CC768C" w:rsidP="00CC768C">
            <w:pPr>
              <w:rPr>
                <w:rFonts w:ascii="Times New Roman" w:hAnsi="Times New Roman" w:cs="Times New Roman"/>
              </w:rPr>
            </w:pPr>
            <w:r w:rsidRPr="00DA223F">
              <w:rPr>
                <w:rFonts w:ascii="Times New Roman" w:hAnsi="Times New Roman" w:cs="Times New Roman"/>
              </w:rPr>
              <w:t>Clinical Laboratory</w:t>
            </w:r>
          </w:p>
          <w:p w14:paraId="6B984F70" w14:textId="77777777" w:rsidR="00CC768C" w:rsidRPr="00DA223F" w:rsidRDefault="00CC768C" w:rsidP="00CC768C">
            <w:pPr>
              <w:rPr>
                <w:rFonts w:ascii="Times New Roman" w:hAnsi="Times New Roman" w:cs="Times New Roman"/>
              </w:rPr>
            </w:pPr>
            <w:r w:rsidRPr="00DA223F">
              <w:rPr>
                <w:rFonts w:ascii="Times New Roman" w:hAnsi="Times New Roman" w:cs="Times New Roman"/>
              </w:rPr>
              <w:t>Southern Arizona VA Health Care</w:t>
            </w:r>
          </w:p>
          <w:p w14:paraId="4D2C7E8D" w14:textId="77777777" w:rsidR="00CC768C" w:rsidRPr="00DA223F" w:rsidRDefault="00CC768C" w:rsidP="00CC768C">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3EFFB706" w14:textId="77777777" w:rsidR="00CC768C" w:rsidRPr="00DA223F" w:rsidRDefault="00CC768C" w:rsidP="00CC768C">
            <w:pPr>
              <w:rPr>
                <w:rFonts w:ascii="Times New Roman" w:hAnsi="Times New Roman" w:cs="Times New Roman"/>
              </w:rPr>
            </w:pPr>
            <w:r w:rsidRPr="00DA223F">
              <w:rPr>
                <w:rFonts w:ascii="Times New Roman" w:hAnsi="Times New Roman" w:cs="Times New Roman"/>
              </w:rPr>
              <w:t>Tucson, AZ 85723</w:t>
            </w:r>
          </w:p>
          <w:p w14:paraId="731D25D0" w14:textId="77777777" w:rsidR="00CC768C" w:rsidRPr="00DA223F" w:rsidRDefault="00CC768C" w:rsidP="00CC768C">
            <w:pPr>
              <w:rPr>
                <w:rFonts w:ascii="Times New Roman" w:hAnsi="Times New Roman" w:cs="Times New Roman"/>
              </w:rPr>
            </w:pPr>
            <w:r w:rsidRPr="00DA223F">
              <w:rPr>
                <w:rFonts w:ascii="Times New Roman" w:hAnsi="Times New Roman" w:cs="Times New Roman"/>
              </w:rPr>
              <w:t>Delivery Time: TBD</w:t>
            </w:r>
          </w:p>
          <w:p w14:paraId="2B7873E1" w14:textId="40408516" w:rsidR="00CC768C" w:rsidRPr="002F5D52" w:rsidRDefault="00CC768C" w:rsidP="00CC768C">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47024459" w14:textId="27A08130" w:rsidR="00CC768C" w:rsidRPr="002F5D52" w:rsidRDefault="00CC768C" w:rsidP="00CC768C">
            <w:pPr>
              <w:jc w:val="center"/>
              <w:rPr>
                <w:rFonts w:ascii="Times New Roman" w:hAnsi="Times New Roman" w:cs="Times New Roman"/>
              </w:rPr>
            </w:pPr>
            <w:r w:rsidRPr="00DA223F">
              <w:rPr>
                <w:rFonts w:ascii="Times New Roman" w:hAnsi="Times New Roman" w:cs="Times New Roman"/>
              </w:rPr>
              <w:t>10 runs/year</w:t>
            </w:r>
          </w:p>
        </w:tc>
      </w:tr>
    </w:tbl>
    <w:p w14:paraId="38C01C3A"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5F833CB7" w14:textId="77777777" w:rsidTr="00E5395D">
        <w:trPr>
          <w:trHeight w:val="350"/>
          <w:jc w:val="center"/>
        </w:trPr>
        <w:tc>
          <w:tcPr>
            <w:tcW w:w="9625" w:type="dxa"/>
            <w:gridSpan w:val="3"/>
            <w:vAlign w:val="center"/>
          </w:tcPr>
          <w:p w14:paraId="60CACF65" w14:textId="1758C49C"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80</w:t>
            </w:r>
          </w:p>
        </w:tc>
      </w:tr>
      <w:tr w:rsidR="00A65E53" w:rsidRPr="002F5D52" w14:paraId="5217CA50" w14:textId="77777777" w:rsidTr="00E5395D">
        <w:trPr>
          <w:trHeight w:val="1153"/>
          <w:jc w:val="center"/>
        </w:trPr>
        <w:tc>
          <w:tcPr>
            <w:tcW w:w="4225" w:type="dxa"/>
          </w:tcPr>
          <w:p w14:paraId="109C8865" w14:textId="77777777" w:rsidR="00A65E53" w:rsidRPr="00DA223F" w:rsidRDefault="00A65E53" w:rsidP="00A65E53">
            <w:pPr>
              <w:rPr>
                <w:rFonts w:ascii="Times New Roman" w:hAnsi="Times New Roman" w:cs="Times New Roman"/>
                <w:b/>
                <w:bCs/>
              </w:rPr>
            </w:pPr>
            <w:r w:rsidRPr="00DA223F">
              <w:rPr>
                <w:rFonts w:ascii="Times New Roman" w:hAnsi="Times New Roman" w:cs="Times New Roman"/>
                <w:b/>
                <w:bCs/>
              </w:rPr>
              <w:t xml:space="preserve">PBC Laboratory  </w:t>
            </w:r>
          </w:p>
          <w:p w14:paraId="6029334D" w14:textId="77777777" w:rsidR="00A65E53" w:rsidRPr="00DA223F" w:rsidRDefault="00A65E53" w:rsidP="00A65E53">
            <w:pPr>
              <w:rPr>
                <w:rFonts w:ascii="Times New Roman" w:hAnsi="Times New Roman" w:cs="Times New Roman"/>
              </w:rPr>
            </w:pPr>
            <w:r w:rsidRPr="00DA223F">
              <w:rPr>
                <w:rFonts w:ascii="Times New Roman" w:hAnsi="Times New Roman" w:cs="Times New Roman"/>
              </w:rPr>
              <w:t>4582 N 1</w:t>
            </w:r>
            <w:r w:rsidRPr="00DA223F">
              <w:rPr>
                <w:rFonts w:ascii="Times New Roman" w:hAnsi="Times New Roman" w:cs="Times New Roman"/>
                <w:vertAlign w:val="superscript"/>
              </w:rPr>
              <w:t>st</w:t>
            </w:r>
            <w:r w:rsidRPr="00DA223F">
              <w:rPr>
                <w:rFonts w:ascii="Times New Roman" w:hAnsi="Times New Roman" w:cs="Times New Roman"/>
              </w:rPr>
              <w:t xml:space="preserve"> Avenue   </w:t>
            </w:r>
          </w:p>
          <w:p w14:paraId="27A1FC0C" w14:textId="77777777" w:rsidR="00A65E53" w:rsidRPr="00DA223F" w:rsidRDefault="00A65E53" w:rsidP="00A65E53">
            <w:pPr>
              <w:rPr>
                <w:rFonts w:ascii="Times New Roman" w:hAnsi="Times New Roman" w:cs="Times New Roman"/>
              </w:rPr>
            </w:pPr>
            <w:r w:rsidRPr="00DA223F">
              <w:rPr>
                <w:rFonts w:ascii="Times New Roman" w:hAnsi="Times New Roman" w:cs="Times New Roman"/>
              </w:rPr>
              <w:t>Tucson, AZ  85718</w:t>
            </w:r>
          </w:p>
          <w:p w14:paraId="0C4F217E" w14:textId="77777777" w:rsidR="00A65E53" w:rsidRPr="00DA223F" w:rsidRDefault="00A65E53" w:rsidP="00A65E53">
            <w:pPr>
              <w:rPr>
                <w:rFonts w:ascii="Times New Roman" w:hAnsi="Times New Roman" w:cs="Times New Roman"/>
              </w:rPr>
            </w:pPr>
            <w:r w:rsidRPr="00DA223F">
              <w:rPr>
                <w:rFonts w:ascii="Times New Roman" w:hAnsi="Times New Roman" w:cs="Times New Roman"/>
              </w:rPr>
              <w:t>Days: Only as needed/requested (On-Call)</w:t>
            </w:r>
          </w:p>
          <w:p w14:paraId="52C49D0A" w14:textId="77777777" w:rsidR="00A65E53" w:rsidRPr="00DA223F" w:rsidRDefault="00A65E53" w:rsidP="00A65E53">
            <w:pPr>
              <w:rPr>
                <w:rFonts w:ascii="Times New Roman" w:hAnsi="Times New Roman" w:cs="Times New Roman"/>
              </w:rPr>
            </w:pPr>
            <w:r w:rsidRPr="00DA223F">
              <w:rPr>
                <w:rFonts w:ascii="Times New Roman" w:hAnsi="Times New Roman" w:cs="Times New Roman"/>
              </w:rPr>
              <w:t>Pickup Time: TBD</w:t>
            </w:r>
          </w:p>
          <w:p w14:paraId="5BC9604C" w14:textId="77777777" w:rsidR="00A65E53" w:rsidRPr="00DA223F" w:rsidRDefault="00A65E53" w:rsidP="00A65E53">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57803161" w14:textId="77777777" w:rsidR="00A65E53" w:rsidRPr="00DA223F" w:rsidRDefault="00A65E53" w:rsidP="00A65E53">
            <w:pPr>
              <w:rPr>
                <w:rFonts w:ascii="Times New Roman" w:hAnsi="Times New Roman" w:cs="Times New Roman"/>
              </w:rPr>
            </w:pPr>
          </w:p>
          <w:p w14:paraId="4098B9E3" w14:textId="77777777" w:rsidR="00A65E53" w:rsidRPr="002F5D52" w:rsidRDefault="00A65E53" w:rsidP="00A65E53">
            <w:pPr>
              <w:rPr>
                <w:rFonts w:ascii="Times New Roman" w:hAnsi="Times New Roman" w:cs="Times New Roman"/>
                <w:b/>
                <w:bCs/>
              </w:rPr>
            </w:pPr>
          </w:p>
        </w:tc>
        <w:tc>
          <w:tcPr>
            <w:tcW w:w="3780" w:type="dxa"/>
          </w:tcPr>
          <w:p w14:paraId="6C209A15" w14:textId="77777777" w:rsidR="00A65E53" w:rsidRPr="00DA223F" w:rsidRDefault="00A65E53" w:rsidP="00A65E53">
            <w:pPr>
              <w:rPr>
                <w:rFonts w:ascii="Times New Roman" w:hAnsi="Times New Roman" w:cs="Times New Roman"/>
                <w:b/>
                <w:bCs/>
              </w:rPr>
            </w:pPr>
            <w:r w:rsidRPr="00DA223F">
              <w:rPr>
                <w:rFonts w:ascii="Times New Roman" w:hAnsi="Times New Roman" w:cs="Times New Roman"/>
                <w:b/>
                <w:bCs/>
              </w:rPr>
              <w:t>SAVAHCS</w:t>
            </w:r>
          </w:p>
          <w:p w14:paraId="39C3FCDC" w14:textId="77777777" w:rsidR="00A65E53" w:rsidRPr="00DA223F" w:rsidRDefault="00A65E53" w:rsidP="00A65E53">
            <w:pPr>
              <w:rPr>
                <w:rFonts w:ascii="Times New Roman" w:hAnsi="Times New Roman" w:cs="Times New Roman"/>
              </w:rPr>
            </w:pPr>
            <w:r w:rsidRPr="00DA223F">
              <w:rPr>
                <w:rFonts w:ascii="Times New Roman" w:hAnsi="Times New Roman" w:cs="Times New Roman"/>
              </w:rPr>
              <w:t>Clinical Laboratory</w:t>
            </w:r>
          </w:p>
          <w:p w14:paraId="2EC846AF" w14:textId="77777777" w:rsidR="00A65E53" w:rsidRPr="00DA223F" w:rsidRDefault="00A65E53" w:rsidP="00A65E53">
            <w:pPr>
              <w:rPr>
                <w:rFonts w:ascii="Times New Roman" w:hAnsi="Times New Roman" w:cs="Times New Roman"/>
              </w:rPr>
            </w:pPr>
            <w:r w:rsidRPr="00DA223F">
              <w:rPr>
                <w:rFonts w:ascii="Times New Roman" w:hAnsi="Times New Roman" w:cs="Times New Roman"/>
              </w:rPr>
              <w:t>Southern Arizona VA Health Care</w:t>
            </w:r>
          </w:p>
          <w:p w14:paraId="544C7B58" w14:textId="77777777" w:rsidR="00A65E53" w:rsidRPr="00DA223F" w:rsidRDefault="00A65E53" w:rsidP="00A65E53">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1524BBA8" w14:textId="77777777" w:rsidR="00A65E53" w:rsidRPr="00DA223F" w:rsidRDefault="00A65E53" w:rsidP="00A65E53">
            <w:pPr>
              <w:rPr>
                <w:rFonts w:ascii="Times New Roman" w:hAnsi="Times New Roman" w:cs="Times New Roman"/>
              </w:rPr>
            </w:pPr>
            <w:r w:rsidRPr="00DA223F">
              <w:rPr>
                <w:rFonts w:ascii="Times New Roman" w:hAnsi="Times New Roman" w:cs="Times New Roman"/>
              </w:rPr>
              <w:t>Tucson, AZ 85723</w:t>
            </w:r>
          </w:p>
          <w:p w14:paraId="3D3FE9F5" w14:textId="77777777" w:rsidR="00A65E53" w:rsidRPr="00DA223F" w:rsidRDefault="00A65E53" w:rsidP="00A65E53">
            <w:pPr>
              <w:rPr>
                <w:rFonts w:ascii="Times New Roman" w:hAnsi="Times New Roman" w:cs="Times New Roman"/>
              </w:rPr>
            </w:pPr>
            <w:r w:rsidRPr="00DA223F">
              <w:rPr>
                <w:rFonts w:ascii="Times New Roman" w:hAnsi="Times New Roman" w:cs="Times New Roman"/>
              </w:rPr>
              <w:t>Delivery Time: TBD</w:t>
            </w:r>
          </w:p>
          <w:p w14:paraId="3E2011D8" w14:textId="57FF323F" w:rsidR="00A65E53" w:rsidRPr="002F5D52" w:rsidRDefault="00A65E53" w:rsidP="00A65E53">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6F595B7D" w14:textId="0EEA70B8" w:rsidR="00A65E53" w:rsidRPr="002F5D52" w:rsidRDefault="00A65E53" w:rsidP="00A65E53">
            <w:pPr>
              <w:jc w:val="center"/>
              <w:rPr>
                <w:rFonts w:ascii="Times New Roman" w:hAnsi="Times New Roman" w:cs="Times New Roman"/>
              </w:rPr>
            </w:pPr>
            <w:r w:rsidRPr="00DA223F">
              <w:rPr>
                <w:rFonts w:ascii="Times New Roman" w:hAnsi="Times New Roman" w:cs="Times New Roman"/>
              </w:rPr>
              <w:t>20 runs/year</w:t>
            </w:r>
          </w:p>
        </w:tc>
      </w:tr>
    </w:tbl>
    <w:p w14:paraId="3D079E98"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1CCD136A" w14:textId="77777777" w:rsidTr="00E5395D">
        <w:trPr>
          <w:trHeight w:val="350"/>
          <w:jc w:val="center"/>
        </w:trPr>
        <w:tc>
          <w:tcPr>
            <w:tcW w:w="9625" w:type="dxa"/>
            <w:gridSpan w:val="3"/>
            <w:vAlign w:val="center"/>
          </w:tcPr>
          <w:p w14:paraId="48BD2F51" w14:textId="200271E9"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81</w:t>
            </w:r>
          </w:p>
        </w:tc>
      </w:tr>
      <w:tr w:rsidR="00436CED" w:rsidRPr="002F5D52" w14:paraId="5A98C817" w14:textId="77777777" w:rsidTr="00E5395D">
        <w:trPr>
          <w:trHeight w:val="1153"/>
          <w:jc w:val="center"/>
        </w:trPr>
        <w:tc>
          <w:tcPr>
            <w:tcW w:w="4225" w:type="dxa"/>
          </w:tcPr>
          <w:p w14:paraId="13776E78" w14:textId="77777777" w:rsidR="00436CED" w:rsidRPr="00DA223F" w:rsidRDefault="00436CED" w:rsidP="00436CED">
            <w:pPr>
              <w:rPr>
                <w:rFonts w:ascii="Times New Roman" w:hAnsi="Times New Roman" w:cs="Times New Roman"/>
                <w:b/>
                <w:bCs/>
              </w:rPr>
            </w:pPr>
            <w:proofErr w:type="spellStart"/>
            <w:r w:rsidRPr="00DA223F">
              <w:rPr>
                <w:rFonts w:ascii="Times New Roman" w:hAnsi="Times New Roman" w:cs="Times New Roman"/>
                <w:b/>
                <w:bCs/>
              </w:rPr>
              <w:t>Sagis</w:t>
            </w:r>
            <w:proofErr w:type="spellEnd"/>
            <w:r w:rsidRPr="00DA223F">
              <w:rPr>
                <w:rFonts w:ascii="Times New Roman" w:hAnsi="Times New Roman" w:cs="Times New Roman"/>
                <w:b/>
                <w:bCs/>
              </w:rPr>
              <w:t xml:space="preserve"> Dermatopathology </w:t>
            </w:r>
          </w:p>
          <w:p w14:paraId="67D59AA7" w14:textId="77777777" w:rsidR="00436CED" w:rsidRPr="00DA223F" w:rsidRDefault="00436CED" w:rsidP="00436CED">
            <w:pPr>
              <w:rPr>
                <w:rFonts w:ascii="Times New Roman" w:hAnsi="Times New Roman" w:cs="Times New Roman"/>
              </w:rPr>
            </w:pPr>
            <w:r w:rsidRPr="00DA223F">
              <w:rPr>
                <w:rFonts w:ascii="Times New Roman" w:hAnsi="Times New Roman" w:cs="Times New Roman"/>
              </w:rPr>
              <w:t>4582 N 1</w:t>
            </w:r>
            <w:r w:rsidRPr="00DA223F">
              <w:rPr>
                <w:rFonts w:ascii="Times New Roman" w:hAnsi="Times New Roman" w:cs="Times New Roman"/>
                <w:vertAlign w:val="superscript"/>
              </w:rPr>
              <w:t>st</w:t>
            </w:r>
            <w:r w:rsidRPr="00DA223F">
              <w:rPr>
                <w:rFonts w:ascii="Times New Roman" w:hAnsi="Times New Roman" w:cs="Times New Roman"/>
              </w:rPr>
              <w:t xml:space="preserve"> Ave</w:t>
            </w:r>
          </w:p>
          <w:p w14:paraId="089AE731" w14:textId="77777777" w:rsidR="00436CED" w:rsidRPr="00DA223F" w:rsidRDefault="00436CED" w:rsidP="00436CED">
            <w:pPr>
              <w:rPr>
                <w:rFonts w:ascii="Times New Roman" w:hAnsi="Times New Roman" w:cs="Times New Roman"/>
              </w:rPr>
            </w:pPr>
            <w:r w:rsidRPr="00DA223F">
              <w:rPr>
                <w:rFonts w:ascii="Times New Roman" w:hAnsi="Times New Roman" w:cs="Times New Roman"/>
              </w:rPr>
              <w:t>Tucson, AZ 85718</w:t>
            </w:r>
          </w:p>
          <w:p w14:paraId="39A3F335" w14:textId="77777777" w:rsidR="00436CED" w:rsidRPr="00DA223F" w:rsidRDefault="00436CED" w:rsidP="00436CED">
            <w:pPr>
              <w:rPr>
                <w:rFonts w:ascii="Times New Roman" w:hAnsi="Times New Roman" w:cs="Times New Roman"/>
              </w:rPr>
            </w:pPr>
            <w:r w:rsidRPr="00DA223F">
              <w:rPr>
                <w:rFonts w:ascii="Times New Roman" w:hAnsi="Times New Roman" w:cs="Times New Roman"/>
              </w:rPr>
              <w:t>Days: Only as needed/requested (On-Call)</w:t>
            </w:r>
          </w:p>
          <w:p w14:paraId="61B5F8C4" w14:textId="77777777" w:rsidR="00436CED" w:rsidRPr="00DA223F" w:rsidRDefault="00436CED" w:rsidP="00436CED">
            <w:pPr>
              <w:rPr>
                <w:rFonts w:ascii="Times New Roman" w:hAnsi="Times New Roman" w:cs="Times New Roman"/>
              </w:rPr>
            </w:pPr>
            <w:r w:rsidRPr="00DA223F">
              <w:rPr>
                <w:rFonts w:ascii="Times New Roman" w:hAnsi="Times New Roman" w:cs="Times New Roman"/>
              </w:rPr>
              <w:t>Pickup Time: TBD</w:t>
            </w:r>
          </w:p>
          <w:p w14:paraId="1D15601B" w14:textId="77777777" w:rsidR="00436CED" w:rsidRPr="00DA223F" w:rsidRDefault="00436CED" w:rsidP="00436CED">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389A1D2D" w14:textId="77777777" w:rsidR="00436CED" w:rsidRPr="002F5D52" w:rsidRDefault="00436CED" w:rsidP="00436CED">
            <w:pPr>
              <w:rPr>
                <w:rFonts w:ascii="Times New Roman" w:hAnsi="Times New Roman" w:cs="Times New Roman"/>
                <w:b/>
                <w:bCs/>
              </w:rPr>
            </w:pPr>
          </w:p>
        </w:tc>
        <w:tc>
          <w:tcPr>
            <w:tcW w:w="3780" w:type="dxa"/>
          </w:tcPr>
          <w:p w14:paraId="2BE47189" w14:textId="77777777" w:rsidR="00436CED" w:rsidRPr="00DA223F" w:rsidRDefault="00436CED" w:rsidP="00436CED">
            <w:pPr>
              <w:rPr>
                <w:rFonts w:ascii="Times New Roman" w:hAnsi="Times New Roman" w:cs="Times New Roman"/>
                <w:b/>
                <w:bCs/>
              </w:rPr>
            </w:pPr>
            <w:r w:rsidRPr="00DA223F">
              <w:rPr>
                <w:rFonts w:ascii="Times New Roman" w:hAnsi="Times New Roman" w:cs="Times New Roman"/>
                <w:b/>
                <w:bCs/>
              </w:rPr>
              <w:t>SAVAHCS</w:t>
            </w:r>
          </w:p>
          <w:p w14:paraId="75E46191" w14:textId="77777777" w:rsidR="00436CED" w:rsidRPr="00DA223F" w:rsidRDefault="00436CED" w:rsidP="00436CED">
            <w:pPr>
              <w:rPr>
                <w:rFonts w:ascii="Times New Roman" w:hAnsi="Times New Roman" w:cs="Times New Roman"/>
              </w:rPr>
            </w:pPr>
            <w:r w:rsidRPr="00DA223F">
              <w:rPr>
                <w:rFonts w:ascii="Times New Roman" w:hAnsi="Times New Roman" w:cs="Times New Roman"/>
              </w:rPr>
              <w:t>Clinical Laboratory</w:t>
            </w:r>
          </w:p>
          <w:p w14:paraId="557FFED8" w14:textId="77777777" w:rsidR="00436CED" w:rsidRPr="00DA223F" w:rsidRDefault="00436CED" w:rsidP="00436CED">
            <w:pPr>
              <w:rPr>
                <w:rFonts w:ascii="Times New Roman" w:hAnsi="Times New Roman" w:cs="Times New Roman"/>
              </w:rPr>
            </w:pPr>
            <w:r w:rsidRPr="00DA223F">
              <w:rPr>
                <w:rFonts w:ascii="Times New Roman" w:hAnsi="Times New Roman" w:cs="Times New Roman"/>
              </w:rPr>
              <w:t>Southern Arizona VA Health Care</w:t>
            </w:r>
          </w:p>
          <w:p w14:paraId="2A609862" w14:textId="77777777" w:rsidR="00436CED" w:rsidRPr="00DA223F" w:rsidRDefault="00436CED" w:rsidP="00436CED">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56C2C15D" w14:textId="77777777" w:rsidR="00436CED" w:rsidRPr="00DA223F" w:rsidRDefault="00436CED" w:rsidP="00436CED">
            <w:pPr>
              <w:rPr>
                <w:rFonts w:ascii="Times New Roman" w:hAnsi="Times New Roman" w:cs="Times New Roman"/>
              </w:rPr>
            </w:pPr>
            <w:r w:rsidRPr="00DA223F">
              <w:rPr>
                <w:rFonts w:ascii="Times New Roman" w:hAnsi="Times New Roman" w:cs="Times New Roman"/>
              </w:rPr>
              <w:t>Tucson, AZ 8572</w:t>
            </w:r>
          </w:p>
          <w:p w14:paraId="0880FDDB" w14:textId="77777777" w:rsidR="00436CED" w:rsidRPr="00DA223F" w:rsidRDefault="00436CED" w:rsidP="00436CED">
            <w:pPr>
              <w:rPr>
                <w:rFonts w:ascii="Times New Roman" w:hAnsi="Times New Roman" w:cs="Times New Roman"/>
              </w:rPr>
            </w:pPr>
            <w:r w:rsidRPr="00DA223F">
              <w:rPr>
                <w:rFonts w:ascii="Times New Roman" w:hAnsi="Times New Roman" w:cs="Times New Roman"/>
              </w:rPr>
              <w:t>Delivery Time: TBD</w:t>
            </w:r>
          </w:p>
          <w:p w14:paraId="0B5E1B59" w14:textId="579771B4" w:rsidR="00436CED" w:rsidRPr="002F5D52" w:rsidRDefault="00436CED" w:rsidP="00436CED">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344BCA33" w14:textId="4927DB95" w:rsidR="00436CED" w:rsidRPr="002F5D52" w:rsidRDefault="00436CED" w:rsidP="00436CED">
            <w:pPr>
              <w:jc w:val="center"/>
              <w:rPr>
                <w:rFonts w:ascii="Times New Roman" w:hAnsi="Times New Roman" w:cs="Times New Roman"/>
              </w:rPr>
            </w:pPr>
            <w:r w:rsidRPr="00DA223F">
              <w:rPr>
                <w:rFonts w:ascii="Times New Roman" w:hAnsi="Times New Roman" w:cs="Times New Roman"/>
              </w:rPr>
              <w:t>5 runs/year</w:t>
            </w:r>
          </w:p>
        </w:tc>
      </w:tr>
    </w:tbl>
    <w:p w14:paraId="685C1451"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6621E5AC" w14:textId="77777777" w:rsidTr="00E5395D">
        <w:trPr>
          <w:trHeight w:val="350"/>
          <w:jc w:val="center"/>
        </w:trPr>
        <w:tc>
          <w:tcPr>
            <w:tcW w:w="9625" w:type="dxa"/>
            <w:gridSpan w:val="3"/>
            <w:vAlign w:val="center"/>
          </w:tcPr>
          <w:p w14:paraId="026E8CF3" w14:textId="4CFE20DA"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8</w:t>
            </w:r>
            <w:r w:rsidR="006F36C0">
              <w:rPr>
                <w:rFonts w:ascii="Times New Roman" w:hAnsi="Times New Roman" w:cs="Times New Roman"/>
                <w:b/>
                <w:bCs/>
              </w:rPr>
              <w:t>2</w:t>
            </w:r>
          </w:p>
        </w:tc>
      </w:tr>
      <w:tr w:rsidR="003E4B56" w:rsidRPr="002F5D52" w14:paraId="2158BE3B" w14:textId="77777777" w:rsidTr="00E5395D">
        <w:trPr>
          <w:trHeight w:val="1153"/>
          <w:jc w:val="center"/>
        </w:trPr>
        <w:tc>
          <w:tcPr>
            <w:tcW w:w="4225" w:type="dxa"/>
          </w:tcPr>
          <w:p w14:paraId="2253C71C" w14:textId="77777777" w:rsidR="003E4B56" w:rsidRPr="00DA223F" w:rsidRDefault="003E4B56" w:rsidP="003E4B56">
            <w:pPr>
              <w:rPr>
                <w:rFonts w:ascii="Times New Roman" w:hAnsi="Times New Roman" w:cs="Times New Roman"/>
                <w:b/>
                <w:bCs/>
              </w:rPr>
            </w:pPr>
            <w:r w:rsidRPr="00DA223F">
              <w:rPr>
                <w:rFonts w:ascii="Times New Roman" w:hAnsi="Times New Roman" w:cs="Times New Roman"/>
                <w:b/>
                <w:bCs/>
              </w:rPr>
              <w:t>Specialists in Dermatology PLLC</w:t>
            </w:r>
          </w:p>
          <w:p w14:paraId="030A52E5" w14:textId="77777777" w:rsidR="003E4B56" w:rsidRPr="00DA223F" w:rsidRDefault="003E4B56" w:rsidP="003E4B56">
            <w:pPr>
              <w:rPr>
                <w:rFonts w:ascii="Times New Roman" w:hAnsi="Times New Roman" w:cs="Times New Roman"/>
              </w:rPr>
            </w:pPr>
            <w:r w:rsidRPr="00DA223F">
              <w:rPr>
                <w:rFonts w:ascii="Times New Roman" w:hAnsi="Times New Roman" w:cs="Times New Roman"/>
              </w:rPr>
              <w:t>2732 N Alvernon Way</w:t>
            </w:r>
          </w:p>
          <w:p w14:paraId="3E1AC6E0" w14:textId="77777777" w:rsidR="003E4B56" w:rsidRPr="00DA223F" w:rsidRDefault="003E4B56" w:rsidP="003E4B56">
            <w:pPr>
              <w:rPr>
                <w:rFonts w:ascii="Times New Roman" w:hAnsi="Times New Roman" w:cs="Times New Roman"/>
              </w:rPr>
            </w:pPr>
            <w:r w:rsidRPr="00DA223F">
              <w:rPr>
                <w:rFonts w:ascii="Times New Roman" w:hAnsi="Times New Roman" w:cs="Times New Roman"/>
              </w:rPr>
              <w:t>Tucson, AZ 85712</w:t>
            </w:r>
          </w:p>
          <w:p w14:paraId="244C553F" w14:textId="77777777" w:rsidR="003E4B56" w:rsidRPr="00DA223F" w:rsidRDefault="003E4B56" w:rsidP="003E4B56">
            <w:pPr>
              <w:rPr>
                <w:rFonts w:ascii="Times New Roman" w:hAnsi="Times New Roman" w:cs="Times New Roman"/>
              </w:rPr>
            </w:pPr>
            <w:r w:rsidRPr="00DA223F">
              <w:rPr>
                <w:rFonts w:ascii="Times New Roman" w:hAnsi="Times New Roman" w:cs="Times New Roman"/>
              </w:rPr>
              <w:t>Days: Only as needed/requested (On-Call)</w:t>
            </w:r>
          </w:p>
          <w:p w14:paraId="1F6F2283" w14:textId="77777777" w:rsidR="003E4B56" w:rsidRPr="00DA223F" w:rsidRDefault="003E4B56" w:rsidP="003E4B56">
            <w:pPr>
              <w:rPr>
                <w:rFonts w:ascii="Times New Roman" w:hAnsi="Times New Roman" w:cs="Times New Roman"/>
              </w:rPr>
            </w:pPr>
            <w:r w:rsidRPr="00DA223F">
              <w:rPr>
                <w:rFonts w:ascii="Times New Roman" w:hAnsi="Times New Roman" w:cs="Times New Roman"/>
              </w:rPr>
              <w:t>Pickup Time: TBD</w:t>
            </w:r>
          </w:p>
          <w:p w14:paraId="058BC027" w14:textId="77777777" w:rsidR="003E4B56" w:rsidRPr="00DA223F" w:rsidRDefault="003E4B56" w:rsidP="003E4B56">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5D57535C" w14:textId="77777777" w:rsidR="003E4B56" w:rsidRPr="00DA223F" w:rsidRDefault="003E4B56" w:rsidP="003E4B56">
            <w:pPr>
              <w:rPr>
                <w:rFonts w:ascii="Times New Roman" w:hAnsi="Times New Roman" w:cs="Times New Roman"/>
              </w:rPr>
            </w:pPr>
          </w:p>
          <w:p w14:paraId="1B08ADCD" w14:textId="77777777" w:rsidR="003E4B56" w:rsidRPr="002F5D52" w:rsidRDefault="003E4B56" w:rsidP="003E4B56">
            <w:pPr>
              <w:rPr>
                <w:rFonts w:ascii="Times New Roman" w:hAnsi="Times New Roman" w:cs="Times New Roman"/>
                <w:b/>
                <w:bCs/>
              </w:rPr>
            </w:pPr>
          </w:p>
        </w:tc>
        <w:tc>
          <w:tcPr>
            <w:tcW w:w="3780" w:type="dxa"/>
          </w:tcPr>
          <w:p w14:paraId="19A75D2A" w14:textId="77777777" w:rsidR="003E4B56" w:rsidRPr="00DA223F" w:rsidRDefault="003E4B56" w:rsidP="003E4B56">
            <w:pPr>
              <w:rPr>
                <w:rFonts w:ascii="Times New Roman" w:hAnsi="Times New Roman" w:cs="Times New Roman"/>
                <w:b/>
                <w:bCs/>
              </w:rPr>
            </w:pPr>
            <w:r w:rsidRPr="00DA223F">
              <w:rPr>
                <w:rFonts w:ascii="Times New Roman" w:hAnsi="Times New Roman" w:cs="Times New Roman"/>
                <w:b/>
                <w:bCs/>
              </w:rPr>
              <w:t>SAVAHCS</w:t>
            </w:r>
          </w:p>
          <w:p w14:paraId="44ADE2B5" w14:textId="77777777" w:rsidR="003E4B56" w:rsidRPr="00DA223F" w:rsidRDefault="003E4B56" w:rsidP="003E4B56">
            <w:pPr>
              <w:rPr>
                <w:rFonts w:ascii="Times New Roman" w:hAnsi="Times New Roman" w:cs="Times New Roman"/>
              </w:rPr>
            </w:pPr>
            <w:r w:rsidRPr="00DA223F">
              <w:rPr>
                <w:rFonts w:ascii="Times New Roman" w:hAnsi="Times New Roman" w:cs="Times New Roman"/>
              </w:rPr>
              <w:t>Clinical Laboratory</w:t>
            </w:r>
          </w:p>
          <w:p w14:paraId="5DDF1A69" w14:textId="77777777" w:rsidR="003E4B56" w:rsidRPr="00DA223F" w:rsidRDefault="003E4B56" w:rsidP="003E4B56">
            <w:pPr>
              <w:rPr>
                <w:rFonts w:ascii="Times New Roman" w:hAnsi="Times New Roman" w:cs="Times New Roman"/>
              </w:rPr>
            </w:pPr>
            <w:r w:rsidRPr="00DA223F">
              <w:rPr>
                <w:rFonts w:ascii="Times New Roman" w:hAnsi="Times New Roman" w:cs="Times New Roman"/>
              </w:rPr>
              <w:t>Southern Arizona VA Health Care</w:t>
            </w:r>
          </w:p>
          <w:p w14:paraId="5305141F" w14:textId="77777777" w:rsidR="003E4B56" w:rsidRPr="00DA223F" w:rsidRDefault="003E4B56" w:rsidP="003E4B56">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04E1CB46" w14:textId="77777777" w:rsidR="003E4B56" w:rsidRPr="00DA223F" w:rsidRDefault="003E4B56" w:rsidP="003E4B56">
            <w:pPr>
              <w:rPr>
                <w:rFonts w:ascii="Times New Roman" w:hAnsi="Times New Roman" w:cs="Times New Roman"/>
              </w:rPr>
            </w:pPr>
            <w:r w:rsidRPr="00DA223F">
              <w:rPr>
                <w:rFonts w:ascii="Times New Roman" w:hAnsi="Times New Roman" w:cs="Times New Roman"/>
              </w:rPr>
              <w:t>Tucson, AZ 85723</w:t>
            </w:r>
          </w:p>
          <w:p w14:paraId="653FE005" w14:textId="77777777" w:rsidR="003E4B56" w:rsidRPr="00DA223F" w:rsidRDefault="003E4B56" w:rsidP="003E4B56">
            <w:pPr>
              <w:rPr>
                <w:rFonts w:ascii="Times New Roman" w:hAnsi="Times New Roman" w:cs="Times New Roman"/>
              </w:rPr>
            </w:pPr>
            <w:r w:rsidRPr="00DA223F">
              <w:rPr>
                <w:rFonts w:ascii="Times New Roman" w:hAnsi="Times New Roman" w:cs="Times New Roman"/>
              </w:rPr>
              <w:t>Delivery Time: TBD</w:t>
            </w:r>
          </w:p>
          <w:p w14:paraId="37004540" w14:textId="5E82045E" w:rsidR="003E4B56" w:rsidRPr="002F5D52" w:rsidRDefault="003E4B56" w:rsidP="003E4B56">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206D6F6F" w14:textId="24DFC026" w:rsidR="003E4B56" w:rsidRPr="002F5D52" w:rsidRDefault="003E4B56" w:rsidP="003E4B56">
            <w:pPr>
              <w:jc w:val="center"/>
              <w:rPr>
                <w:rFonts w:ascii="Times New Roman" w:hAnsi="Times New Roman" w:cs="Times New Roman"/>
              </w:rPr>
            </w:pPr>
            <w:r w:rsidRPr="00DA223F">
              <w:rPr>
                <w:rFonts w:ascii="Times New Roman" w:hAnsi="Times New Roman" w:cs="Times New Roman"/>
              </w:rPr>
              <w:t>20 runs/year</w:t>
            </w:r>
          </w:p>
        </w:tc>
      </w:tr>
    </w:tbl>
    <w:p w14:paraId="2F84653B"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462D5EB7" w14:textId="77777777" w:rsidTr="00E5395D">
        <w:trPr>
          <w:trHeight w:val="350"/>
          <w:jc w:val="center"/>
        </w:trPr>
        <w:tc>
          <w:tcPr>
            <w:tcW w:w="9625" w:type="dxa"/>
            <w:gridSpan w:val="3"/>
            <w:vAlign w:val="center"/>
          </w:tcPr>
          <w:p w14:paraId="3D74D573" w14:textId="303CDC42"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8</w:t>
            </w:r>
            <w:r w:rsidR="006F36C0">
              <w:rPr>
                <w:rFonts w:ascii="Times New Roman" w:hAnsi="Times New Roman" w:cs="Times New Roman"/>
                <w:b/>
                <w:bCs/>
              </w:rPr>
              <w:t>3</w:t>
            </w:r>
          </w:p>
        </w:tc>
      </w:tr>
      <w:tr w:rsidR="004634E4" w:rsidRPr="002F5D52" w14:paraId="09E09DC4" w14:textId="77777777" w:rsidTr="00E5395D">
        <w:trPr>
          <w:trHeight w:val="1153"/>
          <w:jc w:val="center"/>
        </w:trPr>
        <w:tc>
          <w:tcPr>
            <w:tcW w:w="4225" w:type="dxa"/>
          </w:tcPr>
          <w:p w14:paraId="2C8D6546" w14:textId="77777777" w:rsidR="004634E4" w:rsidRPr="00DA223F" w:rsidRDefault="004634E4" w:rsidP="004634E4">
            <w:pPr>
              <w:rPr>
                <w:rFonts w:ascii="Times New Roman" w:hAnsi="Times New Roman" w:cs="Times New Roman"/>
                <w:b/>
                <w:bCs/>
              </w:rPr>
            </w:pPr>
            <w:r w:rsidRPr="00DA223F">
              <w:rPr>
                <w:rFonts w:ascii="Times New Roman" w:hAnsi="Times New Roman" w:cs="Times New Roman"/>
                <w:b/>
                <w:bCs/>
              </w:rPr>
              <w:t>Sonora Quest Laboratories/ Laboratory Sciences of Arizona</w:t>
            </w:r>
          </w:p>
          <w:p w14:paraId="4772FA42" w14:textId="77777777" w:rsidR="004634E4" w:rsidRPr="00DA223F" w:rsidRDefault="004634E4" w:rsidP="004634E4">
            <w:pPr>
              <w:rPr>
                <w:rFonts w:ascii="Times New Roman" w:hAnsi="Times New Roman" w:cs="Times New Roman"/>
              </w:rPr>
            </w:pPr>
            <w:r w:rsidRPr="00DA223F">
              <w:rPr>
                <w:rFonts w:ascii="Times New Roman" w:hAnsi="Times New Roman" w:cs="Times New Roman"/>
              </w:rPr>
              <w:t>630 N Alvernon Way</w:t>
            </w:r>
          </w:p>
          <w:p w14:paraId="20F788ED" w14:textId="77777777" w:rsidR="004634E4" w:rsidRPr="00DA223F" w:rsidRDefault="004634E4" w:rsidP="004634E4">
            <w:pPr>
              <w:rPr>
                <w:rFonts w:ascii="Times New Roman" w:hAnsi="Times New Roman" w:cs="Times New Roman"/>
              </w:rPr>
            </w:pPr>
            <w:r w:rsidRPr="00DA223F">
              <w:rPr>
                <w:rFonts w:ascii="Times New Roman" w:hAnsi="Times New Roman" w:cs="Times New Roman"/>
              </w:rPr>
              <w:t>Tucson, AZ 85711</w:t>
            </w:r>
          </w:p>
          <w:p w14:paraId="534CA27F" w14:textId="77777777" w:rsidR="004634E4" w:rsidRPr="00DA223F" w:rsidRDefault="004634E4" w:rsidP="004634E4">
            <w:pPr>
              <w:rPr>
                <w:rFonts w:ascii="Times New Roman" w:hAnsi="Times New Roman" w:cs="Times New Roman"/>
              </w:rPr>
            </w:pPr>
            <w:r w:rsidRPr="00DA223F">
              <w:rPr>
                <w:rFonts w:ascii="Times New Roman" w:hAnsi="Times New Roman" w:cs="Times New Roman"/>
              </w:rPr>
              <w:t>Days: Only as needed/requested (On-Call)</w:t>
            </w:r>
          </w:p>
          <w:p w14:paraId="3E02B708" w14:textId="77777777" w:rsidR="004634E4" w:rsidRPr="00DA223F" w:rsidRDefault="004634E4" w:rsidP="004634E4">
            <w:pPr>
              <w:rPr>
                <w:rFonts w:ascii="Times New Roman" w:hAnsi="Times New Roman" w:cs="Times New Roman"/>
              </w:rPr>
            </w:pPr>
            <w:r w:rsidRPr="00DA223F">
              <w:rPr>
                <w:rFonts w:ascii="Times New Roman" w:hAnsi="Times New Roman" w:cs="Times New Roman"/>
              </w:rPr>
              <w:lastRenderedPageBreak/>
              <w:t>Pickup Time: TBD</w:t>
            </w:r>
          </w:p>
          <w:p w14:paraId="09348008" w14:textId="77777777" w:rsidR="004634E4" w:rsidRPr="00DA223F" w:rsidRDefault="004634E4" w:rsidP="004634E4">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18A4A40D" w14:textId="77777777" w:rsidR="004634E4" w:rsidRPr="002F5D52" w:rsidRDefault="004634E4" w:rsidP="004634E4">
            <w:pPr>
              <w:rPr>
                <w:rFonts w:ascii="Times New Roman" w:hAnsi="Times New Roman" w:cs="Times New Roman"/>
                <w:b/>
                <w:bCs/>
              </w:rPr>
            </w:pPr>
          </w:p>
        </w:tc>
        <w:tc>
          <w:tcPr>
            <w:tcW w:w="3780" w:type="dxa"/>
          </w:tcPr>
          <w:p w14:paraId="7C778A19" w14:textId="77777777" w:rsidR="004634E4" w:rsidRPr="00DA223F" w:rsidRDefault="004634E4" w:rsidP="004634E4">
            <w:pPr>
              <w:rPr>
                <w:rFonts w:ascii="Times New Roman" w:hAnsi="Times New Roman" w:cs="Times New Roman"/>
                <w:b/>
                <w:bCs/>
              </w:rPr>
            </w:pPr>
            <w:r w:rsidRPr="00DA223F">
              <w:rPr>
                <w:rFonts w:ascii="Times New Roman" w:hAnsi="Times New Roman" w:cs="Times New Roman"/>
                <w:b/>
                <w:bCs/>
              </w:rPr>
              <w:lastRenderedPageBreak/>
              <w:t>SAVAHCS</w:t>
            </w:r>
          </w:p>
          <w:p w14:paraId="10F9D573" w14:textId="77777777" w:rsidR="004634E4" w:rsidRPr="00DA223F" w:rsidRDefault="004634E4" w:rsidP="004634E4">
            <w:pPr>
              <w:rPr>
                <w:rFonts w:ascii="Times New Roman" w:hAnsi="Times New Roman" w:cs="Times New Roman"/>
              </w:rPr>
            </w:pPr>
            <w:r w:rsidRPr="00DA223F">
              <w:rPr>
                <w:rFonts w:ascii="Times New Roman" w:hAnsi="Times New Roman" w:cs="Times New Roman"/>
              </w:rPr>
              <w:t>Clinical Laboratory</w:t>
            </w:r>
          </w:p>
          <w:p w14:paraId="5B7E53B3" w14:textId="77777777" w:rsidR="004634E4" w:rsidRPr="00DA223F" w:rsidRDefault="004634E4" w:rsidP="004634E4">
            <w:pPr>
              <w:rPr>
                <w:rFonts w:ascii="Times New Roman" w:hAnsi="Times New Roman" w:cs="Times New Roman"/>
              </w:rPr>
            </w:pPr>
            <w:r w:rsidRPr="00DA223F">
              <w:rPr>
                <w:rFonts w:ascii="Times New Roman" w:hAnsi="Times New Roman" w:cs="Times New Roman"/>
              </w:rPr>
              <w:t>Southern Arizona VA Health Care</w:t>
            </w:r>
          </w:p>
          <w:p w14:paraId="185DD957" w14:textId="77777777" w:rsidR="004634E4" w:rsidRPr="00DA223F" w:rsidRDefault="004634E4" w:rsidP="004634E4">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636793E1" w14:textId="77777777" w:rsidR="004634E4" w:rsidRPr="00DA223F" w:rsidRDefault="004634E4" w:rsidP="004634E4">
            <w:pPr>
              <w:rPr>
                <w:rFonts w:ascii="Times New Roman" w:hAnsi="Times New Roman" w:cs="Times New Roman"/>
              </w:rPr>
            </w:pPr>
            <w:r w:rsidRPr="00DA223F">
              <w:rPr>
                <w:rFonts w:ascii="Times New Roman" w:hAnsi="Times New Roman" w:cs="Times New Roman"/>
              </w:rPr>
              <w:t>Tucson, AZ 85723</w:t>
            </w:r>
          </w:p>
          <w:p w14:paraId="17A0FE33" w14:textId="77777777" w:rsidR="004634E4" w:rsidRPr="00DA223F" w:rsidRDefault="004634E4" w:rsidP="004634E4">
            <w:pPr>
              <w:rPr>
                <w:rFonts w:ascii="Times New Roman" w:hAnsi="Times New Roman" w:cs="Times New Roman"/>
              </w:rPr>
            </w:pPr>
            <w:r w:rsidRPr="00DA223F">
              <w:rPr>
                <w:rFonts w:ascii="Times New Roman" w:hAnsi="Times New Roman" w:cs="Times New Roman"/>
              </w:rPr>
              <w:lastRenderedPageBreak/>
              <w:t>Delivery Time: TBD</w:t>
            </w:r>
          </w:p>
          <w:p w14:paraId="7F363D0B" w14:textId="1644ADBE" w:rsidR="004634E4" w:rsidRPr="002F5D52" w:rsidRDefault="004634E4" w:rsidP="004634E4">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5ED0C349" w14:textId="57DD35B2" w:rsidR="004634E4" w:rsidRPr="002F5D52" w:rsidRDefault="004634E4" w:rsidP="004634E4">
            <w:pPr>
              <w:jc w:val="center"/>
              <w:rPr>
                <w:rFonts w:ascii="Times New Roman" w:hAnsi="Times New Roman" w:cs="Times New Roman"/>
              </w:rPr>
            </w:pPr>
            <w:r w:rsidRPr="00DA223F">
              <w:rPr>
                <w:rFonts w:ascii="Times New Roman" w:hAnsi="Times New Roman" w:cs="Times New Roman"/>
              </w:rPr>
              <w:lastRenderedPageBreak/>
              <w:t>20 runs/year</w:t>
            </w:r>
          </w:p>
        </w:tc>
      </w:tr>
    </w:tbl>
    <w:p w14:paraId="052C614D"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2C3D61CF" w14:textId="77777777" w:rsidTr="00E5395D">
        <w:trPr>
          <w:trHeight w:val="350"/>
          <w:jc w:val="center"/>
        </w:trPr>
        <w:tc>
          <w:tcPr>
            <w:tcW w:w="9625" w:type="dxa"/>
            <w:gridSpan w:val="3"/>
            <w:vAlign w:val="center"/>
          </w:tcPr>
          <w:p w14:paraId="55976653" w14:textId="42CBBE74"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8</w:t>
            </w:r>
            <w:r w:rsidR="006F36C0">
              <w:rPr>
                <w:rFonts w:ascii="Times New Roman" w:hAnsi="Times New Roman" w:cs="Times New Roman"/>
                <w:b/>
                <w:bCs/>
              </w:rPr>
              <w:t>4</w:t>
            </w:r>
          </w:p>
        </w:tc>
      </w:tr>
      <w:tr w:rsidR="00FE7D12" w:rsidRPr="002F5D52" w14:paraId="4F5D70E5" w14:textId="77777777" w:rsidTr="00E5395D">
        <w:trPr>
          <w:trHeight w:val="1153"/>
          <w:jc w:val="center"/>
        </w:trPr>
        <w:tc>
          <w:tcPr>
            <w:tcW w:w="4225" w:type="dxa"/>
          </w:tcPr>
          <w:p w14:paraId="3C297B58" w14:textId="77777777" w:rsidR="00FE7D12" w:rsidRPr="00DA223F" w:rsidRDefault="00FE7D12" w:rsidP="00FE7D12">
            <w:pPr>
              <w:rPr>
                <w:rFonts w:ascii="Times New Roman" w:hAnsi="Times New Roman" w:cs="Times New Roman"/>
                <w:b/>
                <w:bCs/>
              </w:rPr>
            </w:pPr>
            <w:r w:rsidRPr="00DA223F">
              <w:rPr>
                <w:rFonts w:ascii="Times New Roman" w:hAnsi="Times New Roman" w:cs="Times New Roman"/>
                <w:b/>
                <w:bCs/>
              </w:rPr>
              <w:t>St. Joseph’s Hospital</w:t>
            </w:r>
          </w:p>
          <w:p w14:paraId="1E6DA94D" w14:textId="77777777" w:rsidR="00FE7D12" w:rsidRPr="00DA223F" w:rsidRDefault="00FE7D12" w:rsidP="00FE7D12">
            <w:pPr>
              <w:rPr>
                <w:rFonts w:ascii="Times New Roman" w:hAnsi="Times New Roman" w:cs="Times New Roman"/>
              </w:rPr>
            </w:pPr>
            <w:r w:rsidRPr="00DA223F">
              <w:rPr>
                <w:rFonts w:ascii="Times New Roman" w:hAnsi="Times New Roman" w:cs="Times New Roman"/>
              </w:rPr>
              <w:t>350 N Wilmot Rd</w:t>
            </w:r>
          </w:p>
          <w:p w14:paraId="7004A9A4" w14:textId="77777777" w:rsidR="00FE7D12" w:rsidRPr="00DA223F" w:rsidRDefault="00FE7D12" w:rsidP="00FE7D12">
            <w:pPr>
              <w:rPr>
                <w:rFonts w:ascii="Times New Roman" w:hAnsi="Times New Roman" w:cs="Times New Roman"/>
              </w:rPr>
            </w:pPr>
            <w:r w:rsidRPr="00DA223F">
              <w:rPr>
                <w:rFonts w:ascii="Times New Roman" w:hAnsi="Times New Roman" w:cs="Times New Roman"/>
              </w:rPr>
              <w:t>Tucson, AZ 85711</w:t>
            </w:r>
          </w:p>
          <w:p w14:paraId="7DECDB08" w14:textId="77777777" w:rsidR="00FE7D12" w:rsidRPr="00DA223F" w:rsidRDefault="00FE7D12" w:rsidP="00FE7D12">
            <w:pPr>
              <w:rPr>
                <w:rFonts w:ascii="Times New Roman" w:hAnsi="Times New Roman" w:cs="Times New Roman"/>
              </w:rPr>
            </w:pPr>
            <w:r w:rsidRPr="00DA223F">
              <w:rPr>
                <w:rFonts w:ascii="Times New Roman" w:hAnsi="Times New Roman" w:cs="Times New Roman"/>
              </w:rPr>
              <w:t>Days: Only as needed/requested (On-Call)</w:t>
            </w:r>
          </w:p>
          <w:p w14:paraId="029BB5D3" w14:textId="77777777" w:rsidR="00FE7D12" w:rsidRPr="00DA223F" w:rsidRDefault="00FE7D12" w:rsidP="00FE7D12">
            <w:pPr>
              <w:rPr>
                <w:rFonts w:ascii="Times New Roman" w:hAnsi="Times New Roman" w:cs="Times New Roman"/>
              </w:rPr>
            </w:pPr>
            <w:r w:rsidRPr="00DA223F">
              <w:rPr>
                <w:rFonts w:ascii="Times New Roman" w:hAnsi="Times New Roman" w:cs="Times New Roman"/>
              </w:rPr>
              <w:t>Pickup Time: TBD</w:t>
            </w:r>
          </w:p>
          <w:p w14:paraId="2A9B1321" w14:textId="77777777" w:rsidR="00FE7D12" w:rsidRPr="00DA223F" w:rsidRDefault="00FE7D12" w:rsidP="00FE7D12">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1A39AAAA" w14:textId="77777777" w:rsidR="00FE7D12" w:rsidRPr="00DA223F" w:rsidRDefault="00FE7D12" w:rsidP="00FE7D12">
            <w:pPr>
              <w:rPr>
                <w:rFonts w:ascii="Times New Roman" w:hAnsi="Times New Roman" w:cs="Times New Roman"/>
              </w:rPr>
            </w:pPr>
          </w:p>
          <w:p w14:paraId="50D89C17" w14:textId="77777777" w:rsidR="00FE7D12" w:rsidRPr="002F5D52" w:rsidRDefault="00FE7D12" w:rsidP="00FE7D12">
            <w:pPr>
              <w:rPr>
                <w:rFonts w:ascii="Times New Roman" w:hAnsi="Times New Roman" w:cs="Times New Roman"/>
                <w:b/>
                <w:bCs/>
              </w:rPr>
            </w:pPr>
          </w:p>
        </w:tc>
        <w:tc>
          <w:tcPr>
            <w:tcW w:w="3780" w:type="dxa"/>
          </w:tcPr>
          <w:p w14:paraId="25CBDB8B" w14:textId="77777777" w:rsidR="00FE7D12" w:rsidRPr="00DA223F" w:rsidRDefault="00FE7D12" w:rsidP="00FE7D12">
            <w:pPr>
              <w:rPr>
                <w:rFonts w:ascii="Times New Roman" w:hAnsi="Times New Roman" w:cs="Times New Roman"/>
                <w:b/>
                <w:bCs/>
              </w:rPr>
            </w:pPr>
            <w:r w:rsidRPr="00DA223F">
              <w:rPr>
                <w:rFonts w:ascii="Times New Roman" w:hAnsi="Times New Roman" w:cs="Times New Roman"/>
                <w:b/>
                <w:bCs/>
              </w:rPr>
              <w:t>SAVAHCS</w:t>
            </w:r>
          </w:p>
          <w:p w14:paraId="18B23013" w14:textId="77777777" w:rsidR="00FE7D12" w:rsidRPr="00DA223F" w:rsidRDefault="00FE7D12" w:rsidP="00FE7D12">
            <w:pPr>
              <w:rPr>
                <w:rFonts w:ascii="Times New Roman" w:hAnsi="Times New Roman" w:cs="Times New Roman"/>
              </w:rPr>
            </w:pPr>
            <w:r w:rsidRPr="00DA223F">
              <w:rPr>
                <w:rFonts w:ascii="Times New Roman" w:hAnsi="Times New Roman" w:cs="Times New Roman"/>
              </w:rPr>
              <w:t>Clinical Laboratory</w:t>
            </w:r>
          </w:p>
          <w:p w14:paraId="06EB14CF" w14:textId="77777777" w:rsidR="00FE7D12" w:rsidRPr="00DA223F" w:rsidRDefault="00FE7D12" w:rsidP="00FE7D12">
            <w:pPr>
              <w:rPr>
                <w:rFonts w:ascii="Times New Roman" w:hAnsi="Times New Roman" w:cs="Times New Roman"/>
              </w:rPr>
            </w:pPr>
            <w:r w:rsidRPr="00DA223F">
              <w:rPr>
                <w:rFonts w:ascii="Times New Roman" w:hAnsi="Times New Roman" w:cs="Times New Roman"/>
              </w:rPr>
              <w:t>Southern Arizona VA Health Care</w:t>
            </w:r>
          </w:p>
          <w:p w14:paraId="0389FCC1" w14:textId="77777777" w:rsidR="00FE7D12" w:rsidRPr="00DA223F" w:rsidRDefault="00FE7D12" w:rsidP="00FE7D12">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5FB22A63" w14:textId="77777777" w:rsidR="00FE7D12" w:rsidRPr="00DA223F" w:rsidRDefault="00FE7D12" w:rsidP="00FE7D12">
            <w:pPr>
              <w:rPr>
                <w:rFonts w:ascii="Times New Roman" w:hAnsi="Times New Roman" w:cs="Times New Roman"/>
              </w:rPr>
            </w:pPr>
            <w:r w:rsidRPr="00DA223F">
              <w:rPr>
                <w:rFonts w:ascii="Times New Roman" w:hAnsi="Times New Roman" w:cs="Times New Roman"/>
              </w:rPr>
              <w:t>Tucson, AZ 85723</w:t>
            </w:r>
          </w:p>
          <w:p w14:paraId="51111399" w14:textId="77777777" w:rsidR="00FE7D12" w:rsidRPr="00DA223F" w:rsidRDefault="00FE7D12" w:rsidP="00FE7D12">
            <w:pPr>
              <w:rPr>
                <w:rFonts w:ascii="Times New Roman" w:hAnsi="Times New Roman" w:cs="Times New Roman"/>
              </w:rPr>
            </w:pPr>
            <w:r w:rsidRPr="00DA223F">
              <w:rPr>
                <w:rFonts w:ascii="Times New Roman" w:hAnsi="Times New Roman" w:cs="Times New Roman"/>
              </w:rPr>
              <w:t>Delivery Time: TBD</w:t>
            </w:r>
          </w:p>
          <w:p w14:paraId="1729A32F" w14:textId="77777777" w:rsidR="00FE7D12" w:rsidRPr="00DA223F" w:rsidRDefault="00FE7D12" w:rsidP="00FE7D12">
            <w:pPr>
              <w:rPr>
                <w:rFonts w:ascii="Times New Roman" w:hAnsi="Times New Roman" w:cs="Times New Roman"/>
              </w:rPr>
            </w:pPr>
            <w:r w:rsidRPr="00DA223F">
              <w:rPr>
                <w:rFonts w:ascii="Times New Roman" w:hAnsi="Times New Roman" w:cs="Times New Roman"/>
              </w:rPr>
              <w:t>Delivery Location: Clinical Laboratory Building 57, Front Desk, Room B126</w:t>
            </w:r>
          </w:p>
          <w:p w14:paraId="33660A4E" w14:textId="77777777" w:rsidR="00FE7D12" w:rsidRPr="00DA223F" w:rsidRDefault="00FE7D12" w:rsidP="00FE7D12">
            <w:pPr>
              <w:rPr>
                <w:rFonts w:ascii="Times New Roman" w:hAnsi="Times New Roman" w:cs="Times New Roman"/>
              </w:rPr>
            </w:pPr>
          </w:p>
          <w:p w14:paraId="6CA63012" w14:textId="77777777" w:rsidR="00FE7D12" w:rsidRPr="00DA223F" w:rsidRDefault="00FE7D12" w:rsidP="00FE7D12">
            <w:pPr>
              <w:rPr>
                <w:rFonts w:ascii="Times New Roman" w:hAnsi="Times New Roman" w:cs="Times New Roman"/>
                <w:b/>
                <w:bCs/>
              </w:rPr>
            </w:pPr>
            <w:r w:rsidRPr="00DA223F">
              <w:rPr>
                <w:rFonts w:ascii="Times New Roman" w:hAnsi="Times New Roman" w:cs="Times New Roman"/>
                <w:b/>
                <w:bCs/>
              </w:rPr>
              <w:t>SAVAHCS</w:t>
            </w:r>
          </w:p>
          <w:p w14:paraId="3E8F054C" w14:textId="77777777" w:rsidR="00FE7D12" w:rsidRPr="00DA223F" w:rsidRDefault="00FE7D12" w:rsidP="00FE7D12">
            <w:pPr>
              <w:rPr>
                <w:rFonts w:ascii="Times New Roman" w:hAnsi="Times New Roman" w:cs="Times New Roman"/>
              </w:rPr>
            </w:pPr>
            <w:r w:rsidRPr="00DA223F">
              <w:rPr>
                <w:rFonts w:ascii="Times New Roman" w:hAnsi="Times New Roman" w:cs="Times New Roman"/>
              </w:rPr>
              <w:t xml:space="preserve">Supply Chain Management </w:t>
            </w:r>
          </w:p>
          <w:p w14:paraId="0FCAF7AC" w14:textId="77777777" w:rsidR="00FE7D12" w:rsidRPr="00DA223F" w:rsidRDefault="00FE7D12" w:rsidP="00FE7D12">
            <w:pPr>
              <w:rPr>
                <w:rFonts w:ascii="Times New Roman" w:hAnsi="Times New Roman" w:cs="Times New Roman"/>
              </w:rPr>
            </w:pPr>
            <w:r w:rsidRPr="00DA223F">
              <w:rPr>
                <w:rFonts w:ascii="Times New Roman" w:hAnsi="Times New Roman" w:cs="Times New Roman"/>
              </w:rPr>
              <w:t>Building 57, Room 190 &amp; Room 138</w:t>
            </w:r>
          </w:p>
          <w:p w14:paraId="788C4AC3" w14:textId="77777777" w:rsidR="00FE7D12" w:rsidRPr="00DA223F" w:rsidRDefault="00FE7D12" w:rsidP="00FE7D12">
            <w:pPr>
              <w:rPr>
                <w:rFonts w:ascii="Times New Roman" w:hAnsi="Times New Roman" w:cs="Times New Roman"/>
              </w:rPr>
            </w:pPr>
            <w:r w:rsidRPr="00DA223F">
              <w:rPr>
                <w:rFonts w:ascii="Times New Roman" w:hAnsi="Times New Roman" w:cs="Times New Roman"/>
              </w:rPr>
              <w:t>Southern Arizona VA Healthcare</w:t>
            </w:r>
          </w:p>
          <w:p w14:paraId="391D0D68" w14:textId="77777777" w:rsidR="00FE7D12" w:rsidRPr="00DA223F" w:rsidRDefault="00FE7D12" w:rsidP="00FE7D12">
            <w:pPr>
              <w:rPr>
                <w:rFonts w:ascii="Times New Roman" w:hAnsi="Times New Roman" w:cs="Times New Roman"/>
              </w:rPr>
            </w:pPr>
            <w:r w:rsidRPr="00DA223F">
              <w:rPr>
                <w:rFonts w:ascii="Times New Roman" w:hAnsi="Times New Roman" w:cs="Times New Roman"/>
              </w:rPr>
              <w:t>3601 S. 6th Ave.</w:t>
            </w:r>
          </w:p>
          <w:p w14:paraId="2A981E48" w14:textId="77777777" w:rsidR="00FE7D12" w:rsidRPr="00DA223F" w:rsidRDefault="00FE7D12" w:rsidP="00FE7D12">
            <w:pPr>
              <w:rPr>
                <w:rFonts w:ascii="Times New Roman" w:hAnsi="Times New Roman" w:cs="Times New Roman"/>
              </w:rPr>
            </w:pPr>
            <w:r w:rsidRPr="00DA223F">
              <w:rPr>
                <w:rFonts w:ascii="Times New Roman" w:hAnsi="Times New Roman" w:cs="Times New Roman"/>
              </w:rPr>
              <w:t>Tucson, AZ 85723</w:t>
            </w:r>
          </w:p>
          <w:p w14:paraId="20E8F7AC" w14:textId="28CE7F48" w:rsidR="00FE7D12" w:rsidRPr="002F5D52" w:rsidRDefault="00FE7D12" w:rsidP="00FE7D12">
            <w:pPr>
              <w:rPr>
                <w:rFonts w:ascii="Times New Roman" w:hAnsi="Times New Roman" w:cs="Times New Roman"/>
              </w:rPr>
            </w:pPr>
            <w:r w:rsidRPr="00DA223F">
              <w:rPr>
                <w:rFonts w:ascii="Times New Roman" w:hAnsi="Times New Roman" w:cs="Times New Roman"/>
              </w:rPr>
              <w:t>Delivery: No later than 6:00pm</w:t>
            </w:r>
          </w:p>
        </w:tc>
        <w:tc>
          <w:tcPr>
            <w:tcW w:w="1620" w:type="dxa"/>
            <w:vAlign w:val="center"/>
          </w:tcPr>
          <w:p w14:paraId="247248BE" w14:textId="32CC02BA" w:rsidR="00FE7D12" w:rsidRPr="002F5D52" w:rsidRDefault="00FE7D12" w:rsidP="00FE7D12">
            <w:pPr>
              <w:jc w:val="center"/>
              <w:rPr>
                <w:rFonts w:ascii="Times New Roman" w:hAnsi="Times New Roman" w:cs="Times New Roman"/>
              </w:rPr>
            </w:pPr>
            <w:r w:rsidRPr="00DA223F">
              <w:rPr>
                <w:rFonts w:ascii="Times New Roman" w:hAnsi="Times New Roman" w:cs="Times New Roman"/>
              </w:rPr>
              <w:t>30 runs/year</w:t>
            </w:r>
          </w:p>
        </w:tc>
      </w:tr>
    </w:tbl>
    <w:p w14:paraId="129D8AC9"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667F58FA" w14:textId="77777777" w:rsidTr="00E5395D">
        <w:trPr>
          <w:trHeight w:val="350"/>
          <w:jc w:val="center"/>
        </w:trPr>
        <w:tc>
          <w:tcPr>
            <w:tcW w:w="9625" w:type="dxa"/>
            <w:gridSpan w:val="3"/>
            <w:vAlign w:val="center"/>
          </w:tcPr>
          <w:p w14:paraId="49DE0C01" w14:textId="11FFE26B"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8</w:t>
            </w:r>
            <w:r w:rsidR="006F36C0">
              <w:rPr>
                <w:rFonts w:ascii="Times New Roman" w:hAnsi="Times New Roman" w:cs="Times New Roman"/>
                <w:b/>
                <w:bCs/>
              </w:rPr>
              <w:t>5</w:t>
            </w:r>
          </w:p>
        </w:tc>
      </w:tr>
      <w:tr w:rsidR="00BD07F6" w:rsidRPr="002F5D52" w14:paraId="63559B5D" w14:textId="77777777" w:rsidTr="00E5395D">
        <w:trPr>
          <w:trHeight w:val="1153"/>
          <w:jc w:val="center"/>
        </w:trPr>
        <w:tc>
          <w:tcPr>
            <w:tcW w:w="4225" w:type="dxa"/>
          </w:tcPr>
          <w:p w14:paraId="5CC09B78" w14:textId="77777777" w:rsidR="00BD07F6" w:rsidRPr="00DA223F" w:rsidRDefault="00BD07F6" w:rsidP="00BD07F6">
            <w:pPr>
              <w:rPr>
                <w:rFonts w:ascii="Times New Roman" w:hAnsi="Times New Roman" w:cs="Times New Roman"/>
                <w:b/>
                <w:bCs/>
              </w:rPr>
            </w:pPr>
            <w:r w:rsidRPr="00DA223F">
              <w:rPr>
                <w:rFonts w:ascii="Times New Roman" w:hAnsi="Times New Roman" w:cs="Times New Roman"/>
                <w:b/>
                <w:bCs/>
              </w:rPr>
              <w:t>St. Mary’s Hospital</w:t>
            </w:r>
          </w:p>
          <w:p w14:paraId="64194447" w14:textId="77777777" w:rsidR="00BD07F6" w:rsidRPr="00DA223F" w:rsidRDefault="00BD07F6" w:rsidP="00BD07F6">
            <w:pPr>
              <w:rPr>
                <w:rFonts w:ascii="Times New Roman" w:hAnsi="Times New Roman" w:cs="Times New Roman"/>
              </w:rPr>
            </w:pPr>
            <w:r w:rsidRPr="00DA223F">
              <w:rPr>
                <w:rFonts w:ascii="Times New Roman" w:hAnsi="Times New Roman" w:cs="Times New Roman"/>
              </w:rPr>
              <w:t xml:space="preserve">1601 St. Mary’s Rd  </w:t>
            </w:r>
          </w:p>
          <w:p w14:paraId="385D3109" w14:textId="77777777" w:rsidR="00BD07F6" w:rsidRPr="00DA223F" w:rsidRDefault="00BD07F6" w:rsidP="00BD07F6">
            <w:pPr>
              <w:rPr>
                <w:rFonts w:ascii="Times New Roman" w:hAnsi="Times New Roman" w:cs="Times New Roman"/>
              </w:rPr>
            </w:pPr>
            <w:r w:rsidRPr="00DA223F">
              <w:rPr>
                <w:rFonts w:ascii="Times New Roman" w:hAnsi="Times New Roman" w:cs="Times New Roman"/>
              </w:rPr>
              <w:t>Tucson, AZ 85745</w:t>
            </w:r>
          </w:p>
          <w:p w14:paraId="6A2EE68E" w14:textId="77777777" w:rsidR="00BD07F6" w:rsidRPr="00DA223F" w:rsidRDefault="00BD07F6" w:rsidP="00BD07F6">
            <w:pPr>
              <w:rPr>
                <w:rFonts w:ascii="Times New Roman" w:hAnsi="Times New Roman" w:cs="Times New Roman"/>
              </w:rPr>
            </w:pPr>
            <w:r w:rsidRPr="00DA223F">
              <w:rPr>
                <w:rFonts w:ascii="Times New Roman" w:hAnsi="Times New Roman" w:cs="Times New Roman"/>
              </w:rPr>
              <w:t>Days: Only as needed/requested (On-Call)</w:t>
            </w:r>
          </w:p>
          <w:p w14:paraId="244FCFF2" w14:textId="77777777" w:rsidR="00BD07F6" w:rsidRPr="00DA223F" w:rsidRDefault="00BD07F6" w:rsidP="00BD07F6">
            <w:pPr>
              <w:rPr>
                <w:rFonts w:ascii="Times New Roman" w:hAnsi="Times New Roman" w:cs="Times New Roman"/>
              </w:rPr>
            </w:pPr>
            <w:r w:rsidRPr="00DA223F">
              <w:rPr>
                <w:rFonts w:ascii="Times New Roman" w:hAnsi="Times New Roman" w:cs="Times New Roman"/>
              </w:rPr>
              <w:t>Pickup Time: TBD</w:t>
            </w:r>
          </w:p>
          <w:p w14:paraId="24E94225" w14:textId="77777777" w:rsidR="00BD07F6" w:rsidRPr="00DA223F" w:rsidRDefault="00BD07F6" w:rsidP="00BD07F6">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239B4701" w14:textId="77777777" w:rsidR="00BD07F6" w:rsidRPr="00DA223F" w:rsidRDefault="00BD07F6" w:rsidP="00BD07F6">
            <w:pPr>
              <w:rPr>
                <w:rFonts w:ascii="Times New Roman" w:hAnsi="Times New Roman" w:cs="Times New Roman"/>
              </w:rPr>
            </w:pPr>
          </w:p>
          <w:p w14:paraId="6AA535BC" w14:textId="77777777" w:rsidR="00BD07F6" w:rsidRPr="002F5D52" w:rsidRDefault="00BD07F6" w:rsidP="00BD07F6">
            <w:pPr>
              <w:rPr>
                <w:rFonts w:ascii="Times New Roman" w:hAnsi="Times New Roman" w:cs="Times New Roman"/>
                <w:b/>
                <w:bCs/>
              </w:rPr>
            </w:pPr>
          </w:p>
        </w:tc>
        <w:tc>
          <w:tcPr>
            <w:tcW w:w="3780" w:type="dxa"/>
          </w:tcPr>
          <w:p w14:paraId="6DC47FD4" w14:textId="77777777" w:rsidR="00BD07F6" w:rsidRPr="00DA223F" w:rsidRDefault="00BD07F6" w:rsidP="00BD07F6">
            <w:pPr>
              <w:rPr>
                <w:rFonts w:ascii="Times New Roman" w:hAnsi="Times New Roman" w:cs="Times New Roman"/>
                <w:b/>
                <w:bCs/>
              </w:rPr>
            </w:pPr>
            <w:r w:rsidRPr="00DA223F">
              <w:rPr>
                <w:rFonts w:ascii="Times New Roman" w:hAnsi="Times New Roman" w:cs="Times New Roman"/>
                <w:b/>
                <w:bCs/>
              </w:rPr>
              <w:t>SAVAHCS</w:t>
            </w:r>
          </w:p>
          <w:p w14:paraId="2668D650" w14:textId="77777777" w:rsidR="00BD07F6" w:rsidRPr="00DA223F" w:rsidRDefault="00BD07F6" w:rsidP="00BD07F6">
            <w:pPr>
              <w:rPr>
                <w:rFonts w:ascii="Times New Roman" w:hAnsi="Times New Roman" w:cs="Times New Roman"/>
              </w:rPr>
            </w:pPr>
            <w:r w:rsidRPr="00DA223F">
              <w:rPr>
                <w:rFonts w:ascii="Times New Roman" w:hAnsi="Times New Roman" w:cs="Times New Roman"/>
              </w:rPr>
              <w:t>Clinical Laboratory</w:t>
            </w:r>
          </w:p>
          <w:p w14:paraId="1EF27CED" w14:textId="77777777" w:rsidR="00BD07F6" w:rsidRPr="00DA223F" w:rsidRDefault="00BD07F6" w:rsidP="00BD07F6">
            <w:pPr>
              <w:rPr>
                <w:rFonts w:ascii="Times New Roman" w:hAnsi="Times New Roman" w:cs="Times New Roman"/>
              </w:rPr>
            </w:pPr>
            <w:r w:rsidRPr="00DA223F">
              <w:rPr>
                <w:rFonts w:ascii="Times New Roman" w:hAnsi="Times New Roman" w:cs="Times New Roman"/>
              </w:rPr>
              <w:t>Southern Arizona VA Health Care</w:t>
            </w:r>
          </w:p>
          <w:p w14:paraId="57AF5CF9" w14:textId="77777777" w:rsidR="00BD07F6" w:rsidRPr="00DA223F" w:rsidRDefault="00BD07F6" w:rsidP="00BD07F6">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7D8EA43B" w14:textId="77777777" w:rsidR="00BD07F6" w:rsidRPr="00DA223F" w:rsidRDefault="00BD07F6" w:rsidP="00BD07F6">
            <w:pPr>
              <w:rPr>
                <w:rFonts w:ascii="Times New Roman" w:hAnsi="Times New Roman" w:cs="Times New Roman"/>
              </w:rPr>
            </w:pPr>
            <w:r w:rsidRPr="00DA223F">
              <w:rPr>
                <w:rFonts w:ascii="Times New Roman" w:hAnsi="Times New Roman" w:cs="Times New Roman"/>
              </w:rPr>
              <w:t>Tucson, AZ 85723</w:t>
            </w:r>
          </w:p>
          <w:p w14:paraId="643F5B3A" w14:textId="77777777" w:rsidR="00BD07F6" w:rsidRPr="00DA223F" w:rsidRDefault="00BD07F6" w:rsidP="00BD07F6">
            <w:pPr>
              <w:rPr>
                <w:rFonts w:ascii="Times New Roman" w:hAnsi="Times New Roman" w:cs="Times New Roman"/>
              </w:rPr>
            </w:pPr>
            <w:r w:rsidRPr="00DA223F">
              <w:rPr>
                <w:rFonts w:ascii="Times New Roman" w:hAnsi="Times New Roman" w:cs="Times New Roman"/>
              </w:rPr>
              <w:t>Delivery Time: TBD</w:t>
            </w:r>
          </w:p>
          <w:p w14:paraId="6D9B9A35" w14:textId="77777777" w:rsidR="00BD07F6" w:rsidRPr="00DA223F" w:rsidRDefault="00BD07F6" w:rsidP="00BD07F6">
            <w:pPr>
              <w:rPr>
                <w:rFonts w:ascii="Times New Roman" w:hAnsi="Times New Roman" w:cs="Times New Roman"/>
              </w:rPr>
            </w:pPr>
            <w:r w:rsidRPr="00DA223F">
              <w:rPr>
                <w:rFonts w:ascii="Times New Roman" w:hAnsi="Times New Roman" w:cs="Times New Roman"/>
              </w:rPr>
              <w:t>Delivery Location: Clinical Laboratory Building 57, Front Desk, Room B126</w:t>
            </w:r>
          </w:p>
          <w:p w14:paraId="0577D0CE" w14:textId="77777777" w:rsidR="00BD07F6" w:rsidRPr="00DA223F" w:rsidRDefault="00BD07F6" w:rsidP="00BD07F6">
            <w:pPr>
              <w:rPr>
                <w:rFonts w:ascii="Times New Roman" w:hAnsi="Times New Roman" w:cs="Times New Roman"/>
              </w:rPr>
            </w:pPr>
          </w:p>
          <w:p w14:paraId="60921187" w14:textId="77777777" w:rsidR="00BD07F6" w:rsidRPr="00DA223F" w:rsidRDefault="00BD07F6" w:rsidP="00BD07F6">
            <w:pPr>
              <w:rPr>
                <w:rFonts w:ascii="Times New Roman" w:hAnsi="Times New Roman" w:cs="Times New Roman"/>
                <w:b/>
                <w:bCs/>
              </w:rPr>
            </w:pPr>
            <w:r w:rsidRPr="00DA223F">
              <w:rPr>
                <w:rFonts w:ascii="Times New Roman" w:hAnsi="Times New Roman" w:cs="Times New Roman"/>
                <w:b/>
                <w:bCs/>
              </w:rPr>
              <w:t>SAVAHCS</w:t>
            </w:r>
          </w:p>
          <w:p w14:paraId="5EB745B4" w14:textId="77777777" w:rsidR="00BD07F6" w:rsidRPr="00DA223F" w:rsidRDefault="00BD07F6" w:rsidP="00BD07F6">
            <w:pPr>
              <w:rPr>
                <w:rFonts w:ascii="Times New Roman" w:hAnsi="Times New Roman" w:cs="Times New Roman"/>
              </w:rPr>
            </w:pPr>
            <w:r w:rsidRPr="00DA223F">
              <w:rPr>
                <w:rFonts w:ascii="Times New Roman" w:hAnsi="Times New Roman" w:cs="Times New Roman"/>
              </w:rPr>
              <w:t xml:space="preserve">Supply Chain Management </w:t>
            </w:r>
          </w:p>
          <w:p w14:paraId="37F9E62E" w14:textId="77777777" w:rsidR="00BD07F6" w:rsidRPr="00DA223F" w:rsidRDefault="00BD07F6" w:rsidP="00BD07F6">
            <w:pPr>
              <w:rPr>
                <w:rFonts w:ascii="Times New Roman" w:hAnsi="Times New Roman" w:cs="Times New Roman"/>
              </w:rPr>
            </w:pPr>
            <w:r w:rsidRPr="00DA223F">
              <w:rPr>
                <w:rFonts w:ascii="Times New Roman" w:hAnsi="Times New Roman" w:cs="Times New Roman"/>
              </w:rPr>
              <w:t>Building 57, Room 190 &amp; Room 138</w:t>
            </w:r>
          </w:p>
          <w:p w14:paraId="090039BF" w14:textId="77777777" w:rsidR="00BD07F6" w:rsidRPr="00DA223F" w:rsidRDefault="00BD07F6" w:rsidP="00BD07F6">
            <w:pPr>
              <w:rPr>
                <w:rFonts w:ascii="Times New Roman" w:hAnsi="Times New Roman" w:cs="Times New Roman"/>
              </w:rPr>
            </w:pPr>
            <w:r w:rsidRPr="00DA223F">
              <w:rPr>
                <w:rFonts w:ascii="Times New Roman" w:hAnsi="Times New Roman" w:cs="Times New Roman"/>
              </w:rPr>
              <w:t>Southern Arizona VA Healthcare</w:t>
            </w:r>
          </w:p>
          <w:p w14:paraId="68B40F5A" w14:textId="77777777" w:rsidR="00BD07F6" w:rsidRPr="00DA223F" w:rsidRDefault="00BD07F6" w:rsidP="00BD07F6">
            <w:pPr>
              <w:rPr>
                <w:rFonts w:ascii="Times New Roman" w:hAnsi="Times New Roman" w:cs="Times New Roman"/>
              </w:rPr>
            </w:pPr>
            <w:r w:rsidRPr="00DA223F">
              <w:rPr>
                <w:rFonts w:ascii="Times New Roman" w:hAnsi="Times New Roman" w:cs="Times New Roman"/>
              </w:rPr>
              <w:t>3601 S. 6th Ave.</w:t>
            </w:r>
          </w:p>
          <w:p w14:paraId="5EBDEE06" w14:textId="77777777" w:rsidR="00BD07F6" w:rsidRPr="00DA223F" w:rsidRDefault="00BD07F6" w:rsidP="00BD07F6">
            <w:pPr>
              <w:rPr>
                <w:rFonts w:ascii="Times New Roman" w:hAnsi="Times New Roman" w:cs="Times New Roman"/>
              </w:rPr>
            </w:pPr>
            <w:r w:rsidRPr="00DA223F">
              <w:rPr>
                <w:rFonts w:ascii="Times New Roman" w:hAnsi="Times New Roman" w:cs="Times New Roman"/>
              </w:rPr>
              <w:t>Tucson, AZ 85723</w:t>
            </w:r>
          </w:p>
          <w:p w14:paraId="5F0B5F1D" w14:textId="37613F76" w:rsidR="00BD07F6" w:rsidRPr="002F5D52" w:rsidRDefault="00BD07F6" w:rsidP="00BD07F6">
            <w:pPr>
              <w:rPr>
                <w:rFonts w:ascii="Times New Roman" w:hAnsi="Times New Roman" w:cs="Times New Roman"/>
              </w:rPr>
            </w:pPr>
            <w:r w:rsidRPr="00DA223F">
              <w:rPr>
                <w:rFonts w:ascii="Times New Roman" w:hAnsi="Times New Roman" w:cs="Times New Roman"/>
              </w:rPr>
              <w:t>Delivery: No later than 6:00pm</w:t>
            </w:r>
          </w:p>
        </w:tc>
        <w:tc>
          <w:tcPr>
            <w:tcW w:w="1620" w:type="dxa"/>
            <w:vAlign w:val="center"/>
          </w:tcPr>
          <w:p w14:paraId="524CB200" w14:textId="436CC606" w:rsidR="00BD07F6" w:rsidRPr="002F5D52" w:rsidRDefault="00BD07F6" w:rsidP="00BD07F6">
            <w:pPr>
              <w:jc w:val="center"/>
              <w:rPr>
                <w:rFonts w:ascii="Times New Roman" w:hAnsi="Times New Roman" w:cs="Times New Roman"/>
              </w:rPr>
            </w:pPr>
            <w:r w:rsidRPr="00DA223F">
              <w:rPr>
                <w:rFonts w:ascii="Times New Roman" w:hAnsi="Times New Roman" w:cs="Times New Roman"/>
              </w:rPr>
              <w:t>20 runs/year</w:t>
            </w:r>
          </w:p>
        </w:tc>
      </w:tr>
    </w:tbl>
    <w:p w14:paraId="40E20342"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1FDE8C68" w14:textId="77777777" w:rsidTr="00E5395D">
        <w:trPr>
          <w:trHeight w:val="350"/>
          <w:jc w:val="center"/>
        </w:trPr>
        <w:tc>
          <w:tcPr>
            <w:tcW w:w="9625" w:type="dxa"/>
            <w:gridSpan w:val="3"/>
            <w:vAlign w:val="center"/>
          </w:tcPr>
          <w:p w14:paraId="3E856E20" w14:textId="630C7C4D"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8</w:t>
            </w:r>
            <w:r w:rsidR="006F36C0">
              <w:rPr>
                <w:rFonts w:ascii="Times New Roman" w:hAnsi="Times New Roman" w:cs="Times New Roman"/>
                <w:b/>
                <w:bCs/>
              </w:rPr>
              <w:t>6</w:t>
            </w:r>
          </w:p>
        </w:tc>
      </w:tr>
      <w:tr w:rsidR="006B2E75" w:rsidRPr="002F5D52" w14:paraId="1A30D74E" w14:textId="77777777" w:rsidTr="00E5395D">
        <w:trPr>
          <w:trHeight w:val="1153"/>
          <w:jc w:val="center"/>
        </w:trPr>
        <w:tc>
          <w:tcPr>
            <w:tcW w:w="4225" w:type="dxa"/>
          </w:tcPr>
          <w:p w14:paraId="77EAE369" w14:textId="77777777" w:rsidR="006B2E75" w:rsidRPr="00DA223F" w:rsidRDefault="006B2E75" w:rsidP="006B2E75">
            <w:pPr>
              <w:rPr>
                <w:rFonts w:ascii="Times New Roman" w:hAnsi="Times New Roman" w:cs="Times New Roman"/>
                <w:b/>
                <w:bCs/>
              </w:rPr>
            </w:pPr>
            <w:r w:rsidRPr="00DA223F">
              <w:rPr>
                <w:rFonts w:ascii="Times New Roman" w:hAnsi="Times New Roman" w:cs="Times New Roman"/>
                <w:b/>
                <w:bCs/>
              </w:rPr>
              <w:lastRenderedPageBreak/>
              <w:t xml:space="preserve">Tucson Dental Implants &amp; Periodontics </w:t>
            </w:r>
          </w:p>
          <w:p w14:paraId="09233659" w14:textId="77777777" w:rsidR="006B2E75" w:rsidRPr="00DA223F" w:rsidRDefault="006B2E75" w:rsidP="006B2E75">
            <w:pPr>
              <w:rPr>
                <w:rFonts w:ascii="Times New Roman" w:hAnsi="Times New Roman" w:cs="Times New Roman"/>
              </w:rPr>
            </w:pPr>
            <w:r w:rsidRPr="00DA223F">
              <w:rPr>
                <w:rFonts w:ascii="Times New Roman" w:hAnsi="Times New Roman" w:cs="Times New Roman"/>
              </w:rPr>
              <w:t>2330 N Rosemont Blvd</w:t>
            </w:r>
          </w:p>
          <w:p w14:paraId="26E8A9E8" w14:textId="77777777" w:rsidR="006B2E75" w:rsidRPr="00DA223F" w:rsidRDefault="006B2E75" w:rsidP="006B2E75">
            <w:pPr>
              <w:rPr>
                <w:rFonts w:ascii="Times New Roman" w:hAnsi="Times New Roman" w:cs="Times New Roman"/>
              </w:rPr>
            </w:pPr>
            <w:r w:rsidRPr="00DA223F">
              <w:rPr>
                <w:rFonts w:ascii="Times New Roman" w:hAnsi="Times New Roman" w:cs="Times New Roman"/>
              </w:rPr>
              <w:t>Tucson, AZ 85712</w:t>
            </w:r>
          </w:p>
          <w:p w14:paraId="46CAFE40" w14:textId="77777777" w:rsidR="006B2E75" w:rsidRPr="00DA223F" w:rsidRDefault="006B2E75" w:rsidP="006B2E75">
            <w:pPr>
              <w:rPr>
                <w:rFonts w:ascii="Times New Roman" w:hAnsi="Times New Roman" w:cs="Times New Roman"/>
              </w:rPr>
            </w:pPr>
            <w:r w:rsidRPr="00DA223F">
              <w:rPr>
                <w:rFonts w:ascii="Times New Roman" w:hAnsi="Times New Roman" w:cs="Times New Roman"/>
              </w:rPr>
              <w:t>Days: Only as needed/requested (On-Call)</w:t>
            </w:r>
          </w:p>
          <w:p w14:paraId="7488B656" w14:textId="77777777" w:rsidR="006B2E75" w:rsidRPr="00DA223F" w:rsidRDefault="006B2E75" w:rsidP="006B2E75">
            <w:pPr>
              <w:rPr>
                <w:rFonts w:ascii="Times New Roman" w:hAnsi="Times New Roman" w:cs="Times New Roman"/>
              </w:rPr>
            </w:pPr>
            <w:r w:rsidRPr="00DA223F">
              <w:rPr>
                <w:rFonts w:ascii="Times New Roman" w:hAnsi="Times New Roman" w:cs="Times New Roman"/>
              </w:rPr>
              <w:t>Pickup Time: TBD</w:t>
            </w:r>
          </w:p>
          <w:p w14:paraId="035C7812" w14:textId="3BC80052" w:rsidR="006B2E75" w:rsidRPr="002F5D52" w:rsidRDefault="006B2E75" w:rsidP="006B2E75">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tc>
        <w:tc>
          <w:tcPr>
            <w:tcW w:w="3780" w:type="dxa"/>
          </w:tcPr>
          <w:p w14:paraId="46DCA506" w14:textId="77777777" w:rsidR="006B2E75" w:rsidRPr="00DA223F" w:rsidRDefault="006B2E75" w:rsidP="006B2E75">
            <w:pPr>
              <w:rPr>
                <w:rFonts w:ascii="Times New Roman" w:hAnsi="Times New Roman" w:cs="Times New Roman"/>
                <w:b/>
                <w:bCs/>
              </w:rPr>
            </w:pPr>
            <w:r w:rsidRPr="00DA223F">
              <w:rPr>
                <w:rFonts w:ascii="Times New Roman" w:hAnsi="Times New Roman" w:cs="Times New Roman"/>
                <w:b/>
                <w:bCs/>
              </w:rPr>
              <w:t>SAVAHCS</w:t>
            </w:r>
          </w:p>
          <w:p w14:paraId="19B39FCA" w14:textId="77777777" w:rsidR="006B2E75" w:rsidRPr="00DA223F" w:rsidRDefault="006B2E75" w:rsidP="006B2E75">
            <w:pPr>
              <w:rPr>
                <w:rFonts w:ascii="Times New Roman" w:hAnsi="Times New Roman" w:cs="Times New Roman"/>
              </w:rPr>
            </w:pPr>
            <w:r w:rsidRPr="00DA223F">
              <w:rPr>
                <w:rFonts w:ascii="Times New Roman" w:hAnsi="Times New Roman" w:cs="Times New Roman"/>
              </w:rPr>
              <w:t>Clinical Laboratory</w:t>
            </w:r>
          </w:p>
          <w:p w14:paraId="1B05D33D" w14:textId="77777777" w:rsidR="006B2E75" w:rsidRPr="00DA223F" w:rsidRDefault="006B2E75" w:rsidP="006B2E75">
            <w:pPr>
              <w:rPr>
                <w:rFonts w:ascii="Times New Roman" w:hAnsi="Times New Roman" w:cs="Times New Roman"/>
              </w:rPr>
            </w:pPr>
            <w:r w:rsidRPr="00DA223F">
              <w:rPr>
                <w:rFonts w:ascii="Times New Roman" w:hAnsi="Times New Roman" w:cs="Times New Roman"/>
              </w:rPr>
              <w:t>Southern Arizona VA Health Care</w:t>
            </w:r>
          </w:p>
          <w:p w14:paraId="4985903E" w14:textId="77777777" w:rsidR="006B2E75" w:rsidRPr="00DA223F" w:rsidRDefault="006B2E75" w:rsidP="006B2E75">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23FB867F" w14:textId="77777777" w:rsidR="006B2E75" w:rsidRPr="00DA223F" w:rsidRDefault="006B2E75" w:rsidP="006B2E75">
            <w:pPr>
              <w:rPr>
                <w:rFonts w:ascii="Times New Roman" w:hAnsi="Times New Roman" w:cs="Times New Roman"/>
              </w:rPr>
            </w:pPr>
            <w:r w:rsidRPr="00DA223F">
              <w:rPr>
                <w:rFonts w:ascii="Times New Roman" w:hAnsi="Times New Roman" w:cs="Times New Roman"/>
              </w:rPr>
              <w:t>Tucson, AZ 85723</w:t>
            </w:r>
          </w:p>
          <w:p w14:paraId="0363862A" w14:textId="77777777" w:rsidR="006B2E75" w:rsidRPr="00DA223F" w:rsidRDefault="006B2E75" w:rsidP="006B2E75">
            <w:pPr>
              <w:rPr>
                <w:rFonts w:ascii="Times New Roman" w:hAnsi="Times New Roman" w:cs="Times New Roman"/>
              </w:rPr>
            </w:pPr>
            <w:r w:rsidRPr="00DA223F">
              <w:rPr>
                <w:rFonts w:ascii="Times New Roman" w:hAnsi="Times New Roman" w:cs="Times New Roman"/>
              </w:rPr>
              <w:t>Delivery Time: TBD</w:t>
            </w:r>
          </w:p>
          <w:p w14:paraId="0D76EE0F" w14:textId="1C1EAC70" w:rsidR="006B2E75" w:rsidRPr="002F5D52" w:rsidRDefault="006B2E75" w:rsidP="006B2E75">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26976CAC" w14:textId="629B50EB" w:rsidR="006B2E75" w:rsidRPr="002F5D52" w:rsidRDefault="006B2E75" w:rsidP="006B2E75">
            <w:pPr>
              <w:jc w:val="center"/>
              <w:rPr>
                <w:rFonts w:ascii="Times New Roman" w:hAnsi="Times New Roman" w:cs="Times New Roman"/>
              </w:rPr>
            </w:pPr>
            <w:r w:rsidRPr="00DA223F">
              <w:rPr>
                <w:rFonts w:ascii="Times New Roman" w:hAnsi="Times New Roman" w:cs="Times New Roman"/>
              </w:rPr>
              <w:t>10 runs/year</w:t>
            </w:r>
          </w:p>
        </w:tc>
      </w:tr>
    </w:tbl>
    <w:p w14:paraId="39A3C455"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6FE35448" w14:textId="77777777" w:rsidTr="00E5395D">
        <w:trPr>
          <w:trHeight w:val="350"/>
          <w:jc w:val="center"/>
        </w:trPr>
        <w:tc>
          <w:tcPr>
            <w:tcW w:w="9625" w:type="dxa"/>
            <w:gridSpan w:val="3"/>
            <w:vAlign w:val="center"/>
          </w:tcPr>
          <w:p w14:paraId="37BD2FE6" w14:textId="176E728C"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8</w:t>
            </w:r>
            <w:r w:rsidR="006F36C0">
              <w:rPr>
                <w:rFonts w:ascii="Times New Roman" w:hAnsi="Times New Roman" w:cs="Times New Roman"/>
                <w:b/>
                <w:bCs/>
              </w:rPr>
              <w:t>7</w:t>
            </w:r>
          </w:p>
        </w:tc>
      </w:tr>
      <w:tr w:rsidR="0040011D" w:rsidRPr="002F5D52" w14:paraId="69E7D20C" w14:textId="77777777" w:rsidTr="00E5395D">
        <w:trPr>
          <w:trHeight w:val="1153"/>
          <w:jc w:val="center"/>
        </w:trPr>
        <w:tc>
          <w:tcPr>
            <w:tcW w:w="4225" w:type="dxa"/>
          </w:tcPr>
          <w:p w14:paraId="3776A4CE" w14:textId="77777777" w:rsidR="0040011D" w:rsidRPr="00DA223F" w:rsidRDefault="0040011D" w:rsidP="0040011D">
            <w:pPr>
              <w:rPr>
                <w:rFonts w:ascii="Times New Roman" w:eastAsia="Times New Roman" w:hAnsi="Times New Roman" w:cs="Times New Roman"/>
                <w:b/>
                <w:bCs/>
              </w:rPr>
            </w:pPr>
            <w:r w:rsidRPr="00DA223F">
              <w:rPr>
                <w:rFonts w:ascii="Times New Roman" w:eastAsia="Times New Roman" w:hAnsi="Times New Roman" w:cs="Times New Roman"/>
                <w:b/>
                <w:bCs/>
              </w:rPr>
              <w:t>Tucson ER and Hospital</w:t>
            </w:r>
          </w:p>
          <w:p w14:paraId="5D9D409C" w14:textId="77777777" w:rsidR="0040011D" w:rsidRPr="00DA223F" w:rsidRDefault="0040011D" w:rsidP="0040011D">
            <w:pPr>
              <w:rPr>
                <w:rFonts w:ascii="Times New Roman" w:eastAsia="Times New Roman" w:hAnsi="Times New Roman" w:cs="Times New Roman"/>
              </w:rPr>
            </w:pPr>
            <w:r w:rsidRPr="00DA223F">
              <w:rPr>
                <w:rFonts w:ascii="Times New Roman" w:eastAsia="Times New Roman" w:hAnsi="Times New Roman" w:cs="Times New Roman"/>
              </w:rPr>
              <w:t>4575 E Broadway Blvd</w:t>
            </w:r>
          </w:p>
          <w:p w14:paraId="74C48F57" w14:textId="77777777" w:rsidR="0040011D" w:rsidRPr="00DA223F" w:rsidRDefault="0040011D" w:rsidP="0040011D">
            <w:pPr>
              <w:rPr>
                <w:rFonts w:ascii="Times New Roman" w:eastAsia="Times New Roman" w:hAnsi="Times New Roman" w:cs="Times New Roman"/>
              </w:rPr>
            </w:pPr>
            <w:r w:rsidRPr="00DA223F">
              <w:rPr>
                <w:rFonts w:ascii="Times New Roman" w:eastAsia="Times New Roman" w:hAnsi="Times New Roman" w:cs="Times New Roman"/>
              </w:rPr>
              <w:t>Tucson, AZ 85711</w:t>
            </w:r>
          </w:p>
          <w:p w14:paraId="33BBE14F" w14:textId="77777777" w:rsidR="0040011D" w:rsidRPr="00DA223F" w:rsidRDefault="0040011D" w:rsidP="0040011D">
            <w:pPr>
              <w:rPr>
                <w:rFonts w:ascii="Times New Roman" w:hAnsi="Times New Roman" w:cs="Times New Roman"/>
              </w:rPr>
            </w:pPr>
            <w:r w:rsidRPr="00DA223F">
              <w:rPr>
                <w:rFonts w:ascii="Times New Roman" w:hAnsi="Times New Roman" w:cs="Times New Roman"/>
              </w:rPr>
              <w:t>Days: Only as needed/requested (On-Call)</w:t>
            </w:r>
          </w:p>
          <w:p w14:paraId="49BF7255" w14:textId="77777777" w:rsidR="0040011D" w:rsidRPr="00DA223F" w:rsidRDefault="0040011D" w:rsidP="0040011D">
            <w:pPr>
              <w:rPr>
                <w:rFonts w:ascii="Times New Roman" w:hAnsi="Times New Roman" w:cs="Times New Roman"/>
              </w:rPr>
            </w:pPr>
            <w:r w:rsidRPr="00DA223F">
              <w:rPr>
                <w:rFonts w:ascii="Times New Roman" w:hAnsi="Times New Roman" w:cs="Times New Roman"/>
              </w:rPr>
              <w:t>Pickup Time: TBD</w:t>
            </w:r>
          </w:p>
          <w:p w14:paraId="50921087" w14:textId="77777777" w:rsidR="0040011D" w:rsidRPr="00DA223F" w:rsidRDefault="0040011D" w:rsidP="0040011D">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17473561" w14:textId="77777777" w:rsidR="0040011D" w:rsidRPr="002F5D52" w:rsidRDefault="0040011D" w:rsidP="0040011D">
            <w:pPr>
              <w:rPr>
                <w:rFonts w:ascii="Times New Roman" w:hAnsi="Times New Roman" w:cs="Times New Roman"/>
                <w:b/>
                <w:bCs/>
              </w:rPr>
            </w:pPr>
          </w:p>
        </w:tc>
        <w:tc>
          <w:tcPr>
            <w:tcW w:w="3780" w:type="dxa"/>
          </w:tcPr>
          <w:p w14:paraId="68503C45" w14:textId="77777777" w:rsidR="0040011D" w:rsidRPr="00DA223F" w:rsidRDefault="0040011D" w:rsidP="0040011D">
            <w:pPr>
              <w:rPr>
                <w:rFonts w:ascii="Times New Roman" w:hAnsi="Times New Roman" w:cs="Times New Roman"/>
                <w:b/>
                <w:bCs/>
              </w:rPr>
            </w:pPr>
            <w:r w:rsidRPr="00DA223F">
              <w:rPr>
                <w:rFonts w:ascii="Times New Roman" w:hAnsi="Times New Roman" w:cs="Times New Roman"/>
                <w:b/>
                <w:bCs/>
              </w:rPr>
              <w:t>SAVAHCS</w:t>
            </w:r>
          </w:p>
          <w:p w14:paraId="692519FA" w14:textId="77777777" w:rsidR="0040011D" w:rsidRPr="00DA223F" w:rsidRDefault="0040011D" w:rsidP="0040011D">
            <w:pPr>
              <w:rPr>
                <w:rFonts w:ascii="Times New Roman" w:hAnsi="Times New Roman" w:cs="Times New Roman"/>
              </w:rPr>
            </w:pPr>
            <w:r w:rsidRPr="00DA223F">
              <w:rPr>
                <w:rFonts w:ascii="Times New Roman" w:hAnsi="Times New Roman" w:cs="Times New Roman"/>
              </w:rPr>
              <w:t>Clinical Laboratory</w:t>
            </w:r>
          </w:p>
          <w:p w14:paraId="4F626FC6" w14:textId="77777777" w:rsidR="0040011D" w:rsidRPr="00DA223F" w:rsidRDefault="0040011D" w:rsidP="0040011D">
            <w:pPr>
              <w:rPr>
                <w:rFonts w:ascii="Times New Roman" w:hAnsi="Times New Roman" w:cs="Times New Roman"/>
              </w:rPr>
            </w:pPr>
            <w:r w:rsidRPr="00DA223F">
              <w:rPr>
                <w:rFonts w:ascii="Times New Roman" w:hAnsi="Times New Roman" w:cs="Times New Roman"/>
              </w:rPr>
              <w:t>Southern Arizona VA Health Care</w:t>
            </w:r>
          </w:p>
          <w:p w14:paraId="0E66E49C" w14:textId="77777777" w:rsidR="0040011D" w:rsidRPr="00DA223F" w:rsidRDefault="0040011D" w:rsidP="0040011D">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1C5CFACF" w14:textId="77777777" w:rsidR="0040011D" w:rsidRPr="00DA223F" w:rsidRDefault="0040011D" w:rsidP="0040011D">
            <w:pPr>
              <w:rPr>
                <w:rFonts w:ascii="Times New Roman" w:hAnsi="Times New Roman" w:cs="Times New Roman"/>
              </w:rPr>
            </w:pPr>
            <w:r w:rsidRPr="00DA223F">
              <w:rPr>
                <w:rFonts w:ascii="Times New Roman" w:hAnsi="Times New Roman" w:cs="Times New Roman"/>
              </w:rPr>
              <w:t>Tucson, AZ 85723</w:t>
            </w:r>
          </w:p>
          <w:p w14:paraId="360E8B46" w14:textId="77777777" w:rsidR="0040011D" w:rsidRPr="00DA223F" w:rsidRDefault="0040011D" w:rsidP="0040011D">
            <w:pPr>
              <w:rPr>
                <w:rFonts w:ascii="Times New Roman" w:hAnsi="Times New Roman" w:cs="Times New Roman"/>
              </w:rPr>
            </w:pPr>
            <w:r w:rsidRPr="00DA223F">
              <w:rPr>
                <w:rFonts w:ascii="Times New Roman" w:hAnsi="Times New Roman" w:cs="Times New Roman"/>
              </w:rPr>
              <w:t>Delivery Time: TBD</w:t>
            </w:r>
          </w:p>
          <w:p w14:paraId="21D78908" w14:textId="6701DF7C" w:rsidR="0040011D" w:rsidRPr="002F5D52" w:rsidRDefault="0040011D" w:rsidP="0040011D">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64B0B39F" w14:textId="43C69A9A" w:rsidR="0040011D" w:rsidRPr="002F5D52" w:rsidRDefault="0040011D" w:rsidP="0040011D">
            <w:pPr>
              <w:jc w:val="center"/>
              <w:rPr>
                <w:rFonts w:ascii="Times New Roman" w:hAnsi="Times New Roman" w:cs="Times New Roman"/>
              </w:rPr>
            </w:pPr>
            <w:r w:rsidRPr="00DA223F">
              <w:rPr>
                <w:rFonts w:ascii="Times New Roman" w:hAnsi="Times New Roman" w:cs="Times New Roman"/>
              </w:rPr>
              <w:t>10 runs/year</w:t>
            </w:r>
          </w:p>
        </w:tc>
      </w:tr>
    </w:tbl>
    <w:p w14:paraId="5AAFC40C"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53B502C2" w14:textId="77777777" w:rsidTr="00E5395D">
        <w:trPr>
          <w:trHeight w:val="350"/>
          <w:jc w:val="center"/>
        </w:trPr>
        <w:tc>
          <w:tcPr>
            <w:tcW w:w="9625" w:type="dxa"/>
            <w:gridSpan w:val="3"/>
            <w:vAlign w:val="center"/>
          </w:tcPr>
          <w:p w14:paraId="7F25442A" w14:textId="2A6C4A26"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88</w:t>
            </w:r>
          </w:p>
        </w:tc>
      </w:tr>
      <w:tr w:rsidR="00B51AE5" w:rsidRPr="002F5D52" w14:paraId="6E6A4E23" w14:textId="77777777" w:rsidTr="00E5395D">
        <w:trPr>
          <w:trHeight w:val="1153"/>
          <w:jc w:val="center"/>
        </w:trPr>
        <w:tc>
          <w:tcPr>
            <w:tcW w:w="4225" w:type="dxa"/>
          </w:tcPr>
          <w:p w14:paraId="5AEB1D6E" w14:textId="77777777" w:rsidR="00B51AE5" w:rsidRPr="00DA223F" w:rsidRDefault="00B51AE5" w:rsidP="00B51AE5">
            <w:pPr>
              <w:rPr>
                <w:rFonts w:ascii="Times New Roman" w:hAnsi="Times New Roman" w:cs="Times New Roman"/>
                <w:b/>
                <w:bCs/>
              </w:rPr>
            </w:pPr>
            <w:r w:rsidRPr="00DA223F">
              <w:rPr>
                <w:rFonts w:ascii="Times New Roman" w:hAnsi="Times New Roman" w:cs="Times New Roman"/>
                <w:b/>
                <w:bCs/>
              </w:rPr>
              <w:t>Tucson Pathology Associates</w:t>
            </w:r>
          </w:p>
          <w:p w14:paraId="08D4E7F2" w14:textId="77777777" w:rsidR="00B51AE5" w:rsidRPr="00DA223F" w:rsidRDefault="00B51AE5" w:rsidP="00B51AE5">
            <w:pPr>
              <w:rPr>
                <w:rFonts w:ascii="Times New Roman" w:hAnsi="Times New Roman" w:cs="Times New Roman"/>
              </w:rPr>
            </w:pPr>
            <w:r w:rsidRPr="00DA223F">
              <w:rPr>
                <w:rFonts w:ascii="Times New Roman" w:hAnsi="Times New Roman" w:cs="Times New Roman"/>
              </w:rPr>
              <w:t xml:space="preserve">7350 E Speedway </w:t>
            </w:r>
            <w:proofErr w:type="gramStart"/>
            <w:r w:rsidRPr="00DA223F">
              <w:rPr>
                <w:rFonts w:ascii="Times New Roman" w:hAnsi="Times New Roman" w:cs="Times New Roman"/>
              </w:rPr>
              <w:t>Blvd, #</w:t>
            </w:r>
            <w:proofErr w:type="gramEnd"/>
            <w:r w:rsidRPr="00DA223F">
              <w:rPr>
                <w:rFonts w:ascii="Times New Roman" w:hAnsi="Times New Roman" w:cs="Times New Roman"/>
              </w:rPr>
              <w:t xml:space="preserve">101   </w:t>
            </w:r>
          </w:p>
          <w:p w14:paraId="6AD2E05D" w14:textId="77777777" w:rsidR="00B51AE5" w:rsidRPr="00DA223F" w:rsidRDefault="00B51AE5" w:rsidP="00B51AE5">
            <w:pPr>
              <w:rPr>
                <w:rFonts w:ascii="Times New Roman" w:hAnsi="Times New Roman" w:cs="Times New Roman"/>
              </w:rPr>
            </w:pPr>
            <w:r w:rsidRPr="00DA223F">
              <w:rPr>
                <w:rFonts w:ascii="Times New Roman" w:hAnsi="Times New Roman" w:cs="Times New Roman"/>
              </w:rPr>
              <w:t>Tucson, AZ 85710</w:t>
            </w:r>
          </w:p>
          <w:p w14:paraId="36F64B7E" w14:textId="77777777" w:rsidR="00B51AE5" w:rsidRPr="00DA223F" w:rsidRDefault="00B51AE5" w:rsidP="00B51AE5">
            <w:pPr>
              <w:rPr>
                <w:rFonts w:ascii="Times New Roman" w:hAnsi="Times New Roman" w:cs="Times New Roman"/>
              </w:rPr>
            </w:pPr>
            <w:r w:rsidRPr="00DA223F">
              <w:rPr>
                <w:rFonts w:ascii="Times New Roman" w:hAnsi="Times New Roman" w:cs="Times New Roman"/>
              </w:rPr>
              <w:t>Days: Only as needed/requested (On-Call)</w:t>
            </w:r>
          </w:p>
          <w:p w14:paraId="21BAF66B" w14:textId="77777777" w:rsidR="00B51AE5" w:rsidRPr="00DA223F" w:rsidRDefault="00B51AE5" w:rsidP="00B51AE5">
            <w:pPr>
              <w:rPr>
                <w:rFonts w:ascii="Times New Roman" w:hAnsi="Times New Roman" w:cs="Times New Roman"/>
              </w:rPr>
            </w:pPr>
            <w:r w:rsidRPr="00DA223F">
              <w:rPr>
                <w:rFonts w:ascii="Times New Roman" w:hAnsi="Times New Roman" w:cs="Times New Roman"/>
              </w:rPr>
              <w:t>Pickup Time: TBD</w:t>
            </w:r>
          </w:p>
          <w:p w14:paraId="1C8C31F4" w14:textId="77777777" w:rsidR="00B51AE5" w:rsidRPr="00DA223F" w:rsidRDefault="00B51AE5" w:rsidP="00B51AE5">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3BC930FC" w14:textId="77777777" w:rsidR="00B51AE5" w:rsidRPr="002F5D52" w:rsidRDefault="00B51AE5" w:rsidP="00B51AE5">
            <w:pPr>
              <w:rPr>
                <w:rFonts w:ascii="Times New Roman" w:hAnsi="Times New Roman" w:cs="Times New Roman"/>
                <w:b/>
                <w:bCs/>
              </w:rPr>
            </w:pPr>
          </w:p>
        </w:tc>
        <w:tc>
          <w:tcPr>
            <w:tcW w:w="3780" w:type="dxa"/>
          </w:tcPr>
          <w:p w14:paraId="45543D50" w14:textId="77777777" w:rsidR="00B51AE5" w:rsidRPr="00DA223F" w:rsidRDefault="00B51AE5" w:rsidP="00B51AE5">
            <w:pPr>
              <w:rPr>
                <w:rFonts w:ascii="Times New Roman" w:hAnsi="Times New Roman" w:cs="Times New Roman"/>
                <w:b/>
                <w:bCs/>
              </w:rPr>
            </w:pPr>
            <w:r w:rsidRPr="00DA223F">
              <w:rPr>
                <w:rFonts w:ascii="Times New Roman" w:hAnsi="Times New Roman" w:cs="Times New Roman"/>
                <w:b/>
                <w:bCs/>
              </w:rPr>
              <w:t>SAVAHCS</w:t>
            </w:r>
          </w:p>
          <w:p w14:paraId="4BC0F736" w14:textId="77777777" w:rsidR="00B51AE5" w:rsidRPr="00DA223F" w:rsidRDefault="00B51AE5" w:rsidP="00B51AE5">
            <w:pPr>
              <w:rPr>
                <w:rFonts w:ascii="Times New Roman" w:hAnsi="Times New Roman" w:cs="Times New Roman"/>
              </w:rPr>
            </w:pPr>
            <w:r w:rsidRPr="00DA223F">
              <w:rPr>
                <w:rFonts w:ascii="Times New Roman" w:hAnsi="Times New Roman" w:cs="Times New Roman"/>
              </w:rPr>
              <w:t>Clinical Laboratory</w:t>
            </w:r>
          </w:p>
          <w:p w14:paraId="44D8A197" w14:textId="77777777" w:rsidR="00B51AE5" w:rsidRPr="00DA223F" w:rsidRDefault="00B51AE5" w:rsidP="00B51AE5">
            <w:pPr>
              <w:rPr>
                <w:rFonts w:ascii="Times New Roman" w:hAnsi="Times New Roman" w:cs="Times New Roman"/>
              </w:rPr>
            </w:pPr>
            <w:r w:rsidRPr="00DA223F">
              <w:rPr>
                <w:rFonts w:ascii="Times New Roman" w:hAnsi="Times New Roman" w:cs="Times New Roman"/>
              </w:rPr>
              <w:t>Southern Arizona VA Health Care</w:t>
            </w:r>
          </w:p>
          <w:p w14:paraId="45BC08EE" w14:textId="77777777" w:rsidR="00B51AE5" w:rsidRPr="00DA223F" w:rsidRDefault="00B51AE5" w:rsidP="00B51AE5">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59AF5B97" w14:textId="77777777" w:rsidR="00B51AE5" w:rsidRPr="00DA223F" w:rsidRDefault="00B51AE5" w:rsidP="00B51AE5">
            <w:pPr>
              <w:rPr>
                <w:rFonts w:ascii="Times New Roman" w:hAnsi="Times New Roman" w:cs="Times New Roman"/>
              </w:rPr>
            </w:pPr>
            <w:r w:rsidRPr="00DA223F">
              <w:rPr>
                <w:rFonts w:ascii="Times New Roman" w:hAnsi="Times New Roman" w:cs="Times New Roman"/>
              </w:rPr>
              <w:t>Tucson, AZ 85723</w:t>
            </w:r>
          </w:p>
          <w:p w14:paraId="3759947C" w14:textId="77777777" w:rsidR="00B51AE5" w:rsidRPr="00DA223F" w:rsidRDefault="00B51AE5" w:rsidP="00B51AE5">
            <w:pPr>
              <w:rPr>
                <w:rFonts w:ascii="Times New Roman" w:hAnsi="Times New Roman" w:cs="Times New Roman"/>
              </w:rPr>
            </w:pPr>
            <w:r w:rsidRPr="00DA223F">
              <w:rPr>
                <w:rFonts w:ascii="Times New Roman" w:hAnsi="Times New Roman" w:cs="Times New Roman"/>
              </w:rPr>
              <w:t>Delivery Time: TBD</w:t>
            </w:r>
          </w:p>
          <w:p w14:paraId="306915EE" w14:textId="02A230B8" w:rsidR="00B51AE5" w:rsidRPr="002F5D52" w:rsidRDefault="00B51AE5" w:rsidP="00B51AE5">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4A7B11E5" w14:textId="0F231948" w:rsidR="00B51AE5" w:rsidRPr="002F5D52" w:rsidRDefault="00B51AE5" w:rsidP="00B51AE5">
            <w:pPr>
              <w:jc w:val="center"/>
              <w:rPr>
                <w:rFonts w:ascii="Times New Roman" w:hAnsi="Times New Roman" w:cs="Times New Roman"/>
              </w:rPr>
            </w:pPr>
            <w:r w:rsidRPr="00DA223F">
              <w:rPr>
                <w:rFonts w:ascii="Times New Roman" w:hAnsi="Times New Roman" w:cs="Times New Roman"/>
              </w:rPr>
              <w:t>20 runs/year</w:t>
            </w:r>
          </w:p>
        </w:tc>
      </w:tr>
    </w:tbl>
    <w:p w14:paraId="2400F207" w14:textId="77777777" w:rsidR="00C10E59" w:rsidRPr="002F5D52" w:rsidRDefault="00C10E59">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225"/>
        <w:gridCol w:w="3780"/>
        <w:gridCol w:w="1620"/>
      </w:tblGrid>
      <w:tr w:rsidR="00D929E8" w:rsidRPr="002F5D52" w14:paraId="0AB25196" w14:textId="77777777" w:rsidTr="00E5395D">
        <w:trPr>
          <w:trHeight w:val="350"/>
          <w:jc w:val="center"/>
        </w:trPr>
        <w:tc>
          <w:tcPr>
            <w:tcW w:w="9625" w:type="dxa"/>
            <w:gridSpan w:val="3"/>
            <w:vAlign w:val="center"/>
          </w:tcPr>
          <w:p w14:paraId="62379DEC" w14:textId="028B5F38" w:rsidR="00D929E8" w:rsidRPr="002F5D52" w:rsidRDefault="00D929E8" w:rsidP="00D929E8">
            <w:pPr>
              <w:jc w:val="center"/>
              <w:rPr>
                <w:rFonts w:ascii="Times New Roman" w:hAnsi="Times New Roman" w:cs="Times New Roman"/>
                <w:b/>
                <w:bCs/>
              </w:rPr>
            </w:pPr>
            <w:r w:rsidRPr="002F5D52">
              <w:rPr>
                <w:rFonts w:ascii="Times New Roman" w:hAnsi="Times New Roman" w:cs="Times New Roman"/>
                <w:b/>
                <w:bCs/>
              </w:rPr>
              <w:t xml:space="preserve">RUN </w:t>
            </w:r>
            <w:r w:rsidR="006F36C0">
              <w:rPr>
                <w:rFonts w:ascii="Times New Roman" w:hAnsi="Times New Roman" w:cs="Times New Roman"/>
                <w:b/>
                <w:bCs/>
              </w:rPr>
              <w:t>89</w:t>
            </w:r>
          </w:p>
        </w:tc>
      </w:tr>
      <w:tr w:rsidR="001B4BD6" w:rsidRPr="002F5D52" w14:paraId="66EAD8E2" w14:textId="77777777" w:rsidTr="00E5395D">
        <w:trPr>
          <w:trHeight w:val="1153"/>
          <w:jc w:val="center"/>
        </w:trPr>
        <w:tc>
          <w:tcPr>
            <w:tcW w:w="4225" w:type="dxa"/>
          </w:tcPr>
          <w:p w14:paraId="72B2F3FF" w14:textId="77777777" w:rsidR="001B4BD6" w:rsidRPr="00DA223F" w:rsidRDefault="001B4BD6" w:rsidP="001B4BD6">
            <w:pPr>
              <w:rPr>
                <w:rFonts w:ascii="Times New Roman" w:hAnsi="Times New Roman" w:cs="Times New Roman"/>
                <w:b/>
                <w:bCs/>
              </w:rPr>
            </w:pPr>
            <w:r w:rsidRPr="00DA223F">
              <w:rPr>
                <w:rFonts w:ascii="Times New Roman" w:hAnsi="Times New Roman" w:cs="Times New Roman"/>
                <w:b/>
                <w:bCs/>
              </w:rPr>
              <w:t>University of Arizona Cancer Center</w:t>
            </w:r>
          </w:p>
          <w:p w14:paraId="56476AA8" w14:textId="77777777" w:rsidR="001B4BD6" w:rsidRPr="00DA223F" w:rsidRDefault="001B4BD6" w:rsidP="001B4BD6">
            <w:pPr>
              <w:rPr>
                <w:rFonts w:ascii="Times New Roman" w:hAnsi="Times New Roman" w:cs="Times New Roman"/>
              </w:rPr>
            </w:pPr>
            <w:r w:rsidRPr="00DA223F">
              <w:rPr>
                <w:rFonts w:ascii="Times New Roman" w:hAnsi="Times New Roman" w:cs="Times New Roman"/>
              </w:rPr>
              <w:t>3838 N Campbell Ave</w:t>
            </w:r>
          </w:p>
          <w:p w14:paraId="0CD393F7" w14:textId="77777777" w:rsidR="001B4BD6" w:rsidRPr="00DA223F" w:rsidRDefault="001B4BD6" w:rsidP="001B4BD6">
            <w:pPr>
              <w:rPr>
                <w:rFonts w:ascii="Times New Roman" w:hAnsi="Times New Roman" w:cs="Times New Roman"/>
              </w:rPr>
            </w:pPr>
            <w:r w:rsidRPr="00DA223F">
              <w:rPr>
                <w:rFonts w:ascii="Times New Roman" w:hAnsi="Times New Roman" w:cs="Times New Roman"/>
              </w:rPr>
              <w:t>Tucson, AZ 85719</w:t>
            </w:r>
          </w:p>
          <w:p w14:paraId="2BE0118B" w14:textId="77777777" w:rsidR="001B4BD6" w:rsidRPr="00DA223F" w:rsidRDefault="001B4BD6" w:rsidP="001B4BD6">
            <w:pPr>
              <w:rPr>
                <w:rFonts w:ascii="Times New Roman" w:hAnsi="Times New Roman" w:cs="Times New Roman"/>
              </w:rPr>
            </w:pPr>
            <w:r w:rsidRPr="00DA223F">
              <w:rPr>
                <w:rFonts w:ascii="Times New Roman" w:hAnsi="Times New Roman" w:cs="Times New Roman"/>
              </w:rPr>
              <w:t>Days: Only as needed/requested (On-Call)</w:t>
            </w:r>
          </w:p>
          <w:p w14:paraId="4E0DDEC8" w14:textId="77777777" w:rsidR="001B4BD6" w:rsidRPr="00DA223F" w:rsidRDefault="001B4BD6" w:rsidP="001B4BD6">
            <w:pPr>
              <w:rPr>
                <w:rFonts w:ascii="Times New Roman" w:hAnsi="Times New Roman" w:cs="Times New Roman"/>
              </w:rPr>
            </w:pPr>
            <w:r w:rsidRPr="00DA223F">
              <w:rPr>
                <w:rFonts w:ascii="Times New Roman" w:hAnsi="Times New Roman" w:cs="Times New Roman"/>
              </w:rPr>
              <w:t>Pickup Time: TBD</w:t>
            </w:r>
          </w:p>
          <w:p w14:paraId="05287DF8" w14:textId="77777777" w:rsidR="001B4BD6" w:rsidRPr="00DA223F" w:rsidRDefault="001B4BD6" w:rsidP="001B4BD6">
            <w:pPr>
              <w:shd w:val="clear" w:color="auto" w:fill="FFFFFF"/>
              <w:rPr>
                <w:rFonts w:ascii="Times New Roman" w:eastAsia="Times New Roman" w:hAnsi="Times New Roman" w:cs="Times New Roman"/>
              </w:rPr>
            </w:pPr>
            <w:r w:rsidRPr="00DA223F">
              <w:rPr>
                <w:rFonts w:ascii="Times New Roman" w:eastAsia="Times New Roman" w:hAnsi="Times New Roman" w:cs="Times New Roman"/>
              </w:rPr>
              <w:t>Pickup Location: TBD</w:t>
            </w:r>
          </w:p>
          <w:p w14:paraId="7D75485D" w14:textId="77777777" w:rsidR="001B4BD6" w:rsidRPr="00DA223F" w:rsidRDefault="001B4BD6" w:rsidP="001B4BD6">
            <w:pPr>
              <w:rPr>
                <w:rFonts w:ascii="Times New Roman" w:hAnsi="Times New Roman" w:cs="Times New Roman"/>
              </w:rPr>
            </w:pPr>
          </w:p>
          <w:p w14:paraId="002EB316" w14:textId="77777777" w:rsidR="001B4BD6" w:rsidRPr="002F5D52" w:rsidRDefault="001B4BD6" w:rsidP="001B4BD6">
            <w:pPr>
              <w:rPr>
                <w:rFonts w:ascii="Times New Roman" w:hAnsi="Times New Roman" w:cs="Times New Roman"/>
                <w:b/>
                <w:bCs/>
              </w:rPr>
            </w:pPr>
          </w:p>
        </w:tc>
        <w:tc>
          <w:tcPr>
            <w:tcW w:w="3780" w:type="dxa"/>
          </w:tcPr>
          <w:p w14:paraId="438AAD08" w14:textId="77777777" w:rsidR="001B4BD6" w:rsidRPr="00DA223F" w:rsidRDefault="001B4BD6" w:rsidP="001B4BD6">
            <w:pPr>
              <w:rPr>
                <w:rFonts w:ascii="Times New Roman" w:hAnsi="Times New Roman" w:cs="Times New Roman"/>
                <w:b/>
                <w:bCs/>
              </w:rPr>
            </w:pPr>
            <w:r w:rsidRPr="00DA223F">
              <w:rPr>
                <w:rFonts w:ascii="Times New Roman" w:hAnsi="Times New Roman" w:cs="Times New Roman"/>
                <w:b/>
                <w:bCs/>
              </w:rPr>
              <w:t>SAVAHCS</w:t>
            </w:r>
          </w:p>
          <w:p w14:paraId="3A1CF10F" w14:textId="77777777" w:rsidR="001B4BD6" w:rsidRPr="00DA223F" w:rsidRDefault="001B4BD6" w:rsidP="001B4BD6">
            <w:pPr>
              <w:rPr>
                <w:rFonts w:ascii="Times New Roman" w:hAnsi="Times New Roman" w:cs="Times New Roman"/>
              </w:rPr>
            </w:pPr>
            <w:r w:rsidRPr="00DA223F">
              <w:rPr>
                <w:rFonts w:ascii="Times New Roman" w:hAnsi="Times New Roman" w:cs="Times New Roman"/>
              </w:rPr>
              <w:t>Clinical Laboratory</w:t>
            </w:r>
          </w:p>
          <w:p w14:paraId="0358AE89" w14:textId="77777777" w:rsidR="001B4BD6" w:rsidRPr="00DA223F" w:rsidRDefault="001B4BD6" w:rsidP="001B4BD6">
            <w:pPr>
              <w:rPr>
                <w:rFonts w:ascii="Times New Roman" w:hAnsi="Times New Roman" w:cs="Times New Roman"/>
              </w:rPr>
            </w:pPr>
            <w:r w:rsidRPr="00DA223F">
              <w:rPr>
                <w:rFonts w:ascii="Times New Roman" w:hAnsi="Times New Roman" w:cs="Times New Roman"/>
              </w:rPr>
              <w:t>Southern Arizona VA Health Care</w:t>
            </w:r>
          </w:p>
          <w:p w14:paraId="7C2C6853" w14:textId="77777777" w:rsidR="001B4BD6" w:rsidRPr="00DA223F" w:rsidRDefault="001B4BD6" w:rsidP="001B4BD6">
            <w:pPr>
              <w:rPr>
                <w:rFonts w:ascii="Times New Roman" w:hAnsi="Times New Roman" w:cs="Times New Roman"/>
              </w:rPr>
            </w:pPr>
            <w:r w:rsidRPr="00DA223F">
              <w:rPr>
                <w:rFonts w:ascii="Times New Roman" w:hAnsi="Times New Roman" w:cs="Times New Roman"/>
              </w:rPr>
              <w:t>3601 S. 6</w:t>
            </w:r>
            <w:r w:rsidRPr="00DA223F">
              <w:rPr>
                <w:rFonts w:ascii="Times New Roman" w:hAnsi="Times New Roman" w:cs="Times New Roman"/>
                <w:vertAlign w:val="superscript"/>
              </w:rPr>
              <w:t>th</w:t>
            </w:r>
            <w:r w:rsidRPr="00DA223F">
              <w:rPr>
                <w:rFonts w:ascii="Times New Roman" w:hAnsi="Times New Roman" w:cs="Times New Roman"/>
              </w:rPr>
              <w:t xml:space="preserve"> Ave.</w:t>
            </w:r>
          </w:p>
          <w:p w14:paraId="4EAB3EF3" w14:textId="77777777" w:rsidR="001B4BD6" w:rsidRPr="00DA223F" w:rsidRDefault="001B4BD6" w:rsidP="001B4BD6">
            <w:pPr>
              <w:rPr>
                <w:rFonts w:ascii="Times New Roman" w:hAnsi="Times New Roman" w:cs="Times New Roman"/>
              </w:rPr>
            </w:pPr>
            <w:r w:rsidRPr="00DA223F">
              <w:rPr>
                <w:rFonts w:ascii="Times New Roman" w:hAnsi="Times New Roman" w:cs="Times New Roman"/>
              </w:rPr>
              <w:t>Tucson, AZ 85723</w:t>
            </w:r>
          </w:p>
          <w:p w14:paraId="1A9AC16D" w14:textId="77777777" w:rsidR="001B4BD6" w:rsidRPr="00DA223F" w:rsidRDefault="001B4BD6" w:rsidP="001B4BD6">
            <w:pPr>
              <w:rPr>
                <w:rFonts w:ascii="Times New Roman" w:hAnsi="Times New Roman" w:cs="Times New Roman"/>
              </w:rPr>
            </w:pPr>
            <w:r w:rsidRPr="00DA223F">
              <w:rPr>
                <w:rFonts w:ascii="Times New Roman" w:hAnsi="Times New Roman" w:cs="Times New Roman"/>
              </w:rPr>
              <w:t>Delivery Time: TBD</w:t>
            </w:r>
          </w:p>
          <w:p w14:paraId="1A990F16" w14:textId="3DFB4193" w:rsidR="001B4BD6" w:rsidRPr="002F5D52" w:rsidRDefault="001B4BD6" w:rsidP="001B4BD6">
            <w:pPr>
              <w:rPr>
                <w:rFonts w:ascii="Times New Roman" w:hAnsi="Times New Roman" w:cs="Times New Roman"/>
              </w:rPr>
            </w:pPr>
            <w:r w:rsidRPr="00DA223F">
              <w:rPr>
                <w:rFonts w:ascii="Times New Roman" w:hAnsi="Times New Roman" w:cs="Times New Roman"/>
              </w:rPr>
              <w:t>Delivery Location: Clinical Laboratory Building 57, Front Desk, Room B126</w:t>
            </w:r>
          </w:p>
        </w:tc>
        <w:tc>
          <w:tcPr>
            <w:tcW w:w="1620" w:type="dxa"/>
            <w:vAlign w:val="center"/>
          </w:tcPr>
          <w:p w14:paraId="7CE48C64" w14:textId="494046AA" w:rsidR="001B4BD6" w:rsidRPr="002F5D52" w:rsidRDefault="001B4BD6" w:rsidP="001B4BD6">
            <w:pPr>
              <w:jc w:val="center"/>
              <w:rPr>
                <w:rFonts w:ascii="Times New Roman" w:hAnsi="Times New Roman" w:cs="Times New Roman"/>
              </w:rPr>
            </w:pPr>
            <w:r w:rsidRPr="00DA223F">
              <w:rPr>
                <w:rFonts w:ascii="Times New Roman" w:hAnsi="Times New Roman" w:cs="Times New Roman"/>
              </w:rPr>
              <w:t>10 runs/year</w:t>
            </w:r>
          </w:p>
        </w:tc>
      </w:tr>
    </w:tbl>
    <w:p w14:paraId="494C2E75" w14:textId="77777777" w:rsidR="00EE029F" w:rsidRDefault="00EE029F"/>
    <w:tbl>
      <w:tblPr>
        <w:tblStyle w:val="TableGrid"/>
        <w:tblW w:w="9625" w:type="dxa"/>
        <w:jc w:val="center"/>
        <w:tblLayout w:type="fixed"/>
        <w:tblLook w:val="04A0" w:firstRow="1" w:lastRow="0" w:firstColumn="1" w:lastColumn="0" w:noHBand="0" w:noVBand="1"/>
      </w:tblPr>
      <w:tblGrid>
        <w:gridCol w:w="4225"/>
        <w:gridCol w:w="3780"/>
        <w:gridCol w:w="1620"/>
      </w:tblGrid>
      <w:tr w:rsidR="00EE029F" w:rsidRPr="00DA223F" w14:paraId="010543B9" w14:textId="77777777" w:rsidTr="005538AF">
        <w:trPr>
          <w:trHeight w:val="350"/>
          <w:jc w:val="center"/>
        </w:trPr>
        <w:tc>
          <w:tcPr>
            <w:tcW w:w="9625" w:type="dxa"/>
            <w:gridSpan w:val="3"/>
            <w:vAlign w:val="center"/>
          </w:tcPr>
          <w:p w14:paraId="1392C7BC" w14:textId="575D6CA5" w:rsidR="00EE029F" w:rsidRPr="00DA223F" w:rsidRDefault="00EE029F" w:rsidP="005538AF">
            <w:pPr>
              <w:jc w:val="center"/>
              <w:rPr>
                <w:rFonts w:ascii="Times New Roman" w:hAnsi="Times New Roman" w:cs="Times New Roman"/>
                <w:b/>
                <w:bCs/>
              </w:rPr>
            </w:pPr>
            <w:r w:rsidRPr="00DA223F">
              <w:rPr>
                <w:rFonts w:ascii="Times New Roman" w:hAnsi="Times New Roman" w:cs="Times New Roman"/>
                <w:b/>
                <w:bCs/>
              </w:rPr>
              <w:t>RUN 9</w:t>
            </w:r>
            <w:r w:rsidR="006F36C0">
              <w:rPr>
                <w:rFonts w:ascii="Times New Roman" w:hAnsi="Times New Roman" w:cs="Times New Roman"/>
                <w:b/>
                <w:bCs/>
              </w:rPr>
              <w:t>0</w:t>
            </w:r>
          </w:p>
        </w:tc>
      </w:tr>
      <w:tr w:rsidR="00EE029F" w:rsidRPr="00DA223F" w14:paraId="1739F486" w14:textId="77777777" w:rsidTr="005538AF">
        <w:trPr>
          <w:trHeight w:val="1153"/>
          <w:jc w:val="center"/>
        </w:trPr>
        <w:tc>
          <w:tcPr>
            <w:tcW w:w="4225" w:type="dxa"/>
          </w:tcPr>
          <w:p w14:paraId="4203C68D" w14:textId="77777777" w:rsidR="00EE029F" w:rsidRPr="00DA223F" w:rsidRDefault="00EE029F" w:rsidP="005538AF">
            <w:pPr>
              <w:rPr>
                <w:rFonts w:ascii="Times New Roman" w:hAnsi="Times New Roman" w:cs="Times New Roman"/>
                <w:b/>
                <w:bCs/>
              </w:rPr>
            </w:pPr>
            <w:r w:rsidRPr="00DA223F">
              <w:rPr>
                <w:rFonts w:ascii="Times New Roman" w:hAnsi="Times New Roman" w:cs="Times New Roman"/>
                <w:b/>
                <w:bCs/>
              </w:rPr>
              <w:t>SAVAHCS</w:t>
            </w:r>
          </w:p>
          <w:p w14:paraId="25E4D54D" w14:textId="77777777" w:rsidR="00EE029F" w:rsidRPr="00DA223F" w:rsidRDefault="00EE029F" w:rsidP="005538AF">
            <w:pPr>
              <w:rPr>
                <w:rFonts w:ascii="Times New Roman" w:hAnsi="Times New Roman" w:cs="Times New Roman"/>
              </w:rPr>
            </w:pPr>
            <w:r w:rsidRPr="00DA223F">
              <w:rPr>
                <w:rFonts w:ascii="Times New Roman" w:hAnsi="Times New Roman" w:cs="Times New Roman"/>
              </w:rPr>
              <w:t xml:space="preserve">Supply Chain Management </w:t>
            </w:r>
          </w:p>
          <w:p w14:paraId="56D7C21D" w14:textId="77777777" w:rsidR="00EE029F" w:rsidRPr="00DA223F" w:rsidRDefault="00EE029F" w:rsidP="005538AF">
            <w:pPr>
              <w:rPr>
                <w:rFonts w:ascii="Times New Roman" w:hAnsi="Times New Roman" w:cs="Times New Roman"/>
              </w:rPr>
            </w:pPr>
            <w:r w:rsidRPr="00DA223F">
              <w:rPr>
                <w:rFonts w:ascii="Times New Roman" w:hAnsi="Times New Roman" w:cs="Times New Roman"/>
              </w:rPr>
              <w:t>Building 57, Room 138</w:t>
            </w:r>
          </w:p>
          <w:p w14:paraId="2E3EB5E4" w14:textId="77777777" w:rsidR="00EE029F" w:rsidRPr="00DA223F" w:rsidRDefault="00EE029F" w:rsidP="005538AF">
            <w:pPr>
              <w:rPr>
                <w:rFonts w:ascii="Times New Roman" w:hAnsi="Times New Roman" w:cs="Times New Roman"/>
              </w:rPr>
            </w:pPr>
            <w:r w:rsidRPr="00DA223F">
              <w:rPr>
                <w:rFonts w:ascii="Times New Roman" w:hAnsi="Times New Roman" w:cs="Times New Roman"/>
              </w:rPr>
              <w:t>Southern Arizona VA Healthcare</w:t>
            </w:r>
          </w:p>
          <w:p w14:paraId="36D4C020" w14:textId="77777777" w:rsidR="00EE029F" w:rsidRPr="00DA223F" w:rsidRDefault="00EE029F" w:rsidP="005538AF">
            <w:pPr>
              <w:rPr>
                <w:rFonts w:ascii="Times New Roman" w:hAnsi="Times New Roman" w:cs="Times New Roman"/>
              </w:rPr>
            </w:pPr>
            <w:r w:rsidRPr="00DA223F">
              <w:rPr>
                <w:rFonts w:ascii="Times New Roman" w:hAnsi="Times New Roman" w:cs="Times New Roman"/>
              </w:rPr>
              <w:t>3601 S. 6th Ave.</w:t>
            </w:r>
          </w:p>
          <w:p w14:paraId="1ADB4C5E" w14:textId="77777777" w:rsidR="00EE029F" w:rsidRPr="00DA223F" w:rsidRDefault="00EE029F" w:rsidP="005538AF">
            <w:pPr>
              <w:rPr>
                <w:rFonts w:ascii="Times New Roman" w:hAnsi="Times New Roman" w:cs="Times New Roman"/>
              </w:rPr>
            </w:pPr>
            <w:r w:rsidRPr="00DA223F">
              <w:rPr>
                <w:rFonts w:ascii="Times New Roman" w:hAnsi="Times New Roman" w:cs="Times New Roman"/>
              </w:rPr>
              <w:lastRenderedPageBreak/>
              <w:t>Tucson, AZ 85723</w:t>
            </w:r>
          </w:p>
          <w:p w14:paraId="6A0D6339" w14:textId="77777777" w:rsidR="00EE029F" w:rsidRPr="00DA223F" w:rsidRDefault="00EE029F" w:rsidP="005538AF">
            <w:pPr>
              <w:rPr>
                <w:rFonts w:ascii="Times New Roman" w:hAnsi="Times New Roman" w:cs="Times New Roman"/>
              </w:rPr>
            </w:pPr>
            <w:r w:rsidRPr="00DA223F">
              <w:rPr>
                <w:rFonts w:ascii="Times New Roman" w:hAnsi="Times New Roman" w:cs="Times New Roman"/>
              </w:rPr>
              <w:t>Days/Week: Monday-Friday excluding Federal Holidays</w:t>
            </w:r>
          </w:p>
          <w:p w14:paraId="1EA480F0" w14:textId="77777777" w:rsidR="00EE029F" w:rsidRPr="00DA223F" w:rsidRDefault="00EE029F" w:rsidP="005538AF">
            <w:pPr>
              <w:rPr>
                <w:rFonts w:ascii="Times New Roman" w:hAnsi="Times New Roman" w:cs="Times New Roman"/>
              </w:rPr>
            </w:pPr>
            <w:r w:rsidRPr="00DA223F">
              <w:rPr>
                <w:rFonts w:ascii="Times New Roman" w:hAnsi="Times New Roman" w:cs="Times New Roman"/>
              </w:rPr>
              <w:t>Pick-up: Between 8:30am - 10:30am</w:t>
            </w:r>
          </w:p>
          <w:p w14:paraId="27F33B00" w14:textId="77777777" w:rsidR="00EE029F" w:rsidRPr="00DA223F" w:rsidRDefault="00EE029F" w:rsidP="005538AF">
            <w:pPr>
              <w:rPr>
                <w:rFonts w:ascii="Times New Roman" w:hAnsi="Times New Roman" w:cs="Times New Roman"/>
                <w:b/>
                <w:bCs/>
              </w:rPr>
            </w:pPr>
          </w:p>
        </w:tc>
        <w:tc>
          <w:tcPr>
            <w:tcW w:w="3780" w:type="dxa"/>
          </w:tcPr>
          <w:p w14:paraId="392B313D" w14:textId="77777777" w:rsidR="00EE029F" w:rsidRPr="00DA223F" w:rsidRDefault="00EE029F" w:rsidP="005538AF">
            <w:pPr>
              <w:rPr>
                <w:rFonts w:ascii="Times New Roman" w:hAnsi="Times New Roman" w:cs="Times New Roman"/>
              </w:rPr>
            </w:pPr>
            <w:r w:rsidRPr="00DA223F">
              <w:rPr>
                <w:rFonts w:ascii="Times New Roman" w:hAnsi="Times New Roman" w:cs="Times New Roman"/>
                <w:b/>
                <w:bCs/>
              </w:rPr>
              <w:lastRenderedPageBreak/>
              <w:t>Encompass Health Rehabilitation of Tucson</w:t>
            </w:r>
          </w:p>
          <w:p w14:paraId="490CBA84" w14:textId="77777777" w:rsidR="00EE029F" w:rsidRPr="00DA223F" w:rsidRDefault="00EE029F" w:rsidP="005538AF">
            <w:pPr>
              <w:rPr>
                <w:rFonts w:ascii="Times New Roman" w:hAnsi="Times New Roman" w:cs="Times New Roman"/>
              </w:rPr>
            </w:pPr>
            <w:r w:rsidRPr="00DA223F">
              <w:rPr>
                <w:rFonts w:ascii="Times New Roman" w:hAnsi="Times New Roman" w:cs="Times New Roman"/>
              </w:rPr>
              <w:t>2650 North Wyatt Drive</w:t>
            </w:r>
          </w:p>
          <w:p w14:paraId="085C2D21" w14:textId="77777777" w:rsidR="00EE029F" w:rsidRPr="00DA223F" w:rsidRDefault="00EE029F" w:rsidP="005538AF">
            <w:pPr>
              <w:rPr>
                <w:rFonts w:ascii="Times New Roman" w:hAnsi="Times New Roman" w:cs="Times New Roman"/>
              </w:rPr>
            </w:pPr>
            <w:r w:rsidRPr="00DA223F">
              <w:rPr>
                <w:rFonts w:ascii="Times New Roman" w:hAnsi="Times New Roman" w:cs="Times New Roman"/>
              </w:rPr>
              <w:t>Tucson, Arizona 85712</w:t>
            </w:r>
          </w:p>
          <w:p w14:paraId="533BEFED" w14:textId="77777777" w:rsidR="00EE029F" w:rsidRPr="00DA223F" w:rsidRDefault="00EE029F" w:rsidP="005538AF">
            <w:pPr>
              <w:rPr>
                <w:rFonts w:ascii="Times New Roman" w:hAnsi="Times New Roman" w:cs="Times New Roman"/>
              </w:rPr>
            </w:pPr>
            <w:r w:rsidRPr="00DA223F">
              <w:rPr>
                <w:rFonts w:ascii="Times New Roman" w:hAnsi="Times New Roman" w:cs="Times New Roman"/>
              </w:rPr>
              <w:t>Delivery Time: TBD</w:t>
            </w:r>
          </w:p>
        </w:tc>
        <w:tc>
          <w:tcPr>
            <w:tcW w:w="1620" w:type="dxa"/>
            <w:vAlign w:val="center"/>
          </w:tcPr>
          <w:p w14:paraId="3D7045FE" w14:textId="77777777" w:rsidR="00EE029F" w:rsidRPr="00DA223F" w:rsidRDefault="00EE029F" w:rsidP="005538AF">
            <w:pPr>
              <w:jc w:val="center"/>
              <w:rPr>
                <w:rFonts w:ascii="Times New Roman" w:hAnsi="Times New Roman" w:cs="Times New Roman"/>
              </w:rPr>
            </w:pPr>
            <w:r w:rsidRPr="00DA223F">
              <w:rPr>
                <w:rFonts w:ascii="Times New Roman" w:hAnsi="Times New Roman" w:cs="Times New Roman"/>
              </w:rPr>
              <w:t>30 runs/year</w:t>
            </w:r>
          </w:p>
        </w:tc>
      </w:tr>
    </w:tbl>
    <w:p w14:paraId="69313C3C" w14:textId="77777777" w:rsidR="00A15FB8" w:rsidRDefault="00A15FB8"/>
    <w:tbl>
      <w:tblPr>
        <w:tblStyle w:val="TableGrid"/>
        <w:tblW w:w="9625" w:type="dxa"/>
        <w:jc w:val="center"/>
        <w:tblLayout w:type="fixed"/>
        <w:tblLook w:val="04A0" w:firstRow="1" w:lastRow="0" w:firstColumn="1" w:lastColumn="0" w:noHBand="0" w:noVBand="1"/>
      </w:tblPr>
      <w:tblGrid>
        <w:gridCol w:w="4225"/>
        <w:gridCol w:w="3780"/>
        <w:gridCol w:w="1620"/>
      </w:tblGrid>
      <w:tr w:rsidR="00A15FB8" w:rsidRPr="00DA223F" w14:paraId="5DEA1825" w14:textId="77777777" w:rsidTr="005538AF">
        <w:trPr>
          <w:trHeight w:val="350"/>
          <w:jc w:val="center"/>
        </w:trPr>
        <w:tc>
          <w:tcPr>
            <w:tcW w:w="9625" w:type="dxa"/>
            <w:gridSpan w:val="3"/>
            <w:vAlign w:val="center"/>
          </w:tcPr>
          <w:p w14:paraId="16FF5EF2" w14:textId="33485FD8" w:rsidR="00A15FB8" w:rsidRPr="00DA223F" w:rsidRDefault="00A15FB8" w:rsidP="005538AF">
            <w:pPr>
              <w:jc w:val="center"/>
              <w:rPr>
                <w:rFonts w:ascii="Times New Roman" w:hAnsi="Times New Roman" w:cs="Times New Roman"/>
                <w:b/>
                <w:bCs/>
              </w:rPr>
            </w:pPr>
            <w:r w:rsidRPr="00DA223F">
              <w:rPr>
                <w:rFonts w:ascii="Times New Roman" w:hAnsi="Times New Roman" w:cs="Times New Roman"/>
                <w:b/>
                <w:bCs/>
              </w:rPr>
              <w:t>RUN 9</w:t>
            </w:r>
            <w:r w:rsidR="006F36C0">
              <w:rPr>
                <w:rFonts w:ascii="Times New Roman" w:hAnsi="Times New Roman" w:cs="Times New Roman"/>
                <w:b/>
                <w:bCs/>
              </w:rPr>
              <w:t>1</w:t>
            </w:r>
          </w:p>
        </w:tc>
      </w:tr>
      <w:tr w:rsidR="00A15FB8" w:rsidRPr="00DA223F" w14:paraId="01BAE1ED" w14:textId="77777777" w:rsidTr="005538AF">
        <w:trPr>
          <w:trHeight w:val="1153"/>
          <w:jc w:val="center"/>
        </w:trPr>
        <w:tc>
          <w:tcPr>
            <w:tcW w:w="4225" w:type="dxa"/>
          </w:tcPr>
          <w:p w14:paraId="78AD200D" w14:textId="77777777" w:rsidR="00A15FB8" w:rsidRPr="00DA223F" w:rsidRDefault="00A15FB8" w:rsidP="005538AF">
            <w:pPr>
              <w:rPr>
                <w:rFonts w:ascii="Times New Roman" w:hAnsi="Times New Roman" w:cs="Times New Roman"/>
                <w:b/>
                <w:bCs/>
              </w:rPr>
            </w:pPr>
            <w:r w:rsidRPr="00DA223F">
              <w:rPr>
                <w:rFonts w:ascii="Times New Roman" w:hAnsi="Times New Roman" w:cs="Times New Roman"/>
                <w:b/>
                <w:bCs/>
              </w:rPr>
              <w:t>SAVAHCS</w:t>
            </w:r>
          </w:p>
          <w:p w14:paraId="24B3800C" w14:textId="77777777" w:rsidR="00A15FB8" w:rsidRPr="00DA223F" w:rsidRDefault="00A15FB8" w:rsidP="005538AF">
            <w:pPr>
              <w:rPr>
                <w:rFonts w:ascii="Times New Roman" w:hAnsi="Times New Roman" w:cs="Times New Roman"/>
              </w:rPr>
            </w:pPr>
            <w:r w:rsidRPr="00DA223F">
              <w:rPr>
                <w:rFonts w:ascii="Times New Roman" w:hAnsi="Times New Roman" w:cs="Times New Roman"/>
              </w:rPr>
              <w:t xml:space="preserve">Supply Chain Management </w:t>
            </w:r>
          </w:p>
          <w:p w14:paraId="15440070" w14:textId="77777777" w:rsidR="00A15FB8" w:rsidRPr="00DA223F" w:rsidRDefault="00A15FB8" w:rsidP="005538AF">
            <w:pPr>
              <w:rPr>
                <w:rFonts w:ascii="Times New Roman" w:hAnsi="Times New Roman" w:cs="Times New Roman"/>
              </w:rPr>
            </w:pPr>
            <w:r w:rsidRPr="00DA223F">
              <w:rPr>
                <w:rFonts w:ascii="Times New Roman" w:hAnsi="Times New Roman" w:cs="Times New Roman"/>
              </w:rPr>
              <w:t>Building 57, Room 138</w:t>
            </w:r>
          </w:p>
          <w:p w14:paraId="6CD18561" w14:textId="77777777" w:rsidR="00A15FB8" w:rsidRPr="00DA223F" w:rsidRDefault="00A15FB8" w:rsidP="005538AF">
            <w:pPr>
              <w:rPr>
                <w:rFonts w:ascii="Times New Roman" w:hAnsi="Times New Roman" w:cs="Times New Roman"/>
              </w:rPr>
            </w:pPr>
            <w:r w:rsidRPr="00DA223F">
              <w:rPr>
                <w:rFonts w:ascii="Times New Roman" w:hAnsi="Times New Roman" w:cs="Times New Roman"/>
              </w:rPr>
              <w:t>Southern Arizona VA Healthcare</w:t>
            </w:r>
          </w:p>
          <w:p w14:paraId="3CF6B906" w14:textId="77777777" w:rsidR="00A15FB8" w:rsidRPr="00DA223F" w:rsidRDefault="00A15FB8" w:rsidP="005538AF">
            <w:pPr>
              <w:rPr>
                <w:rFonts w:ascii="Times New Roman" w:hAnsi="Times New Roman" w:cs="Times New Roman"/>
              </w:rPr>
            </w:pPr>
            <w:r w:rsidRPr="00DA223F">
              <w:rPr>
                <w:rFonts w:ascii="Times New Roman" w:hAnsi="Times New Roman" w:cs="Times New Roman"/>
              </w:rPr>
              <w:t>3601 S. 6th Ave.</w:t>
            </w:r>
          </w:p>
          <w:p w14:paraId="6024EC7A" w14:textId="77777777" w:rsidR="00A15FB8" w:rsidRPr="00DA223F" w:rsidRDefault="00A15FB8" w:rsidP="005538AF">
            <w:pPr>
              <w:rPr>
                <w:rFonts w:ascii="Times New Roman" w:hAnsi="Times New Roman" w:cs="Times New Roman"/>
              </w:rPr>
            </w:pPr>
            <w:r w:rsidRPr="00DA223F">
              <w:rPr>
                <w:rFonts w:ascii="Times New Roman" w:hAnsi="Times New Roman" w:cs="Times New Roman"/>
              </w:rPr>
              <w:t>Tucson, AZ 85723</w:t>
            </w:r>
          </w:p>
          <w:p w14:paraId="0390E13C" w14:textId="77777777" w:rsidR="00A15FB8" w:rsidRPr="00DA223F" w:rsidRDefault="00A15FB8" w:rsidP="005538AF">
            <w:pPr>
              <w:rPr>
                <w:rFonts w:ascii="Times New Roman" w:hAnsi="Times New Roman" w:cs="Times New Roman"/>
              </w:rPr>
            </w:pPr>
            <w:r w:rsidRPr="00DA223F">
              <w:rPr>
                <w:rFonts w:ascii="Times New Roman" w:hAnsi="Times New Roman" w:cs="Times New Roman"/>
              </w:rPr>
              <w:t>Days/Week: Monday-Friday excluding Federal Holidays</w:t>
            </w:r>
          </w:p>
          <w:p w14:paraId="681D7743" w14:textId="77777777" w:rsidR="00A15FB8" w:rsidRPr="00DA223F" w:rsidRDefault="00A15FB8" w:rsidP="005538AF">
            <w:pPr>
              <w:rPr>
                <w:rFonts w:ascii="Times New Roman" w:hAnsi="Times New Roman" w:cs="Times New Roman"/>
              </w:rPr>
            </w:pPr>
            <w:r w:rsidRPr="00DA223F">
              <w:rPr>
                <w:rFonts w:ascii="Times New Roman" w:hAnsi="Times New Roman" w:cs="Times New Roman"/>
              </w:rPr>
              <w:t>Pick-up: Between 8:30am - 10:30am</w:t>
            </w:r>
          </w:p>
          <w:p w14:paraId="4D753595" w14:textId="77777777" w:rsidR="00A15FB8" w:rsidRPr="00DA223F" w:rsidRDefault="00A15FB8" w:rsidP="005538AF">
            <w:pPr>
              <w:rPr>
                <w:rFonts w:ascii="Times New Roman" w:hAnsi="Times New Roman" w:cs="Times New Roman"/>
                <w:b/>
                <w:bCs/>
              </w:rPr>
            </w:pPr>
          </w:p>
        </w:tc>
        <w:tc>
          <w:tcPr>
            <w:tcW w:w="3780" w:type="dxa"/>
          </w:tcPr>
          <w:p w14:paraId="249572B7" w14:textId="77777777" w:rsidR="00A15FB8" w:rsidRPr="00DA223F" w:rsidRDefault="00A15FB8" w:rsidP="005538AF">
            <w:pPr>
              <w:rPr>
                <w:rFonts w:ascii="Times New Roman" w:hAnsi="Times New Roman" w:cs="Times New Roman"/>
              </w:rPr>
            </w:pPr>
            <w:r w:rsidRPr="00DA223F">
              <w:rPr>
                <w:rFonts w:ascii="Times New Roman" w:hAnsi="Times New Roman" w:cs="Times New Roman"/>
                <w:b/>
                <w:bCs/>
              </w:rPr>
              <w:t>Encompass Health Rehabilitation</w:t>
            </w:r>
            <w:r w:rsidRPr="00DA223F">
              <w:rPr>
                <w:rFonts w:ascii="Times New Roman" w:hAnsi="Times New Roman" w:cs="Times New Roman"/>
              </w:rPr>
              <w:t xml:space="preserve"> Hospital of Northwest Tucson</w:t>
            </w:r>
          </w:p>
          <w:p w14:paraId="145EAB4D" w14:textId="77777777" w:rsidR="00A15FB8" w:rsidRPr="00DA223F" w:rsidRDefault="00A15FB8" w:rsidP="005538AF">
            <w:pPr>
              <w:rPr>
                <w:rFonts w:ascii="Times New Roman" w:hAnsi="Times New Roman" w:cs="Times New Roman"/>
              </w:rPr>
            </w:pPr>
            <w:r w:rsidRPr="00DA223F">
              <w:rPr>
                <w:rFonts w:ascii="Times New Roman" w:hAnsi="Times New Roman" w:cs="Times New Roman"/>
              </w:rPr>
              <w:t>1921 West Hospital Drive</w:t>
            </w:r>
          </w:p>
          <w:p w14:paraId="0EDE7421" w14:textId="77777777" w:rsidR="00A15FB8" w:rsidRPr="00DA223F" w:rsidRDefault="00A15FB8" w:rsidP="005538AF">
            <w:pPr>
              <w:rPr>
                <w:rFonts w:ascii="Times New Roman" w:hAnsi="Times New Roman" w:cs="Times New Roman"/>
              </w:rPr>
            </w:pPr>
            <w:r w:rsidRPr="00DA223F">
              <w:rPr>
                <w:rFonts w:ascii="Times New Roman" w:hAnsi="Times New Roman" w:cs="Times New Roman"/>
              </w:rPr>
              <w:t>Tucson, Arizona 85704</w:t>
            </w:r>
          </w:p>
          <w:p w14:paraId="0719D096" w14:textId="77777777" w:rsidR="00A15FB8" w:rsidRPr="00DA223F" w:rsidRDefault="00A15FB8" w:rsidP="005538AF">
            <w:pPr>
              <w:rPr>
                <w:rFonts w:ascii="Times New Roman" w:hAnsi="Times New Roman" w:cs="Times New Roman"/>
              </w:rPr>
            </w:pPr>
          </w:p>
        </w:tc>
        <w:tc>
          <w:tcPr>
            <w:tcW w:w="1620" w:type="dxa"/>
            <w:vAlign w:val="center"/>
          </w:tcPr>
          <w:p w14:paraId="0463BF9F" w14:textId="77777777" w:rsidR="00A15FB8" w:rsidRPr="00DA223F" w:rsidRDefault="00A15FB8" w:rsidP="005538AF">
            <w:pPr>
              <w:jc w:val="center"/>
              <w:rPr>
                <w:rFonts w:ascii="Times New Roman" w:hAnsi="Times New Roman" w:cs="Times New Roman"/>
              </w:rPr>
            </w:pPr>
            <w:r w:rsidRPr="00DA223F">
              <w:rPr>
                <w:rFonts w:ascii="Times New Roman" w:hAnsi="Times New Roman" w:cs="Times New Roman"/>
              </w:rPr>
              <w:t>30 runs/year</w:t>
            </w:r>
          </w:p>
        </w:tc>
      </w:tr>
    </w:tbl>
    <w:p w14:paraId="765D968B" w14:textId="77777777" w:rsidR="00EE029F" w:rsidRPr="002F5D52" w:rsidRDefault="00EE029F">
      <w:pPr>
        <w:rPr>
          <w:rFonts w:ascii="Times New Roman" w:hAnsi="Times New Roman" w:cs="Times New Roman"/>
        </w:rPr>
      </w:pPr>
    </w:p>
    <w:tbl>
      <w:tblPr>
        <w:tblStyle w:val="TableGrid"/>
        <w:tblW w:w="9625" w:type="dxa"/>
        <w:jc w:val="center"/>
        <w:tblLayout w:type="fixed"/>
        <w:tblLook w:val="04A0" w:firstRow="1" w:lastRow="0" w:firstColumn="1" w:lastColumn="0" w:noHBand="0" w:noVBand="1"/>
      </w:tblPr>
      <w:tblGrid>
        <w:gridCol w:w="4812"/>
        <w:gridCol w:w="4813"/>
      </w:tblGrid>
      <w:tr w:rsidR="00DF7119" w:rsidRPr="002F5D52" w14:paraId="666FA7EB" w14:textId="77777777" w:rsidTr="00C41863">
        <w:trPr>
          <w:trHeight w:val="350"/>
          <w:jc w:val="center"/>
        </w:trPr>
        <w:tc>
          <w:tcPr>
            <w:tcW w:w="9625" w:type="dxa"/>
            <w:gridSpan w:val="2"/>
            <w:vAlign w:val="center"/>
          </w:tcPr>
          <w:p w14:paraId="05CEB7D9" w14:textId="40E5F8BD" w:rsidR="00DF7119" w:rsidRPr="002F5D52" w:rsidRDefault="00DF7119" w:rsidP="00C41863">
            <w:pPr>
              <w:jc w:val="center"/>
              <w:rPr>
                <w:rFonts w:ascii="Times New Roman" w:hAnsi="Times New Roman" w:cs="Times New Roman"/>
                <w:b/>
                <w:bCs/>
              </w:rPr>
            </w:pPr>
            <w:r w:rsidRPr="002F5D52">
              <w:rPr>
                <w:rFonts w:ascii="Times New Roman" w:hAnsi="Times New Roman" w:cs="Times New Roman"/>
                <w:b/>
                <w:bCs/>
              </w:rPr>
              <w:t xml:space="preserve">RUN </w:t>
            </w:r>
            <w:r w:rsidR="00662C14">
              <w:rPr>
                <w:rFonts w:ascii="Times New Roman" w:hAnsi="Times New Roman" w:cs="Times New Roman"/>
                <w:b/>
                <w:bCs/>
              </w:rPr>
              <w:t>9</w:t>
            </w:r>
            <w:r w:rsidR="006F36C0">
              <w:rPr>
                <w:rFonts w:ascii="Times New Roman" w:hAnsi="Times New Roman" w:cs="Times New Roman"/>
                <w:b/>
                <w:bCs/>
              </w:rPr>
              <w:t>2</w:t>
            </w:r>
          </w:p>
        </w:tc>
      </w:tr>
      <w:tr w:rsidR="00331568" w:rsidRPr="002F5D52" w14:paraId="52BC749A" w14:textId="77777777" w:rsidTr="00203D4C">
        <w:trPr>
          <w:trHeight w:val="1153"/>
          <w:jc w:val="center"/>
        </w:trPr>
        <w:tc>
          <w:tcPr>
            <w:tcW w:w="4812" w:type="dxa"/>
          </w:tcPr>
          <w:p w14:paraId="451E5438" w14:textId="77777777" w:rsidR="00331568" w:rsidRPr="002F5D52" w:rsidRDefault="00331568" w:rsidP="00331568">
            <w:pPr>
              <w:rPr>
                <w:rFonts w:ascii="Times New Roman" w:hAnsi="Times New Roman" w:cs="Times New Roman"/>
                <w:b/>
                <w:bCs/>
              </w:rPr>
            </w:pPr>
            <w:r w:rsidRPr="002F5D52">
              <w:rPr>
                <w:rFonts w:ascii="Times New Roman" w:hAnsi="Times New Roman" w:cs="Times New Roman"/>
                <w:b/>
                <w:bCs/>
              </w:rPr>
              <w:t>STAT RUNS</w:t>
            </w:r>
          </w:p>
          <w:p w14:paraId="3791B60C" w14:textId="77777777" w:rsidR="00331568" w:rsidRPr="002F5D52" w:rsidRDefault="00331568" w:rsidP="00331568">
            <w:pPr>
              <w:rPr>
                <w:rFonts w:ascii="Times New Roman" w:hAnsi="Times New Roman" w:cs="Times New Roman"/>
              </w:rPr>
            </w:pPr>
            <w:r w:rsidRPr="002F5D52">
              <w:rPr>
                <w:rFonts w:ascii="Times New Roman" w:hAnsi="Times New Roman" w:cs="Times New Roman"/>
              </w:rPr>
              <w:t>Location: TBD</w:t>
            </w:r>
          </w:p>
          <w:p w14:paraId="6C01ABB2" w14:textId="77777777" w:rsidR="00331568" w:rsidRPr="002F5D52" w:rsidRDefault="00331568" w:rsidP="00331568">
            <w:pPr>
              <w:rPr>
                <w:rFonts w:ascii="Times New Roman" w:hAnsi="Times New Roman" w:cs="Times New Roman"/>
              </w:rPr>
            </w:pPr>
            <w:r w:rsidRPr="002F5D52">
              <w:rPr>
                <w:rFonts w:ascii="Times New Roman" w:hAnsi="Times New Roman" w:cs="Times New Roman"/>
              </w:rPr>
              <w:t>Days: Only as needed/requested (On-Call)</w:t>
            </w:r>
          </w:p>
          <w:p w14:paraId="1724B47E" w14:textId="77777777" w:rsidR="00331568" w:rsidRPr="002F5D52" w:rsidRDefault="00331568" w:rsidP="00331568">
            <w:pPr>
              <w:rPr>
                <w:rFonts w:ascii="Times New Roman" w:hAnsi="Times New Roman" w:cs="Times New Roman"/>
              </w:rPr>
            </w:pPr>
            <w:r w:rsidRPr="002F5D52">
              <w:rPr>
                <w:rFonts w:ascii="Times New Roman" w:hAnsi="Times New Roman" w:cs="Times New Roman"/>
              </w:rPr>
              <w:t>Pickup Time: TBD</w:t>
            </w:r>
          </w:p>
          <w:p w14:paraId="7869C494" w14:textId="77777777" w:rsidR="00331568" w:rsidRPr="002F5D52" w:rsidRDefault="00331568" w:rsidP="00331568">
            <w:pPr>
              <w:rPr>
                <w:rFonts w:ascii="Times New Roman" w:hAnsi="Times New Roman" w:cs="Times New Roman"/>
              </w:rPr>
            </w:pPr>
            <w:r w:rsidRPr="002F5D52">
              <w:rPr>
                <w:rFonts w:ascii="Times New Roman" w:hAnsi="Times New Roman" w:cs="Times New Roman"/>
              </w:rPr>
              <w:t>Pickup Location: TBD</w:t>
            </w:r>
          </w:p>
        </w:tc>
        <w:tc>
          <w:tcPr>
            <w:tcW w:w="4813" w:type="dxa"/>
          </w:tcPr>
          <w:p w14:paraId="522CA45A" w14:textId="52FABE77" w:rsidR="00331568" w:rsidRPr="002F5D52" w:rsidRDefault="00331568" w:rsidP="00331568">
            <w:pPr>
              <w:rPr>
                <w:rFonts w:ascii="Times New Roman" w:hAnsi="Times New Roman" w:cs="Times New Roman"/>
                <w:b/>
                <w:bCs/>
              </w:rPr>
            </w:pPr>
            <w:r w:rsidRPr="002F5D52">
              <w:rPr>
                <w:rFonts w:ascii="Times New Roman" w:hAnsi="Times New Roman" w:cs="Times New Roman"/>
                <w:b/>
                <w:bCs/>
              </w:rPr>
              <w:t>STAT RUNS</w:t>
            </w:r>
          </w:p>
          <w:p w14:paraId="15A9F4A7" w14:textId="77777777" w:rsidR="00331568" w:rsidRPr="002F5D52" w:rsidRDefault="00331568" w:rsidP="00331568">
            <w:pPr>
              <w:rPr>
                <w:rFonts w:ascii="Times New Roman" w:hAnsi="Times New Roman" w:cs="Times New Roman"/>
              </w:rPr>
            </w:pPr>
            <w:r w:rsidRPr="002F5D52">
              <w:rPr>
                <w:rFonts w:ascii="Times New Roman" w:hAnsi="Times New Roman" w:cs="Times New Roman"/>
              </w:rPr>
              <w:t>Location: TBD</w:t>
            </w:r>
          </w:p>
          <w:p w14:paraId="341B69FC" w14:textId="77777777" w:rsidR="00331568" w:rsidRPr="002F5D52" w:rsidRDefault="00331568" w:rsidP="00331568">
            <w:pPr>
              <w:rPr>
                <w:rFonts w:ascii="Times New Roman" w:hAnsi="Times New Roman" w:cs="Times New Roman"/>
              </w:rPr>
            </w:pPr>
            <w:r w:rsidRPr="002F5D52">
              <w:rPr>
                <w:rFonts w:ascii="Times New Roman" w:hAnsi="Times New Roman" w:cs="Times New Roman"/>
              </w:rPr>
              <w:t>Days: Only as needed/requested (On-Call)</w:t>
            </w:r>
          </w:p>
          <w:p w14:paraId="1ABDAEAF" w14:textId="77777777" w:rsidR="00331568" w:rsidRPr="002F5D52" w:rsidRDefault="00331568" w:rsidP="00331568">
            <w:pPr>
              <w:rPr>
                <w:rFonts w:ascii="Times New Roman" w:hAnsi="Times New Roman" w:cs="Times New Roman"/>
              </w:rPr>
            </w:pPr>
            <w:r w:rsidRPr="002F5D52">
              <w:rPr>
                <w:rFonts w:ascii="Times New Roman" w:hAnsi="Times New Roman" w:cs="Times New Roman"/>
              </w:rPr>
              <w:t>Pickup Time: TBD</w:t>
            </w:r>
          </w:p>
          <w:p w14:paraId="75081938" w14:textId="13F1FA5C" w:rsidR="00331568" w:rsidRPr="002F5D52" w:rsidRDefault="00331568" w:rsidP="00331568">
            <w:pPr>
              <w:rPr>
                <w:rFonts w:ascii="Times New Roman" w:hAnsi="Times New Roman" w:cs="Times New Roman"/>
              </w:rPr>
            </w:pPr>
            <w:r w:rsidRPr="002F5D52">
              <w:rPr>
                <w:rFonts w:ascii="Times New Roman" w:hAnsi="Times New Roman" w:cs="Times New Roman"/>
              </w:rPr>
              <w:t>Pickup Location: TBD</w:t>
            </w:r>
          </w:p>
        </w:tc>
      </w:tr>
      <w:tr w:rsidR="00331568" w:rsidRPr="002F5D52" w14:paraId="2060007A" w14:textId="77777777" w:rsidTr="00C41863">
        <w:trPr>
          <w:trHeight w:val="1153"/>
          <w:jc w:val="center"/>
        </w:trPr>
        <w:tc>
          <w:tcPr>
            <w:tcW w:w="9625" w:type="dxa"/>
            <w:gridSpan w:val="2"/>
            <w:vAlign w:val="center"/>
          </w:tcPr>
          <w:p w14:paraId="10A4E132" w14:textId="45BF9CE6" w:rsidR="00331568" w:rsidRPr="002F5D52" w:rsidRDefault="00331568" w:rsidP="00C41863">
            <w:pPr>
              <w:jc w:val="center"/>
              <w:rPr>
                <w:rFonts w:ascii="Times New Roman" w:hAnsi="Times New Roman" w:cs="Times New Roman"/>
                <w:color w:val="000000" w:themeColor="text1"/>
              </w:rPr>
            </w:pPr>
            <w:r w:rsidRPr="002F5D52">
              <w:rPr>
                <w:rFonts w:ascii="Times New Roman" w:hAnsi="Times New Roman" w:cs="Times New Roman"/>
                <w:color w:val="000000" w:themeColor="text1"/>
              </w:rPr>
              <w:t xml:space="preserve">**Note:  </w:t>
            </w:r>
            <w:r w:rsidRPr="002F5D52">
              <w:rPr>
                <w:rFonts w:ascii="Times New Roman" w:hAnsi="Times New Roman" w:cs="Times New Roman"/>
                <w:b/>
                <w:bCs/>
                <w:color w:val="FF0000"/>
              </w:rPr>
              <w:t>STAT courier services must be available 24 hours a day, 7 days per week, 365 days per year to ensure facilitation of urgent/emergent Veteran medication needs.</w:t>
            </w:r>
            <w:r w:rsidR="00C00119">
              <w:rPr>
                <w:rFonts w:ascii="Times New Roman" w:hAnsi="Times New Roman" w:cs="Times New Roman"/>
                <w:b/>
                <w:bCs/>
                <w:color w:val="FF0000"/>
              </w:rPr>
              <w:t xml:space="preserve"> </w:t>
            </w:r>
          </w:p>
        </w:tc>
      </w:tr>
    </w:tbl>
    <w:p w14:paraId="5A7C4E7C" w14:textId="290606AA" w:rsidR="000A53D3" w:rsidRPr="002F5D52" w:rsidRDefault="00A825F6" w:rsidP="0081682A">
      <w:pPr>
        <w:pStyle w:val="Heading2"/>
        <w:numPr>
          <w:ilvl w:val="0"/>
          <w:numId w:val="23"/>
        </w:numPr>
        <w:rPr>
          <w:rFonts w:ascii="Times New Roman" w:hAnsi="Times New Roman" w:cs="Times New Roman"/>
          <w:sz w:val="22"/>
          <w:szCs w:val="22"/>
        </w:rPr>
      </w:pPr>
      <w:r w:rsidRPr="002F5D52">
        <w:rPr>
          <w:rFonts w:ascii="Times New Roman" w:hAnsi="Times New Roman" w:cs="Times New Roman"/>
          <w:sz w:val="22"/>
          <w:szCs w:val="22"/>
        </w:rPr>
        <w:t>SPECIFICATIONS:</w:t>
      </w:r>
    </w:p>
    <w:p w14:paraId="4D6D0BC0" w14:textId="4C412690" w:rsidR="002D59F4" w:rsidRPr="001863E7" w:rsidRDefault="002D59F4" w:rsidP="002D59F4">
      <w:pPr>
        <w:pStyle w:val="ListParagraph"/>
        <w:numPr>
          <w:ilvl w:val="0"/>
          <w:numId w:val="10"/>
        </w:numPr>
        <w:spacing w:after="0" w:line="240" w:lineRule="auto"/>
        <w:rPr>
          <w:rFonts w:ascii="Times New Roman" w:hAnsi="Times New Roman" w:cs="Times New Roman"/>
          <w:color w:val="FF0000"/>
        </w:rPr>
      </w:pPr>
      <w:r w:rsidRPr="002F5D52">
        <w:rPr>
          <w:rFonts w:ascii="Times New Roman" w:hAnsi="Times New Roman" w:cs="Times New Roman"/>
        </w:rPr>
        <w:t>The Contractor shall transport the following: (1) Specimens (i.e. fluids, urine, tissue, stool, blood, etc.) which shall be packaged by the VA Healthcare System with a locking mechanism; (2) and laboratory supplies for sample collection; (3)</w:t>
      </w:r>
      <w:r w:rsidR="001863E7">
        <w:rPr>
          <w:rFonts w:ascii="Times New Roman" w:hAnsi="Times New Roman" w:cs="Times New Roman"/>
        </w:rPr>
        <w:t xml:space="preserve">, </w:t>
      </w:r>
      <w:r w:rsidR="006B4254" w:rsidRPr="001863E7">
        <w:rPr>
          <w:rFonts w:ascii="Times New Roman" w:hAnsi="Times New Roman" w:cs="Times New Roman"/>
          <w:color w:val="FF0000"/>
        </w:rPr>
        <w:t>Pharmaceuticals</w:t>
      </w:r>
      <w:r w:rsidR="001863E7" w:rsidRPr="001863E7">
        <w:rPr>
          <w:rFonts w:ascii="Times New Roman" w:hAnsi="Times New Roman" w:cs="Times New Roman"/>
          <w:color w:val="FF0000"/>
        </w:rPr>
        <w:t xml:space="preserve"> and Medical Supplies</w:t>
      </w:r>
      <w:r w:rsidR="006B4254" w:rsidRPr="001863E7">
        <w:rPr>
          <w:rFonts w:ascii="Times New Roman" w:hAnsi="Times New Roman" w:cs="Times New Roman"/>
          <w:color w:val="FF0000"/>
        </w:rPr>
        <w:t xml:space="preserve"> (including</w:t>
      </w:r>
      <w:r w:rsidRPr="001863E7">
        <w:rPr>
          <w:rFonts w:ascii="Times New Roman" w:hAnsi="Times New Roman" w:cs="Times New Roman"/>
          <w:color w:val="FF0000"/>
        </w:rPr>
        <w:t xml:space="preserve"> locked totes</w:t>
      </w:r>
      <w:r w:rsidR="006B4254" w:rsidRPr="001863E7">
        <w:rPr>
          <w:rFonts w:ascii="Times New Roman" w:hAnsi="Times New Roman" w:cs="Times New Roman"/>
          <w:color w:val="FF0000"/>
        </w:rPr>
        <w:t>, coolers, packages)</w:t>
      </w:r>
      <w:r w:rsidRPr="001863E7">
        <w:rPr>
          <w:rFonts w:ascii="Times New Roman" w:hAnsi="Times New Roman" w:cs="Times New Roman"/>
          <w:color w:val="FF0000"/>
        </w:rPr>
        <w:t>.</w:t>
      </w:r>
    </w:p>
    <w:p w14:paraId="6B68ACC0" w14:textId="77777777" w:rsidR="002D59F4" w:rsidRPr="002F5D52" w:rsidRDefault="002D59F4" w:rsidP="002D59F4">
      <w:pPr>
        <w:pStyle w:val="ListParagraph"/>
        <w:spacing w:after="0" w:line="240" w:lineRule="auto"/>
        <w:rPr>
          <w:rFonts w:ascii="Times New Roman" w:hAnsi="Times New Roman" w:cs="Times New Roman"/>
        </w:rPr>
      </w:pPr>
    </w:p>
    <w:p w14:paraId="29B82016" w14:textId="77777777" w:rsidR="002D59F4" w:rsidRDefault="002D59F4" w:rsidP="002D59F4">
      <w:pPr>
        <w:pStyle w:val="ListParagraph"/>
        <w:numPr>
          <w:ilvl w:val="0"/>
          <w:numId w:val="10"/>
        </w:numPr>
        <w:spacing w:after="0" w:line="240" w:lineRule="auto"/>
        <w:rPr>
          <w:rFonts w:ascii="Times New Roman" w:hAnsi="Times New Roman" w:cs="Times New Roman"/>
        </w:rPr>
      </w:pPr>
      <w:r w:rsidRPr="002F5D52">
        <w:rPr>
          <w:rFonts w:ascii="Times New Roman" w:hAnsi="Times New Roman" w:cs="Times New Roman"/>
        </w:rPr>
        <w:t xml:space="preserve">The contractor shall provide all labor, personnel, supervision (except as specified), equipment, materials, facilities, transportation and all other related elements necessary to accomplish same day, on-time scheduled and non-schedule pickup and/or delivery to multiple locations (one and two-way trips), as well as regularly scheduled pickups. Normally the deliveries would fit easily into a small van, utility vehicle or station wagon. The Contractor shall provide equipment (i.e. carts) to pick-up/deliver the items to each location at no additional cost.  </w:t>
      </w:r>
    </w:p>
    <w:p w14:paraId="3824357D" w14:textId="77777777" w:rsidR="00D332D5" w:rsidRPr="00D332D5" w:rsidRDefault="00D332D5" w:rsidP="00D332D5">
      <w:pPr>
        <w:pStyle w:val="ListParagraph"/>
        <w:rPr>
          <w:rFonts w:ascii="Times New Roman" w:hAnsi="Times New Roman" w:cs="Times New Roman"/>
        </w:rPr>
      </w:pPr>
    </w:p>
    <w:p w14:paraId="127C94F2" w14:textId="77777777" w:rsidR="00EA4848" w:rsidRPr="00C75ECD" w:rsidRDefault="00D332D5" w:rsidP="00EA4848">
      <w:pPr>
        <w:pStyle w:val="ListParagraph"/>
        <w:numPr>
          <w:ilvl w:val="0"/>
          <w:numId w:val="10"/>
        </w:numPr>
        <w:spacing w:after="0" w:line="240" w:lineRule="auto"/>
        <w:rPr>
          <w:rFonts w:ascii="Times New Roman" w:hAnsi="Times New Roman" w:cs="Times New Roman"/>
        </w:rPr>
      </w:pPr>
      <w:r w:rsidRPr="00C75ECD">
        <w:rPr>
          <w:rFonts w:ascii="Times New Roman" w:hAnsi="Times New Roman" w:cs="Times New Roman"/>
        </w:rPr>
        <w:t>Some of the items being transported are packed in plastic reusable containers/bins that are property of the government and shall be returned to the VA. Some items/containers/bins/boxes may be of odd dimensions and different weights (such as crutches and canes).</w:t>
      </w:r>
    </w:p>
    <w:p w14:paraId="506AC295" w14:textId="77777777" w:rsidR="00EA4848" w:rsidRPr="00C75ECD" w:rsidRDefault="00EA4848" w:rsidP="00EA4848">
      <w:pPr>
        <w:pStyle w:val="ListParagraph"/>
        <w:rPr>
          <w:rFonts w:ascii="Times New Roman" w:hAnsi="Times New Roman" w:cs="Times New Roman"/>
        </w:rPr>
      </w:pPr>
    </w:p>
    <w:p w14:paraId="2A668086" w14:textId="101D848E" w:rsidR="00FE00BB" w:rsidRPr="00C75ECD" w:rsidRDefault="00EA4848" w:rsidP="00EA4848">
      <w:pPr>
        <w:pStyle w:val="ListParagraph"/>
        <w:numPr>
          <w:ilvl w:val="0"/>
          <w:numId w:val="10"/>
        </w:numPr>
        <w:spacing w:after="0" w:line="240" w:lineRule="auto"/>
        <w:rPr>
          <w:rFonts w:ascii="Times New Roman" w:hAnsi="Times New Roman" w:cs="Times New Roman"/>
        </w:rPr>
      </w:pPr>
      <w:r w:rsidRPr="00C75ECD">
        <w:rPr>
          <w:rFonts w:ascii="Times New Roman" w:hAnsi="Times New Roman" w:cs="Times New Roman"/>
        </w:rPr>
        <w:t xml:space="preserve">Laboratory items: specimens will be properly packed for transportation by VA personnel. When specific containers or coolers (such as dry ice coolers) are required, the courier will be notified and should arrive with the appropriate container(s)/cooler(s). The courier shall </w:t>
      </w:r>
      <w:r w:rsidR="00E92088">
        <w:rPr>
          <w:rFonts w:ascii="Times New Roman" w:hAnsi="Times New Roman" w:cs="Times New Roman"/>
        </w:rPr>
        <w:t xml:space="preserve">always </w:t>
      </w:r>
      <w:r w:rsidRPr="00C75ECD">
        <w:rPr>
          <w:rFonts w:ascii="Times New Roman" w:hAnsi="Times New Roman" w:cs="Times New Roman"/>
        </w:rPr>
        <w:t>maintain the specimens at the proper temperature. Specimens shall be transported in a controlled environment with a temperature between 65 degrees and 77 degrees (Fahrenheit). The specimens must be kept isolated (separated) from all other items. There should be no restriction on the number of containers/coolers to be picked up for any given run.</w:t>
      </w:r>
    </w:p>
    <w:p w14:paraId="2B140E35" w14:textId="77777777" w:rsidR="005B31C3" w:rsidRPr="00C75ECD" w:rsidRDefault="005B31C3" w:rsidP="005B31C3">
      <w:pPr>
        <w:pStyle w:val="ListParagraph"/>
        <w:rPr>
          <w:rFonts w:ascii="Times New Roman" w:hAnsi="Times New Roman" w:cs="Times New Roman"/>
        </w:rPr>
      </w:pPr>
    </w:p>
    <w:p w14:paraId="3753CD88" w14:textId="77777777" w:rsidR="00AB0F60" w:rsidRPr="00C75ECD" w:rsidRDefault="005B31C3" w:rsidP="00894761">
      <w:pPr>
        <w:pStyle w:val="ListParagraph"/>
        <w:numPr>
          <w:ilvl w:val="0"/>
          <w:numId w:val="10"/>
        </w:numPr>
        <w:spacing w:after="0" w:line="240" w:lineRule="auto"/>
        <w:rPr>
          <w:rFonts w:ascii="Times New Roman" w:hAnsi="Times New Roman" w:cs="Times New Roman"/>
        </w:rPr>
      </w:pPr>
      <w:r w:rsidRPr="00C75ECD">
        <w:rPr>
          <w:rFonts w:ascii="Times New Roman" w:hAnsi="Times New Roman" w:cs="Times New Roman"/>
        </w:rPr>
        <w:t>Sterile Processing Services (SPS) items</w:t>
      </w:r>
      <w:r w:rsidR="00AB0F60" w:rsidRPr="00C75ECD">
        <w:rPr>
          <w:rFonts w:ascii="Times New Roman" w:hAnsi="Times New Roman" w:cs="Times New Roman"/>
        </w:rPr>
        <w:t xml:space="preserve">: </w:t>
      </w:r>
    </w:p>
    <w:p w14:paraId="25009B99" w14:textId="77777777" w:rsidR="00AB0F60" w:rsidRPr="00C75ECD" w:rsidRDefault="00AB0F60" w:rsidP="00AB0F60">
      <w:pPr>
        <w:pStyle w:val="ListParagraph"/>
        <w:rPr>
          <w:rFonts w:ascii="Times New Roman" w:hAnsi="Times New Roman" w:cs="Times New Roman"/>
        </w:rPr>
      </w:pPr>
    </w:p>
    <w:p w14:paraId="2909FE1F" w14:textId="3934F16A" w:rsidR="005B31C3" w:rsidRPr="00C75ECD" w:rsidRDefault="00AB0F60" w:rsidP="00AB0F60">
      <w:pPr>
        <w:pStyle w:val="ListParagraph"/>
        <w:numPr>
          <w:ilvl w:val="1"/>
          <w:numId w:val="10"/>
        </w:numPr>
        <w:spacing w:after="0" w:line="240" w:lineRule="auto"/>
        <w:rPr>
          <w:rFonts w:ascii="Times New Roman" w:hAnsi="Times New Roman" w:cs="Times New Roman"/>
        </w:rPr>
      </w:pPr>
      <w:r w:rsidRPr="00C75ECD">
        <w:rPr>
          <w:rFonts w:ascii="Times New Roman" w:hAnsi="Times New Roman" w:cs="Times New Roman"/>
        </w:rPr>
        <w:t xml:space="preserve">Sterilized (clean) dental instruments </w:t>
      </w:r>
      <w:r w:rsidR="005B31C3" w:rsidRPr="00C75ECD">
        <w:rPr>
          <w:rFonts w:ascii="Times New Roman" w:hAnsi="Times New Roman" w:cs="Times New Roman"/>
        </w:rPr>
        <w:t xml:space="preserve">will be properly packed for transportation by VA personnel. Instruments shall be transported in a controlled environment with a temperature between 66 degrees and 72 degrees (Fahrenheit), at a humidity between </w:t>
      </w:r>
      <w:r w:rsidR="007956BE" w:rsidRPr="00C75ECD">
        <w:rPr>
          <w:rFonts w:ascii="Times New Roman" w:hAnsi="Times New Roman" w:cs="Times New Roman"/>
        </w:rPr>
        <w:t>3</w:t>
      </w:r>
      <w:r w:rsidR="005B31C3" w:rsidRPr="00C75ECD">
        <w:rPr>
          <w:rFonts w:ascii="Times New Roman" w:hAnsi="Times New Roman" w:cs="Times New Roman"/>
        </w:rPr>
        <w:t xml:space="preserve">0% and 60%. Sterilized (clean) instruments will be placed in reusable bins that </w:t>
      </w:r>
      <w:r w:rsidR="00CB6419" w:rsidRPr="00C75ECD">
        <w:rPr>
          <w:rFonts w:ascii="Times New Roman" w:hAnsi="Times New Roman" w:cs="Times New Roman"/>
        </w:rPr>
        <w:t>are properly</w:t>
      </w:r>
      <w:r w:rsidR="005B31C3" w:rsidRPr="00C75ECD">
        <w:rPr>
          <w:rFonts w:ascii="Times New Roman" w:hAnsi="Times New Roman" w:cs="Times New Roman"/>
        </w:rPr>
        <w:t xml:space="preserve"> </w:t>
      </w:r>
      <w:r w:rsidR="007956BE" w:rsidRPr="00C75ECD">
        <w:rPr>
          <w:rFonts w:ascii="Times New Roman" w:hAnsi="Times New Roman" w:cs="Times New Roman"/>
        </w:rPr>
        <w:t>secured</w:t>
      </w:r>
      <w:r w:rsidR="005B31C3" w:rsidRPr="00C75ECD">
        <w:rPr>
          <w:rFonts w:ascii="Times New Roman" w:hAnsi="Times New Roman" w:cs="Times New Roman"/>
        </w:rPr>
        <w:t xml:space="preserve"> and should not be opened by the courier driver. All reusable bins should be returned to the Main Facility</w:t>
      </w:r>
      <w:r w:rsidRPr="00C75ECD">
        <w:rPr>
          <w:rFonts w:ascii="Times New Roman" w:hAnsi="Times New Roman" w:cs="Times New Roman"/>
        </w:rPr>
        <w:t>.</w:t>
      </w:r>
    </w:p>
    <w:p w14:paraId="22592C9B" w14:textId="34740C38" w:rsidR="00AB0F60" w:rsidRPr="00C75ECD" w:rsidRDefault="0013755A" w:rsidP="00AB0F60">
      <w:pPr>
        <w:pStyle w:val="ListParagraph"/>
        <w:numPr>
          <w:ilvl w:val="1"/>
          <w:numId w:val="10"/>
        </w:numPr>
        <w:spacing w:after="0" w:line="240" w:lineRule="auto"/>
        <w:rPr>
          <w:rFonts w:ascii="Times New Roman" w:hAnsi="Times New Roman" w:cs="Times New Roman"/>
        </w:rPr>
      </w:pPr>
      <w:r w:rsidRPr="00C75ECD">
        <w:rPr>
          <w:rFonts w:ascii="Times New Roman" w:hAnsi="Times New Roman" w:cs="Times New Roman"/>
        </w:rPr>
        <w:t>Soiled (dirty) dental instruments</w:t>
      </w:r>
      <w:r w:rsidR="00B1322F" w:rsidRPr="00C75ECD">
        <w:rPr>
          <w:rFonts w:ascii="Times New Roman" w:hAnsi="Times New Roman" w:cs="Times New Roman"/>
        </w:rPr>
        <w:t xml:space="preserve"> shall be placed in reusable biohazard bins that will be properly secured and should not be opened by the courier driver.</w:t>
      </w:r>
    </w:p>
    <w:p w14:paraId="5FA4D5D0" w14:textId="77777777" w:rsidR="004A0AAA" w:rsidRPr="00C75ECD" w:rsidRDefault="004A0AAA" w:rsidP="004A0AAA">
      <w:pPr>
        <w:pStyle w:val="ListParagraph"/>
        <w:spacing w:after="0" w:line="240" w:lineRule="auto"/>
        <w:rPr>
          <w:rFonts w:ascii="Times New Roman" w:hAnsi="Times New Roman" w:cs="Times New Roman"/>
        </w:rPr>
      </w:pPr>
    </w:p>
    <w:p w14:paraId="6DDBCCFA" w14:textId="3B914094" w:rsidR="000A53D3" w:rsidRPr="00C75ECD" w:rsidRDefault="00A825F6" w:rsidP="0081682A">
      <w:pPr>
        <w:pStyle w:val="Heading2"/>
        <w:numPr>
          <w:ilvl w:val="0"/>
          <w:numId w:val="23"/>
        </w:numPr>
        <w:rPr>
          <w:rFonts w:ascii="Times New Roman" w:hAnsi="Times New Roman" w:cs="Times New Roman"/>
          <w:sz w:val="22"/>
          <w:szCs w:val="22"/>
        </w:rPr>
      </w:pPr>
      <w:r w:rsidRPr="00C75ECD">
        <w:rPr>
          <w:rFonts w:ascii="Times New Roman" w:hAnsi="Times New Roman" w:cs="Times New Roman"/>
          <w:sz w:val="22"/>
          <w:szCs w:val="22"/>
        </w:rPr>
        <w:t>DRIVER’S SPECIFICATIONS:</w:t>
      </w:r>
    </w:p>
    <w:p w14:paraId="7795133F" w14:textId="77777777" w:rsidR="0003350C" w:rsidRPr="00C75ECD" w:rsidRDefault="0003350C" w:rsidP="0003350C">
      <w:pPr>
        <w:pStyle w:val="ListParagraph"/>
        <w:numPr>
          <w:ilvl w:val="0"/>
          <w:numId w:val="11"/>
        </w:numPr>
        <w:tabs>
          <w:tab w:val="left" w:pos="720"/>
        </w:tabs>
        <w:spacing w:after="0" w:line="240" w:lineRule="auto"/>
        <w:rPr>
          <w:rFonts w:ascii="Times New Roman" w:hAnsi="Times New Roman" w:cs="Times New Roman"/>
        </w:rPr>
      </w:pPr>
      <w:r w:rsidRPr="00C75ECD">
        <w:rPr>
          <w:rFonts w:ascii="Times New Roman" w:hAnsi="Times New Roman" w:cs="Times New Roman"/>
        </w:rPr>
        <w:t>All drivers shall maintain a valid driver’s license in the state of Arizona.</w:t>
      </w:r>
    </w:p>
    <w:p w14:paraId="2D105671" w14:textId="77777777" w:rsidR="0003350C" w:rsidRPr="00C75ECD" w:rsidRDefault="0003350C" w:rsidP="0003350C">
      <w:pPr>
        <w:tabs>
          <w:tab w:val="left" w:pos="720"/>
        </w:tabs>
        <w:spacing w:after="0" w:line="240" w:lineRule="auto"/>
        <w:ind w:firstLine="360"/>
        <w:rPr>
          <w:rFonts w:ascii="Times New Roman" w:hAnsi="Times New Roman" w:cs="Times New Roman"/>
        </w:rPr>
      </w:pPr>
    </w:p>
    <w:p w14:paraId="66D0FEF2" w14:textId="77777777" w:rsidR="0003350C" w:rsidRPr="00C75ECD" w:rsidRDefault="0003350C" w:rsidP="0003350C">
      <w:pPr>
        <w:pStyle w:val="ListParagraph"/>
        <w:numPr>
          <w:ilvl w:val="0"/>
          <w:numId w:val="11"/>
        </w:numPr>
        <w:tabs>
          <w:tab w:val="left" w:pos="720"/>
        </w:tabs>
        <w:spacing w:after="0" w:line="240" w:lineRule="auto"/>
        <w:rPr>
          <w:rFonts w:ascii="Times New Roman" w:hAnsi="Times New Roman" w:cs="Times New Roman"/>
        </w:rPr>
      </w:pPr>
      <w:r w:rsidRPr="00C75ECD">
        <w:rPr>
          <w:rFonts w:ascii="Times New Roman" w:hAnsi="Times New Roman" w:cs="Times New Roman"/>
        </w:rPr>
        <w:t>All drivers shall be twenty-one (21) years of age or older.</w:t>
      </w:r>
    </w:p>
    <w:p w14:paraId="7AD17835" w14:textId="77777777" w:rsidR="0003350C" w:rsidRPr="00C75ECD" w:rsidRDefault="0003350C" w:rsidP="0003350C">
      <w:pPr>
        <w:tabs>
          <w:tab w:val="left" w:pos="720"/>
        </w:tabs>
        <w:spacing w:after="0" w:line="240" w:lineRule="auto"/>
        <w:ind w:firstLine="360"/>
        <w:rPr>
          <w:rFonts w:ascii="Times New Roman" w:hAnsi="Times New Roman" w:cs="Times New Roman"/>
        </w:rPr>
      </w:pPr>
    </w:p>
    <w:p w14:paraId="50FD717A" w14:textId="77777777" w:rsidR="0003350C" w:rsidRPr="00C75ECD" w:rsidRDefault="0003350C" w:rsidP="0003350C">
      <w:pPr>
        <w:pStyle w:val="ListParagraph"/>
        <w:numPr>
          <w:ilvl w:val="0"/>
          <w:numId w:val="11"/>
        </w:numPr>
        <w:tabs>
          <w:tab w:val="left" w:pos="720"/>
        </w:tabs>
        <w:spacing w:after="0" w:line="240" w:lineRule="auto"/>
        <w:rPr>
          <w:rFonts w:ascii="Times New Roman" w:hAnsi="Times New Roman" w:cs="Times New Roman"/>
        </w:rPr>
      </w:pPr>
      <w:r w:rsidRPr="00C75ECD">
        <w:rPr>
          <w:rFonts w:ascii="Times New Roman" w:hAnsi="Times New Roman" w:cs="Times New Roman"/>
        </w:rPr>
        <w:t>The Contractor shall provide a driving record for each driver performing the duties as a courier and shall be available at the Contracting Officer upon request for the duration of the contract.</w:t>
      </w:r>
    </w:p>
    <w:p w14:paraId="25F748A3" w14:textId="77777777" w:rsidR="0003350C" w:rsidRPr="00C75ECD" w:rsidRDefault="0003350C" w:rsidP="0003350C">
      <w:pPr>
        <w:tabs>
          <w:tab w:val="left" w:pos="720"/>
        </w:tabs>
        <w:spacing w:after="0" w:line="240" w:lineRule="auto"/>
        <w:rPr>
          <w:rFonts w:ascii="Times New Roman" w:hAnsi="Times New Roman" w:cs="Times New Roman"/>
        </w:rPr>
      </w:pPr>
    </w:p>
    <w:p w14:paraId="1AAA5D99" w14:textId="10055102" w:rsidR="0003350C" w:rsidRPr="00C75ECD" w:rsidRDefault="0003350C" w:rsidP="0003350C">
      <w:pPr>
        <w:pStyle w:val="ListParagraph"/>
        <w:numPr>
          <w:ilvl w:val="0"/>
          <w:numId w:val="11"/>
        </w:numPr>
        <w:tabs>
          <w:tab w:val="left" w:pos="720"/>
        </w:tabs>
        <w:spacing w:after="0" w:line="240" w:lineRule="auto"/>
        <w:rPr>
          <w:rFonts w:ascii="Times New Roman" w:hAnsi="Times New Roman" w:cs="Times New Roman"/>
        </w:rPr>
      </w:pPr>
      <w:r w:rsidRPr="00C75ECD">
        <w:rPr>
          <w:rFonts w:ascii="Times New Roman" w:hAnsi="Times New Roman" w:cs="Times New Roman"/>
        </w:rPr>
        <w:t xml:space="preserve">The Contractor is required to notify the Point of Contact (POC) of any unusual events that impede </w:t>
      </w:r>
      <w:r w:rsidR="005635F6">
        <w:rPr>
          <w:rFonts w:ascii="Times New Roman" w:hAnsi="Times New Roman" w:cs="Times New Roman"/>
        </w:rPr>
        <w:t>driver</w:t>
      </w:r>
      <w:r w:rsidRPr="00C75ECD">
        <w:rPr>
          <w:rFonts w:ascii="Times New Roman" w:hAnsi="Times New Roman" w:cs="Times New Roman"/>
        </w:rPr>
        <w:t xml:space="preserve"> from making pick-ups and deliveries as required by the contract.  A written report of the event shall be delivered to the POC by close of business the next working day.  </w:t>
      </w:r>
    </w:p>
    <w:p w14:paraId="14D57BE5" w14:textId="77777777" w:rsidR="0003350C" w:rsidRPr="00C75ECD" w:rsidRDefault="0003350C" w:rsidP="0003350C">
      <w:pPr>
        <w:pStyle w:val="ListParagraph"/>
        <w:tabs>
          <w:tab w:val="left" w:pos="720"/>
        </w:tabs>
        <w:spacing w:after="0" w:line="240" w:lineRule="auto"/>
        <w:ind w:left="0"/>
        <w:rPr>
          <w:rFonts w:ascii="Times New Roman" w:hAnsi="Times New Roman" w:cs="Times New Roman"/>
        </w:rPr>
      </w:pPr>
    </w:p>
    <w:p w14:paraId="5CFEB457" w14:textId="77777777" w:rsidR="0003350C" w:rsidRPr="00C75ECD" w:rsidRDefault="0003350C" w:rsidP="0003350C">
      <w:pPr>
        <w:pStyle w:val="ListParagraph"/>
        <w:numPr>
          <w:ilvl w:val="0"/>
          <w:numId w:val="11"/>
        </w:numPr>
        <w:tabs>
          <w:tab w:val="left" w:pos="720"/>
        </w:tabs>
        <w:spacing w:after="0" w:line="240" w:lineRule="auto"/>
        <w:rPr>
          <w:rFonts w:ascii="Times New Roman" w:hAnsi="Times New Roman" w:cs="Times New Roman"/>
        </w:rPr>
      </w:pPr>
      <w:r w:rsidRPr="00C75ECD">
        <w:rPr>
          <w:rFonts w:ascii="Times New Roman" w:hAnsi="Times New Roman" w:cs="Times New Roman"/>
        </w:rPr>
        <w:t>Drivers shall not make any stops, for any reason, during the transport of items under this contract.</w:t>
      </w:r>
    </w:p>
    <w:p w14:paraId="325957A1" w14:textId="77777777" w:rsidR="0003350C" w:rsidRPr="00C75ECD" w:rsidRDefault="0003350C" w:rsidP="0003350C">
      <w:pPr>
        <w:pStyle w:val="ListParagraph"/>
        <w:rPr>
          <w:rFonts w:ascii="Times New Roman" w:hAnsi="Times New Roman" w:cs="Times New Roman"/>
        </w:rPr>
      </w:pPr>
    </w:p>
    <w:p w14:paraId="28839627" w14:textId="77777777" w:rsidR="0003350C" w:rsidRPr="00C75ECD" w:rsidRDefault="0003350C" w:rsidP="0003350C">
      <w:pPr>
        <w:pStyle w:val="ListParagraph"/>
        <w:numPr>
          <w:ilvl w:val="0"/>
          <w:numId w:val="11"/>
        </w:numPr>
        <w:tabs>
          <w:tab w:val="left" w:pos="720"/>
        </w:tabs>
        <w:spacing w:after="0" w:line="240" w:lineRule="auto"/>
        <w:rPr>
          <w:rFonts w:ascii="Times New Roman" w:hAnsi="Times New Roman" w:cs="Times New Roman"/>
        </w:rPr>
      </w:pPr>
      <w:r w:rsidRPr="00C75ECD">
        <w:rPr>
          <w:rFonts w:ascii="Times New Roman" w:hAnsi="Times New Roman" w:cs="Times New Roman"/>
        </w:rPr>
        <w:t>Under no circumstances shall any person other than the driver ride in a vehicle or handle items being transported.</w:t>
      </w:r>
    </w:p>
    <w:p w14:paraId="5B2427C3" w14:textId="77777777" w:rsidR="0003350C" w:rsidRPr="00C75ECD" w:rsidRDefault="0003350C" w:rsidP="0003350C">
      <w:pPr>
        <w:pStyle w:val="ListParagraph"/>
        <w:rPr>
          <w:rFonts w:ascii="Times New Roman" w:hAnsi="Times New Roman" w:cs="Times New Roman"/>
        </w:rPr>
      </w:pPr>
    </w:p>
    <w:p w14:paraId="15165CA1" w14:textId="77777777" w:rsidR="0003350C" w:rsidRPr="00C75ECD" w:rsidRDefault="0003350C" w:rsidP="0003350C">
      <w:pPr>
        <w:pStyle w:val="ListParagraph"/>
        <w:numPr>
          <w:ilvl w:val="0"/>
          <w:numId w:val="11"/>
        </w:numPr>
        <w:tabs>
          <w:tab w:val="left" w:pos="720"/>
        </w:tabs>
        <w:spacing w:after="0" w:line="240" w:lineRule="auto"/>
        <w:rPr>
          <w:rFonts w:ascii="Times New Roman" w:hAnsi="Times New Roman" w:cs="Times New Roman"/>
        </w:rPr>
      </w:pPr>
      <w:r w:rsidRPr="00C75ECD">
        <w:rPr>
          <w:rFonts w:ascii="Times New Roman" w:hAnsi="Times New Roman" w:cs="Times New Roman"/>
        </w:rPr>
        <w:t>Drivers shall follow VA posted speed limits.</w:t>
      </w:r>
    </w:p>
    <w:p w14:paraId="15EC3879" w14:textId="77777777" w:rsidR="0003350C" w:rsidRPr="00C75ECD" w:rsidRDefault="0003350C" w:rsidP="0003350C">
      <w:pPr>
        <w:pStyle w:val="ListParagraph"/>
        <w:rPr>
          <w:rFonts w:ascii="Times New Roman" w:hAnsi="Times New Roman" w:cs="Times New Roman"/>
        </w:rPr>
      </w:pPr>
    </w:p>
    <w:p w14:paraId="223F4556" w14:textId="77777777" w:rsidR="0003350C" w:rsidRPr="00C75ECD" w:rsidRDefault="0003350C" w:rsidP="0003350C">
      <w:pPr>
        <w:pStyle w:val="ListParagraph"/>
        <w:numPr>
          <w:ilvl w:val="0"/>
          <w:numId w:val="11"/>
        </w:numPr>
        <w:tabs>
          <w:tab w:val="left" w:pos="720"/>
        </w:tabs>
        <w:spacing w:after="0" w:line="240" w:lineRule="auto"/>
        <w:rPr>
          <w:rFonts w:ascii="Times New Roman" w:hAnsi="Times New Roman" w:cs="Times New Roman"/>
        </w:rPr>
      </w:pPr>
      <w:r w:rsidRPr="00C75ECD">
        <w:rPr>
          <w:rFonts w:ascii="Times New Roman" w:hAnsi="Times New Roman" w:cs="Times New Roman"/>
        </w:rPr>
        <w:t xml:space="preserve">Drivers </w:t>
      </w:r>
      <w:proofErr w:type="gramStart"/>
      <w:r w:rsidRPr="00C75ECD">
        <w:rPr>
          <w:rFonts w:ascii="Times New Roman" w:hAnsi="Times New Roman" w:cs="Times New Roman"/>
        </w:rPr>
        <w:t>shall</w:t>
      </w:r>
      <w:proofErr w:type="gramEnd"/>
      <w:r w:rsidRPr="00C75ECD">
        <w:rPr>
          <w:rFonts w:ascii="Times New Roman" w:hAnsi="Times New Roman" w:cs="Times New Roman"/>
        </w:rPr>
        <w:t xml:space="preserve"> not prop </w:t>
      </w:r>
      <w:proofErr w:type="gramStart"/>
      <w:r w:rsidRPr="00C75ECD">
        <w:rPr>
          <w:rFonts w:ascii="Times New Roman" w:hAnsi="Times New Roman" w:cs="Times New Roman"/>
        </w:rPr>
        <w:t>doors open</w:t>
      </w:r>
      <w:proofErr w:type="gramEnd"/>
      <w:r w:rsidRPr="00C75ECD">
        <w:rPr>
          <w:rFonts w:ascii="Times New Roman" w:hAnsi="Times New Roman" w:cs="Times New Roman"/>
        </w:rPr>
        <w:t xml:space="preserve"> and must enter through approved entrances.</w:t>
      </w:r>
    </w:p>
    <w:p w14:paraId="7053C3BD" w14:textId="77777777" w:rsidR="0003350C" w:rsidRPr="00C75ECD" w:rsidRDefault="0003350C" w:rsidP="0003350C">
      <w:pPr>
        <w:pStyle w:val="ListParagraph"/>
        <w:rPr>
          <w:rFonts w:ascii="Times New Roman" w:hAnsi="Times New Roman" w:cs="Times New Roman"/>
        </w:rPr>
      </w:pPr>
    </w:p>
    <w:p w14:paraId="58891F26" w14:textId="77777777" w:rsidR="0003350C" w:rsidRPr="00C75ECD" w:rsidRDefault="0003350C" w:rsidP="0003350C">
      <w:pPr>
        <w:pStyle w:val="ListParagraph"/>
        <w:numPr>
          <w:ilvl w:val="0"/>
          <w:numId w:val="11"/>
        </w:numPr>
        <w:tabs>
          <w:tab w:val="left" w:pos="720"/>
        </w:tabs>
        <w:spacing w:after="0" w:line="240" w:lineRule="auto"/>
        <w:rPr>
          <w:rFonts w:ascii="Times New Roman" w:hAnsi="Times New Roman" w:cs="Times New Roman"/>
        </w:rPr>
      </w:pPr>
      <w:r w:rsidRPr="00C75ECD">
        <w:rPr>
          <w:rFonts w:ascii="Times New Roman" w:hAnsi="Times New Roman" w:cs="Times New Roman"/>
        </w:rPr>
        <w:t xml:space="preserve">Drivers </w:t>
      </w:r>
      <w:proofErr w:type="gramStart"/>
      <w:r w:rsidRPr="00C75ECD">
        <w:rPr>
          <w:rFonts w:ascii="Times New Roman" w:hAnsi="Times New Roman" w:cs="Times New Roman"/>
        </w:rPr>
        <w:t>shall</w:t>
      </w:r>
      <w:proofErr w:type="gramEnd"/>
      <w:r w:rsidRPr="00C75ECD">
        <w:rPr>
          <w:rFonts w:ascii="Times New Roman" w:hAnsi="Times New Roman" w:cs="Times New Roman"/>
        </w:rPr>
        <w:t xml:space="preserve"> not open locked totes, bags, boxes or coolers.</w:t>
      </w:r>
    </w:p>
    <w:p w14:paraId="1F7CC774" w14:textId="77777777" w:rsidR="0003350C" w:rsidRPr="00C75ECD" w:rsidRDefault="0003350C" w:rsidP="0003350C">
      <w:pPr>
        <w:pStyle w:val="ListParagraph"/>
        <w:rPr>
          <w:rFonts w:ascii="Times New Roman" w:hAnsi="Times New Roman" w:cs="Times New Roman"/>
        </w:rPr>
      </w:pPr>
    </w:p>
    <w:p w14:paraId="10FC6E08" w14:textId="430A9343" w:rsidR="0003350C" w:rsidRPr="00C75ECD" w:rsidRDefault="0003350C" w:rsidP="0003350C">
      <w:pPr>
        <w:pStyle w:val="ListParagraph"/>
        <w:numPr>
          <w:ilvl w:val="0"/>
          <w:numId w:val="11"/>
        </w:numPr>
        <w:tabs>
          <w:tab w:val="left" w:pos="720"/>
        </w:tabs>
        <w:spacing w:after="0" w:line="240" w:lineRule="auto"/>
        <w:rPr>
          <w:rFonts w:ascii="Times New Roman" w:hAnsi="Times New Roman" w:cs="Times New Roman"/>
        </w:rPr>
      </w:pPr>
      <w:r w:rsidRPr="00C75ECD">
        <w:rPr>
          <w:rFonts w:ascii="Times New Roman" w:hAnsi="Times New Roman" w:cs="Times New Roman"/>
        </w:rPr>
        <w:t>Drivers must park in designated parking</w:t>
      </w:r>
      <w:r w:rsidR="00DE4AD6">
        <w:rPr>
          <w:rFonts w:ascii="Times New Roman" w:hAnsi="Times New Roman" w:cs="Times New Roman"/>
        </w:rPr>
        <w:t xml:space="preserve"> spaces</w:t>
      </w:r>
      <w:r w:rsidRPr="00C75ECD">
        <w:rPr>
          <w:rFonts w:ascii="Times New Roman" w:hAnsi="Times New Roman" w:cs="Times New Roman"/>
        </w:rPr>
        <w:t xml:space="preserve"> for courier drivers.</w:t>
      </w:r>
    </w:p>
    <w:p w14:paraId="3F15E7EC" w14:textId="77777777" w:rsidR="0003350C" w:rsidRPr="00C75ECD" w:rsidRDefault="0003350C" w:rsidP="0003350C">
      <w:pPr>
        <w:pStyle w:val="ListParagraph"/>
        <w:rPr>
          <w:rFonts w:ascii="Times New Roman" w:hAnsi="Times New Roman" w:cs="Times New Roman"/>
        </w:rPr>
      </w:pPr>
    </w:p>
    <w:p w14:paraId="466F195B" w14:textId="77777777" w:rsidR="0003350C" w:rsidRPr="00C75ECD" w:rsidRDefault="0003350C" w:rsidP="0003350C">
      <w:pPr>
        <w:pStyle w:val="ListParagraph"/>
        <w:numPr>
          <w:ilvl w:val="0"/>
          <w:numId w:val="11"/>
        </w:numPr>
        <w:tabs>
          <w:tab w:val="left" w:pos="720"/>
        </w:tabs>
        <w:spacing w:after="0" w:line="240" w:lineRule="auto"/>
        <w:rPr>
          <w:rFonts w:ascii="Times New Roman" w:hAnsi="Times New Roman" w:cs="Times New Roman"/>
        </w:rPr>
      </w:pPr>
      <w:r w:rsidRPr="00C75ECD">
        <w:rPr>
          <w:rFonts w:ascii="Times New Roman" w:hAnsi="Times New Roman" w:cs="Times New Roman"/>
        </w:rPr>
        <w:lastRenderedPageBreak/>
        <w:t>Under no circumstance will drivers keep VA specimens, equipment or empty containers overnight.  All empty containers being returned to clinic sites must be picked up the day of the courier run.</w:t>
      </w:r>
    </w:p>
    <w:p w14:paraId="57450517" w14:textId="77777777" w:rsidR="005E03FD" w:rsidRPr="00C75ECD" w:rsidRDefault="005E03FD" w:rsidP="005E03FD">
      <w:pPr>
        <w:pStyle w:val="ListParagraph"/>
        <w:rPr>
          <w:rFonts w:ascii="Times New Roman" w:hAnsi="Times New Roman" w:cs="Times New Roman"/>
        </w:rPr>
      </w:pPr>
    </w:p>
    <w:p w14:paraId="4A2930CC" w14:textId="77777777" w:rsidR="005E03FD" w:rsidRPr="00C75ECD" w:rsidRDefault="005E03FD" w:rsidP="005E03FD">
      <w:pPr>
        <w:pStyle w:val="ListParagraph"/>
        <w:numPr>
          <w:ilvl w:val="0"/>
          <w:numId w:val="11"/>
        </w:numPr>
        <w:rPr>
          <w:rFonts w:ascii="Times New Roman" w:hAnsi="Times New Roman" w:cs="Times New Roman"/>
        </w:rPr>
      </w:pPr>
      <w:r w:rsidRPr="00C75ECD">
        <w:rPr>
          <w:rFonts w:ascii="Times New Roman" w:hAnsi="Times New Roman" w:cs="Times New Roman"/>
        </w:rPr>
        <w:t>The Contractor and his/her personnel shall read, write, speak and understand English.</w:t>
      </w:r>
    </w:p>
    <w:p w14:paraId="24537C2C" w14:textId="71FA6A87" w:rsidR="000A53D3" w:rsidRPr="00CB6419" w:rsidRDefault="00A825F6" w:rsidP="0081682A">
      <w:pPr>
        <w:pStyle w:val="Heading2"/>
        <w:numPr>
          <w:ilvl w:val="0"/>
          <w:numId w:val="23"/>
        </w:numPr>
        <w:rPr>
          <w:rFonts w:ascii="Times New Roman" w:hAnsi="Times New Roman" w:cs="Times New Roman"/>
          <w:sz w:val="22"/>
          <w:szCs w:val="22"/>
        </w:rPr>
      </w:pPr>
      <w:r w:rsidRPr="00CB6419">
        <w:rPr>
          <w:rFonts w:ascii="Times New Roman" w:hAnsi="Times New Roman" w:cs="Times New Roman"/>
          <w:sz w:val="22"/>
          <w:szCs w:val="22"/>
        </w:rPr>
        <w:t>NON-ROUTINE CALLS/EMERGENCY/STAT CALLS:</w:t>
      </w:r>
    </w:p>
    <w:p w14:paraId="1C4C9AF9" w14:textId="77777777" w:rsidR="005651E3" w:rsidRPr="00C75ECD" w:rsidRDefault="005651E3" w:rsidP="005651E3">
      <w:pPr>
        <w:spacing w:after="0" w:line="240" w:lineRule="auto"/>
        <w:rPr>
          <w:rFonts w:ascii="Times New Roman" w:hAnsi="Times New Roman" w:cs="Times New Roman"/>
        </w:rPr>
      </w:pPr>
      <w:r w:rsidRPr="00C75ECD">
        <w:rPr>
          <w:rFonts w:ascii="Times New Roman" w:hAnsi="Times New Roman" w:cs="Times New Roman"/>
        </w:rPr>
        <w:t>Non-schedule routes/emergency calls are included in this contract. All sites may utilize this service as necessary. Emergency or STAT calls require the contractor to facilitate the pick-up with one hour of receiving the request. Deliveries will be expected to be completed as soon as possible. The contractor shall be available to provide courier services in accordance with each facility’s requirements.</w:t>
      </w:r>
    </w:p>
    <w:p w14:paraId="36B01AE5" w14:textId="77777777" w:rsidR="0003350C" w:rsidRPr="00C75ECD" w:rsidRDefault="0003350C" w:rsidP="0003350C">
      <w:pPr>
        <w:rPr>
          <w:rFonts w:ascii="Times New Roman" w:hAnsi="Times New Roman" w:cs="Times New Roman"/>
          <w:color w:val="000000" w:themeColor="text1"/>
        </w:rPr>
      </w:pPr>
    </w:p>
    <w:p w14:paraId="31CF6672" w14:textId="17C8E677" w:rsidR="000A53D3" w:rsidRPr="00C75ECD" w:rsidRDefault="00A825F6" w:rsidP="0081682A">
      <w:pPr>
        <w:pStyle w:val="Heading2"/>
        <w:numPr>
          <w:ilvl w:val="0"/>
          <w:numId w:val="23"/>
        </w:numPr>
        <w:rPr>
          <w:rFonts w:ascii="Times New Roman" w:hAnsi="Times New Roman" w:cs="Times New Roman"/>
          <w:sz w:val="22"/>
          <w:szCs w:val="22"/>
        </w:rPr>
      </w:pPr>
      <w:bookmarkStart w:id="5" w:name="_Hlk196834333"/>
      <w:r w:rsidRPr="00C75ECD">
        <w:rPr>
          <w:rFonts w:ascii="Times New Roman" w:hAnsi="Times New Roman" w:cs="Times New Roman"/>
          <w:sz w:val="22"/>
          <w:szCs w:val="22"/>
        </w:rPr>
        <w:t>SAFETY:</w:t>
      </w:r>
    </w:p>
    <w:bookmarkEnd w:id="5"/>
    <w:p w14:paraId="12CC6FAF" w14:textId="6FEE437A" w:rsidR="00A6103E" w:rsidRPr="00C75ECD" w:rsidRDefault="00A6103E" w:rsidP="00A6103E">
      <w:pPr>
        <w:spacing w:after="0" w:line="240" w:lineRule="auto"/>
        <w:rPr>
          <w:rFonts w:ascii="Times New Roman" w:hAnsi="Times New Roman" w:cs="Times New Roman"/>
        </w:rPr>
      </w:pPr>
      <w:r w:rsidRPr="00C75ECD">
        <w:rPr>
          <w:rFonts w:ascii="Times New Roman" w:hAnsi="Times New Roman" w:cs="Times New Roman"/>
        </w:rPr>
        <w:t xml:space="preserve">The contractor is responsible for the safe transportation of all items to their destination. The contractor shall </w:t>
      </w:r>
      <w:r w:rsidR="007F1391" w:rsidRPr="00C75ECD">
        <w:rPr>
          <w:rFonts w:ascii="Times New Roman" w:hAnsi="Times New Roman" w:cs="Times New Roman"/>
        </w:rPr>
        <w:t>ensure</w:t>
      </w:r>
      <w:r w:rsidRPr="00C75ECD">
        <w:rPr>
          <w:rFonts w:ascii="Times New Roman" w:hAnsi="Times New Roman" w:cs="Times New Roman"/>
        </w:rPr>
        <w:t xml:space="preserve"> that all drivers are trained and have received instructions </w:t>
      </w:r>
      <w:proofErr w:type="gramStart"/>
      <w:r w:rsidRPr="00C75ECD">
        <w:rPr>
          <w:rFonts w:ascii="Times New Roman" w:hAnsi="Times New Roman" w:cs="Times New Roman"/>
        </w:rPr>
        <w:t>in</w:t>
      </w:r>
      <w:proofErr w:type="gramEnd"/>
      <w:r w:rsidRPr="00C75ECD">
        <w:rPr>
          <w:rFonts w:ascii="Times New Roman" w:hAnsi="Times New Roman" w:cs="Times New Roman"/>
        </w:rPr>
        <w:t xml:space="preserve"> the proper handling of specimens and other items transported under this contract. This shall include instructions on procedures to follow in the event of leaks, spills, or breakage of packaging for the lab specimen.</w:t>
      </w:r>
    </w:p>
    <w:p w14:paraId="38FE7CDF" w14:textId="77777777" w:rsidR="00FE00BB" w:rsidRPr="00C75ECD" w:rsidRDefault="00FE00BB" w:rsidP="00A6103E">
      <w:pPr>
        <w:spacing w:after="0" w:line="240" w:lineRule="auto"/>
        <w:rPr>
          <w:rFonts w:ascii="Times New Roman" w:hAnsi="Times New Roman" w:cs="Times New Roman"/>
        </w:rPr>
      </w:pPr>
    </w:p>
    <w:p w14:paraId="47B5D5F6" w14:textId="77777777" w:rsidR="00FE00BB" w:rsidRPr="00C75ECD" w:rsidRDefault="00FE00BB" w:rsidP="00FE00BB">
      <w:pPr>
        <w:spacing w:after="0" w:line="240" w:lineRule="auto"/>
        <w:rPr>
          <w:rFonts w:ascii="Times New Roman" w:hAnsi="Times New Roman" w:cs="Times New Roman"/>
        </w:rPr>
      </w:pPr>
      <w:r w:rsidRPr="00C75ECD">
        <w:rPr>
          <w:rFonts w:ascii="Times New Roman" w:hAnsi="Times New Roman" w:cs="Times New Roman"/>
        </w:rPr>
        <w:t>Items must be transported in accordance with all local, state, and federal regulations (including any specified regulations for bio-hazardous materials, oxygen tanks, laboratory specimens, and sterilized/soiled instruments). All efforts shall be made to ensure that all items are delivered without any spoilage or damage from temperature conditions, improper handling, or negligence.</w:t>
      </w:r>
    </w:p>
    <w:p w14:paraId="5E7BE14B" w14:textId="77777777" w:rsidR="00482CCC" w:rsidRPr="00C75ECD" w:rsidRDefault="00482CCC" w:rsidP="00FE00BB">
      <w:pPr>
        <w:spacing w:after="0" w:line="240" w:lineRule="auto"/>
        <w:rPr>
          <w:rFonts w:ascii="Times New Roman" w:hAnsi="Times New Roman" w:cs="Times New Roman"/>
        </w:rPr>
      </w:pPr>
    </w:p>
    <w:p w14:paraId="0ABA94BC" w14:textId="19A44215" w:rsidR="00482CCC" w:rsidRPr="00C75ECD" w:rsidRDefault="00482CCC" w:rsidP="00FE00BB">
      <w:pPr>
        <w:spacing w:after="0" w:line="240" w:lineRule="auto"/>
        <w:rPr>
          <w:rFonts w:ascii="Times New Roman" w:hAnsi="Times New Roman" w:cs="Times New Roman"/>
        </w:rPr>
      </w:pPr>
      <w:r w:rsidRPr="00C75ECD">
        <w:rPr>
          <w:rFonts w:ascii="Times New Roman" w:hAnsi="Times New Roman" w:cs="Times New Roman"/>
        </w:rPr>
        <w:t>Transportation vehicles shall be decontaminated between trips and in the event of a spill. Laboratory specimens, clean instruments, dirty instruments and all other items should be properly separated to prevent cross-contamination during transportation. Refer to ANSI/AAMI ST79:2017 for standards and requirements on handling and transporting medical instruments (attached).</w:t>
      </w:r>
    </w:p>
    <w:p w14:paraId="5914028C" w14:textId="77777777" w:rsidR="003933E1" w:rsidRPr="00C75ECD" w:rsidRDefault="003933E1" w:rsidP="00FE00BB">
      <w:pPr>
        <w:spacing w:after="0" w:line="240" w:lineRule="auto"/>
        <w:rPr>
          <w:rFonts w:ascii="Times New Roman" w:hAnsi="Times New Roman" w:cs="Times New Roman"/>
        </w:rPr>
      </w:pPr>
    </w:p>
    <w:p w14:paraId="2601CA80" w14:textId="77777777" w:rsidR="003933E1" w:rsidRPr="00C75ECD" w:rsidRDefault="003933E1" w:rsidP="003933E1">
      <w:pPr>
        <w:spacing w:after="0" w:line="240" w:lineRule="auto"/>
        <w:rPr>
          <w:rFonts w:ascii="Times New Roman" w:hAnsi="Times New Roman" w:cs="Times New Roman"/>
        </w:rPr>
      </w:pPr>
      <w:r w:rsidRPr="00C75ECD">
        <w:rPr>
          <w:rFonts w:ascii="Times New Roman" w:hAnsi="Times New Roman" w:cs="Times New Roman"/>
        </w:rPr>
        <w:t>All courier vehicles should meet the following requirements:</w:t>
      </w:r>
    </w:p>
    <w:p w14:paraId="2DC262EC" w14:textId="5F72D81D" w:rsidR="003933E1" w:rsidRPr="00C75ECD" w:rsidRDefault="003933E1" w:rsidP="003933E1">
      <w:pPr>
        <w:spacing w:after="0" w:line="240" w:lineRule="auto"/>
        <w:rPr>
          <w:rFonts w:ascii="Times New Roman" w:hAnsi="Times New Roman" w:cs="Times New Roman"/>
        </w:rPr>
      </w:pPr>
      <w:r w:rsidRPr="00C75ECD">
        <w:rPr>
          <w:rFonts w:ascii="Times New Roman" w:hAnsi="Times New Roman" w:cs="Times New Roman"/>
        </w:rPr>
        <w:t xml:space="preserve">a. Maintain proper separation/segregation between soiled (dirty) instruments, sterilized (clean) instruments, laboratory specimens, AND any other items (such as mail and supplies) </w:t>
      </w:r>
      <w:r w:rsidR="007F1391" w:rsidRPr="00C75ECD">
        <w:rPr>
          <w:rFonts w:ascii="Times New Roman" w:hAnsi="Times New Roman" w:cs="Times New Roman"/>
        </w:rPr>
        <w:t>always</w:t>
      </w:r>
      <w:r w:rsidRPr="00C75ECD">
        <w:rPr>
          <w:rFonts w:ascii="Times New Roman" w:hAnsi="Times New Roman" w:cs="Times New Roman"/>
        </w:rPr>
        <w:t xml:space="preserve">.  </w:t>
      </w:r>
    </w:p>
    <w:p w14:paraId="1559CA15" w14:textId="7B2E04CD" w:rsidR="003933E1" w:rsidRPr="00C75ECD" w:rsidRDefault="003933E1" w:rsidP="003933E1">
      <w:pPr>
        <w:spacing w:after="0" w:line="240" w:lineRule="auto"/>
        <w:rPr>
          <w:rFonts w:ascii="Times New Roman" w:hAnsi="Times New Roman" w:cs="Times New Roman"/>
        </w:rPr>
      </w:pPr>
      <w:r w:rsidRPr="00C75ECD">
        <w:rPr>
          <w:rFonts w:ascii="Times New Roman" w:hAnsi="Times New Roman" w:cs="Times New Roman"/>
        </w:rPr>
        <w:t xml:space="preserve">b. Laboratory specimens, dental instruments, and medical supplies should never be in any area of the vehicle in which the temperature and humidity </w:t>
      </w:r>
      <w:r w:rsidR="007F1391" w:rsidRPr="00C75ECD">
        <w:rPr>
          <w:rFonts w:ascii="Times New Roman" w:hAnsi="Times New Roman" w:cs="Times New Roman"/>
        </w:rPr>
        <w:t>are</w:t>
      </w:r>
      <w:r w:rsidRPr="00C75ECD">
        <w:rPr>
          <w:rFonts w:ascii="Times New Roman" w:hAnsi="Times New Roman" w:cs="Times New Roman"/>
        </w:rPr>
        <w:t xml:space="preserve"> not regulated or controlled (such as a compartment or a trunk of a vehicle). </w:t>
      </w:r>
    </w:p>
    <w:p w14:paraId="313B8DA3" w14:textId="18C2E98D" w:rsidR="003933E1" w:rsidRDefault="003933E1" w:rsidP="003933E1">
      <w:pPr>
        <w:spacing w:after="0" w:line="240" w:lineRule="auto"/>
        <w:rPr>
          <w:rFonts w:ascii="Times New Roman" w:hAnsi="Times New Roman" w:cs="Times New Roman"/>
        </w:rPr>
      </w:pPr>
      <w:r w:rsidRPr="00C75ECD">
        <w:rPr>
          <w:rFonts w:ascii="Times New Roman" w:hAnsi="Times New Roman" w:cs="Times New Roman"/>
        </w:rPr>
        <w:t xml:space="preserve">c. Transported items must be properly secured and segregation between items must be </w:t>
      </w:r>
      <w:r w:rsidR="007F1391">
        <w:rPr>
          <w:rFonts w:ascii="Times New Roman" w:hAnsi="Times New Roman" w:cs="Times New Roman"/>
        </w:rPr>
        <w:t xml:space="preserve">always </w:t>
      </w:r>
      <w:r w:rsidR="007F1391" w:rsidRPr="00C75ECD">
        <w:rPr>
          <w:rFonts w:ascii="Times New Roman" w:hAnsi="Times New Roman" w:cs="Times New Roman"/>
        </w:rPr>
        <w:t>maintained</w:t>
      </w:r>
      <w:r w:rsidRPr="00C75ECD">
        <w:rPr>
          <w:rFonts w:ascii="Times New Roman" w:hAnsi="Times New Roman" w:cs="Times New Roman"/>
        </w:rPr>
        <w:t xml:space="preserve"> during transportation to prevent damage, spills, and cross-contamination.</w:t>
      </w:r>
    </w:p>
    <w:p w14:paraId="2A50B5B1" w14:textId="29B5C0D9" w:rsidR="007F1391" w:rsidRPr="00C75ECD" w:rsidRDefault="007F1391" w:rsidP="003933E1">
      <w:pPr>
        <w:spacing w:after="0" w:line="240" w:lineRule="auto"/>
        <w:rPr>
          <w:rFonts w:ascii="Times New Roman" w:hAnsi="Times New Roman" w:cs="Times New Roman"/>
        </w:rPr>
      </w:pPr>
      <w:r>
        <w:rPr>
          <w:rFonts w:ascii="Times New Roman" w:hAnsi="Times New Roman" w:cs="Times New Roman"/>
        </w:rPr>
        <w:t>d. Cargo space for transporting vehicles will be clean and dry.</w:t>
      </w:r>
    </w:p>
    <w:p w14:paraId="3C3D8722" w14:textId="77777777" w:rsidR="00947991" w:rsidRPr="00C75ECD" w:rsidRDefault="00947991" w:rsidP="003933E1">
      <w:pPr>
        <w:spacing w:after="0" w:line="240" w:lineRule="auto"/>
        <w:rPr>
          <w:rFonts w:ascii="Times New Roman" w:hAnsi="Times New Roman" w:cs="Times New Roman"/>
        </w:rPr>
      </w:pPr>
    </w:p>
    <w:p w14:paraId="30417AF6" w14:textId="0B3FABFC" w:rsidR="00947991" w:rsidRPr="00C75ECD" w:rsidRDefault="00947991" w:rsidP="00947991">
      <w:pPr>
        <w:spacing w:after="0" w:line="240" w:lineRule="auto"/>
        <w:rPr>
          <w:rFonts w:ascii="Times New Roman" w:hAnsi="Times New Roman" w:cs="Times New Roman"/>
        </w:rPr>
      </w:pPr>
      <w:r w:rsidRPr="00C75ECD">
        <w:rPr>
          <w:rFonts w:ascii="Times New Roman" w:hAnsi="Times New Roman" w:cs="Times New Roman"/>
        </w:rPr>
        <w:t xml:space="preserve">Vehicles used to </w:t>
      </w:r>
      <w:r w:rsidRPr="00C75ECD">
        <w:rPr>
          <w:rFonts w:ascii="Times New Roman" w:hAnsi="Times New Roman" w:cs="Times New Roman"/>
          <w:u w:val="single"/>
        </w:rPr>
        <w:t>transport sterile packages</w:t>
      </w:r>
      <w:r w:rsidRPr="00C75ECD">
        <w:rPr>
          <w:rFonts w:ascii="Times New Roman" w:hAnsi="Times New Roman" w:cs="Times New Roman"/>
        </w:rPr>
        <w:t xml:space="preserve"> between health care facilities should provide for the complete separation of clean and sterile items from contaminated items. The transport vehicle's cargo space must be an enclosed area that can protect the items from significant changes in temperature and humidity. Items should not be transported in a car trunk, where temperature and humidity are uncontrolled</w:t>
      </w:r>
      <w:r w:rsidRPr="00C75ECD">
        <w:rPr>
          <w:rFonts w:ascii="Times New Roman" w:hAnsi="Times New Roman" w:cs="Times New Roman"/>
          <w:b/>
          <w:bCs/>
        </w:rPr>
        <w:t xml:space="preserve">. </w:t>
      </w:r>
      <w:r w:rsidRPr="00C75ECD">
        <w:rPr>
          <w:rFonts w:ascii="Times New Roman" w:hAnsi="Times New Roman" w:cs="Times New Roman"/>
        </w:rPr>
        <w:t xml:space="preserve">When motor vehicles are used, environmental conditions should be assessed while the vehicle is in motion and when it is not in motion. </w:t>
      </w:r>
    </w:p>
    <w:p w14:paraId="117DE773" w14:textId="77777777" w:rsidR="00E5316A" w:rsidRPr="00C75ECD" w:rsidRDefault="00E5316A" w:rsidP="00947991">
      <w:pPr>
        <w:spacing w:after="0" w:line="240" w:lineRule="auto"/>
        <w:rPr>
          <w:rFonts w:ascii="Times New Roman" w:hAnsi="Times New Roman" w:cs="Times New Roman"/>
        </w:rPr>
      </w:pPr>
    </w:p>
    <w:p w14:paraId="5B170469" w14:textId="2C343A98" w:rsidR="00947991" w:rsidRPr="00C75ECD" w:rsidRDefault="00947991" w:rsidP="00947991">
      <w:pPr>
        <w:spacing w:after="0" w:line="240" w:lineRule="auto"/>
        <w:rPr>
          <w:rFonts w:ascii="Times New Roman" w:hAnsi="Times New Roman" w:cs="Times New Roman"/>
        </w:rPr>
      </w:pPr>
      <w:r w:rsidRPr="00C75ECD">
        <w:rPr>
          <w:rFonts w:ascii="Times New Roman" w:hAnsi="Times New Roman" w:cs="Times New Roman"/>
        </w:rPr>
        <w:t xml:space="preserve">The transporting </w:t>
      </w:r>
      <w:r w:rsidR="00CB6419" w:rsidRPr="00C75ECD">
        <w:rPr>
          <w:rFonts w:ascii="Times New Roman" w:hAnsi="Times New Roman" w:cs="Times New Roman"/>
        </w:rPr>
        <w:t>vehicles</w:t>
      </w:r>
      <w:r w:rsidRPr="00C75ECD">
        <w:rPr>
          <w:rFonts w:ascii="Times New Roman" w:hAnsi="Times New Roman" w:cs="Times New Roman"/>
        </w:rPr>
        <w:t xml:space="preserve"> should be checked periodically, to ensure that they do not leak. Carts/storage bins containing sterile packages should be secured within the vehicle to prevent </w:t>
      </w:r>
      <w:r w:rsidRPr="00C75ECD">
        <w:rPr>
          <w:rFonts w:ascii="Times New Roman" w:hAnsi="Times New Roman" w:cs="Times New Roman"/>
        </w:rPr>
        <w:lastRenderedPageBreak/>
        <w:t>damage or contamination. Transport vehicles and handling practices should allow for ease of loading and unloading. The design and materials used in the construction of all transport vehicles (motorized or manual) should allow for appropriate decontamination processes, especially if the vehicles are to be used alternately for the transport of sterile/clean items and soiled items. Transport vehicles (motorized or manual) that are loaded and ready for transport should not be left unattended in unsecured areas.</w:t>
      </w:r>
    </w:p>
    <w:p w14:paraId="1D111034" w14:textId="77777777" w:rsidR="00947991" w:rsidRPr="00C75ECD" w:rsidRDefault="00947991" w:rsidP="00947991">
      <w:pPr>
        <w:spacing w:after="0" w:line="240" w:lineRule="auto"/>
        <w:rPr>
          <w:rFonts w:ascii="Times New Roman" w:hAnsi="Times New Roman" w:cs="Times New Roman"/>
        </w:rPr>
      </w:pPr>
    </w:p>
    <w:p w14:paraId="32A76F7C" w14:textId="77777777" w:rsidR="00947991" w:rsidRDefault="00947991" w:rsidP="00947991">
      <w:pPr>
        <w:spacing w:after="0" w:line="240" w:lineRule="auto"/>
        <w:rPr>
          <w:rFonts w:ascii="Times New Roman" w:hAnsi="Times New Roman" w:cs="Times New Roman"/>
        </w:rPr>
      </w:pPr>
      <w:r w:rsidRPr="00C75ECD">
        <w:rPr>
          <w:rFonts w:ascii="Times New Roman" w:hAnsi="Times New Roman" w:cs="Times New Roman"/>
        </w:rPr>
        <w:t>NOTE—For the purposes of this paragraph, all external shipping cartons (corrugated or otherwise) are considered contaminated, even if they contain packaged sterile items.</w:t>
      </w:r>
    </w:p>
    <w:p w14:paraId="339E1C5C" w14:textId="77777777" w:rsidR="007414A0" w:rsidRDefault="007414A0" w:rsidP="00947991">
      <w:pPr>
        <w:spacing w:after="0" w:line="240" w:lineRule="auto"/>
        <w:rPr>
          <w:rFonts w:ascii="Times New Roman" w:hAnsi="Times New Roman" w:cs="Times New Roman"/>
        </w:rPr>
      </w:pPr>
    </w:p>
    <w:p w14:paraId="55099B5B" w14:textId="77777777" w:rsidR="007414A0" w:rsidRPr="007414A0" w:rsidRDefault="007414A0" w:rsidP="007414A0">
      <w:pPr>
        <w:spacing w:after="0" w:line="240" w:lineRule="auto"/>
        <w:rPr>
          <w:rFonts w:ascii="Times New Roman" w:hAnsi="Times New Roman" w:cs="Times New Roman"/>
        </w:rPr>
      </w:pPr>
    </w:p>
    <w:p w14:paraId="0B78C987" w14:textId="3B9E3AC9" w:rsidR="007414A0" w:rsidRPr="00947991" w:rsidRDefault="007414A0" w:rsidP="007414A0">
      <w:pPr>
        <w:spacing w:after="0" w:line="240" w:lineRule="auto"/>
        <w:rPr>
          <w:rFonts w:ascii="Times New Roman" w:hAnsi="Times New Roman" w:cs="Times New Roman"/>
        </w:rPr>
      </w:pPr>
      <w:r w:rsidRPr="007414A0">
        <w:rPr>
          <w:rFonts w:ascii="Times New Roman" w:hAnsi="Times New Roman" w:cs="Times New Roman"/>
        </w:rPr>
        <w:t>Proper attire to prevent exposure to contaminants must be worn.</w:t>
      </w:r>
    </w:p>
    <w:p w14:paraId="0E78FBB7" w14:textId="77777777" w:rsidR="00947991" w:rsidRPr="00FE00BB" w:rsidRDefault="00947991" w:rsidP="003933E1">
      <w:pPr>
        <w:spacing w:after="0" w:line="240" w:lineRule="auto"/>
        <w:rPr>
          <w:rFonts w:ascii="Times New Roman" w:hAnsi="Times New Roman" w:cs="Times New Roman"/>
        </w:rPr>
      </w:pPr>
    </w:p>
    <w:p w14:paraId="7EA62A68" w14:textId="77777777" w:rsidR="00FE00BB" w:rsidRPr="002F5D52" w:rsidRDefault="00FE00BB" w:rsidP="00A6103E">
      <w:pPr>
        <w:spacing w:after="0" w:line="240" w:lineRule="auto"/>
        <w:rPr>
          <w:rFonts w:ascii="Times New Roman" w:hAnsi="Times New Roman" w:cs="Times New Roman"/>
        </w:rPr>
      </w:pPr>
    </w:p>
    <w:p w14:paraId="5E1625EC" w14:textId="0845CFB2" w:rsidR="00A6103E" w:rsidRPr="002F5D52" w:rsidRDefault="00A825F6" w:rsidP="0081682A">
      <w:pPr>
        <w:pStyle w:val="Heading2"/>
        <w:numPr>
          <w:ilvl w:val="0"/>
          <w:numId w:val="23"/>
        </w:numPr>
        <w:rPr>
          <w:rFonts w:ascii="Times New Roman" w:hAnsi="Times New Roman" w:cs="Times New Roman"/>
          <w:sz w:val="22"/>
          <w:szCs w:val="22"/>
        </w:rPr>
      </w:pPr>
      <w:r w:rsidRPr="002F5D52">
        <w:rPr>
          <w:rFonts w:ascii="Times New Roman" w:hAnsi="Times New Roman" w:cs="Times New Roman"/>
          <w:sz w:val="22"/>
          <w:szCs w:val="22"/>
        </w:rPr>
        <w:t>VEHICLES:</w:t>
      </w:r>
    </w:p>
    <w:p w14:paraId="3EC13D71" w14:textId="77777777" w:rsidR="001025A3" w:rsidRPr="002F5D52" w:rsidRDefault="001025A3" w:rsidP="001025A3">
      <w:pPr>
        <w:pStyle w:val="ListParagraph"/>
        <w:numPr>
          <w:ilvl w:val="0"/>
          <w:numId w:val="12"/>
        </w:numPr>
        <w:tabs>
          <w:tab w:val="left" w:pos="330"/>
        </w:tabs>
        <w:spacing w:after="0" w:line="240" w:lineRule="auto"/>
        <w:rPr>
          <w:rFonts w:ascii="Times New Roman" w:hAnsi="Times New Roman" w:cs="Times New Roman"/>
        </w:rPr>
      </w:pPr>
      <w:r w:rsidRPr="002F5D52">
        <w:rPr>
          <w:rFonts w:ascii="Times New Roman" w:hAnsi="Times New Roman" w:cs="Times New Roman"/>
        </w:rPr>
        <w:t>Vehicles used in the performance of this contract shall be licensed, tagged, and meet all vehicle requirements as mandated by the State of Arizona.</w:t>
      </w:r>
    </w:p>
    <w:p w14:paraId="165EF7E3" w14:textId="77777777" w:rsidR="001025A3" w:rsidRPr="002F5D52" w:rsidRDefault="001025A3" w:rsidP="001025A3">
      <w:pPr>
        <w:tabs>
          <w:tab w:val="left" w:pos="330"/>
        </w:tabs>
        <w:spacing w:after="0" w:line="240" w:lineRule="auto"/>
        <w:rPr>
          <w:rFonts w:ascii="Times New Roman" w:hAnsi="Times New Roman" w:cs="Times New Roman"/>
        </w:rPr>
      </w:pPr>
    </w:p>
    <w:p w14:paraId="54587F27" w14:textId="1EA63D58" w:rsidR="001025A3" w:rsidRPr="002F5D52" w:rsidRDefault="001025A3" w:rsidP="001025A3">
      <w:pPr>
        <w:pStyle w:val="ListParagraph"/>
        <w:numPr>
          <w:ilvl w:val="0"/>
          <w:numId w:val="12"/>
        </w:numPr>
        <w:tabs>
          <w:tab w:val="left" w:pos="330"/>
        </w:tabs>
        <w:spacing w:after="0" w:line="240" w:lineRule="auto"/>
        <w:rPr>
          <w:rFonts w:ascii="Times New Roman" w:hAnsi="Times New Roman" w:cs="Times New Roman"/>
        </w:rPr>
      </w:pPr>
      <w:r w:rsidRPr="002F5D52">
        <w:rPr>
          <w:rFonts w:ascii="Times New Roman" w:hAnsi="Times New Roman" w:cs="Times New Roman"/>
        </w:rPr>
        <w:t xml:space="preserve">Contractor shall ensure that vehicles have updated maintenance documents and documents are available per the </w:t>
      </w:r>
      <w:r w:rsidR="007F1391" w:rsidRPr="002F5D52">
        <w:rPr>
          <w:rFonts w:ascii="Times New Roman" w:hAnsi="Times New Roman" w:cs="Times New Roman"/>
        </w:rPr>
        <w:t>manufacturer’s</w:t>
      </w:r>
      <w:r w:rsidRPr="002F5D52">
        <w:rPr>
          <w:rFonts w:ascii="Times New Roman" w:hAnsi="Times New Roman" w:cs="Times New Roman"/>
        </w:rPr>
        <w:t xml:space="preserve"> specifications. The Government shall not provide maintenance on any vehicle.</w:t>
      </w:r>
    </w:p>
    <w:p w14:paraId="731107D0" w14:textId="77777777" w:rsidR="00A6103E" w:rsidRPr="002F5D52" w:rsidRDefault="00A6103E" w:rsidP="005651E3">
      <w:pPr>
        <w:rPr>
          <w:rFonts w:ascii="Times New Roman" w:hAnsi="Times New Roman" w:cs="Times New Roman"/>
        </w:rPr>
      </w:pPr>
    </w:p>
    <w:p w14:paraId="4B07D193" w14:textId="3B41906B" w:rsidR="000668B1" w:rsidRPr="002F5D52" w:rsidRDefault="00A825F6" w:rsidP="0081682A">
      <w:pPr>
        <w:pStyle w:val="Heading2"/>
        <w:numPr>
          <w:ilvl w:val="0"/>
          <w:numId w:val="23"/>
        </w:numPr>
        <w:rPr>
          <w:rFonts w:ascii="Times New Roman" w:hAnsi="Times New Roman" w:cs="Times New Roman"/>
          <w:sz w:val="22"/>
          <w:szCs w:val="22"/>
        </w:rPr>
      </w:pPr>
      <w:r w:rsidRPr="002F5D52">
        <w:rPr>
          <w:rFonts w:ascii="Times New Roman" w:hAnsi="Times New Roman" w:cs="Times New Roman"/>
          <w:sz w:val="22"/>
          <w:szCs w:val="22"/>
        </w:rPr>
        <w:t>SERVICE CALLS:</w:t>
      </w:r>
    </w:p>
    <w:p w14:paraId="4B96E599" w14:textId="5DFE6B59" w:rsidR="00AC4A7F" w:rsidRPr="002F5D52" w:rsidRDefault="00AC4A7F" w:rsidP="00AC4A7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The contractor shall respond to calls for requests for service and shall ensure that one of the officials</w:t>
      </w:r>
      <w:r w:rsidR="00E402A6">
        <w:rPr>
          <w:rFonts w:ascii="Times New Roman" w:eastAsia="Times New Roman" w:hAnsi="Times New Roman" w:cs="Times New Roman"/>
        </w:rPr>
        <w:t xml:space="preserve"> provided in the contract</w:t>
      </w:r>
      <w:r w:rsidRPr="002F5D52">
        <w:rPr>
          <w:rFonts w:ascii="Times New Roman" w:eastAsia="Times New Roman" w:hAnsi="Times New Roman" w:cs="Times New Roman"/>
        </w:rPr>
        <w:t xml:space="preserve"> is available to respond to calls seven (7) days a week, twenty-four (24) hours a day, including weekends and national holidays.</w:t>
      </w:r>
    </w:p>
    <w:p w14:paraId="194BDF3F" w14:textId="77777777" w:rsidR="000952BF" w:rsidRPr="002F5D52" w:rsidRDefault="000952BF" w:rsidP="00AC4A7F">
      <w:pPr>
        <w:spacing w:after="0" w:line="240" w:lineRule="auto"/>
        <w:rPr>
          <w:rFonts w:ascii="Times New Roman" w:eastAsia="Times New Roman" w:hAnsi="Times New Roman" w:cs="Times New Roman"/>
        </w:rPr>
      </w:pPr>
    </w:p>
    <w:p w14:paraId="0C5795CD" w14:textId="6E003C5F" w:rsidR="00650308" w:rsidRPr="0081682A" w:rsidRDefault="00650308" w:rsidP="0081682A">
      <w:pPr>
        <w:pStyle w:val="Heading2"/>
        <w:numPr>
          <w:ilvl w:val="0"/>
          <w:numId w:val="23"/>
        </w:numPr>
        <w:rPr>
          <w:rFonts w:ascii="Times New Roman" w:hAnsi="Times New Roman" w:cs="Times New Roman"/>
          <w:sz w:val="22"/>
          <w:szCs w:val="22"/>
        </w:rPr>
      </w:pPr>
      <w:r w:rsidRPr="0081682A">
        <w:rPr>
          <w:rFonts w:ascii="Times New Roman" w:hAnsi="Times New Roman" w:cs="Times New Roman"/>
          <w:sz w:val="22"/>
          <w:szCs w:val="22"/>
        </w:rPr>
        <w:t>EMERGENCY CALLS:</w:t>
      </w:r>
    </w:p>
    <w:p w14:paraId="171A9C03" w14:textId="77777777" w:rsidR="00650308" w:rsidRPr="002F5D52" w:rsidRDefault="00650308" w:rsidP="00650308">
      <w:pPr>
        <w:pStyle w:val="ListParagraph"/>
        <w:spacing w:after="0" w:line="240" w:lineRule="auto"/>
        <w:rPr>
          <w:rFonts w:ascii="Times New Roman" w:eastAsia="Times New Roman" w:hAnsi="Times New Roman" w:cs="Times New Roman"/>
          <w:b/>
        </w:rPr>
      </w:pPr>
    </w:p>
    <w:p w14:paraId="72DFDDF4" w14:textId="1B155E2F" w:rsidR="00650308" w:rsidRPr="002F5D52" w:rsidRDefault="00650308" w:rsidP="00650308">
      <w:pPr>
        <w:spacing w:after="0" w:line="240" w:lineRule="auto"/>
        <w:rPr>
          <w:rFonts w:ascii="Times New Roman" w:hAnsi="Times New Roman" w:cs="Times New Roman"/>
          <w:u w:val="single"/>
        </w:rPr>
      </w:pPr>
      <w:r w:rsidRPr="002F5D52">
        <w:rPr>
          <w:rFonts w:ascii="Times New Roman" w:eastAsia="Times New Roman" w:hAnsi="Times New Roman" w:cs="Times New Roman"/>
        </w:rPr>
        <w:t xml:space="preserve">The </w:t>
      </w:r>
      <w:proofErr w:type="gramStart"/>
      <w:r w:rsidRPr="002F5D52">
        <w:rPr>
          <w:rFonts w:ascii="Times New Roman" w:eastAsia="Times New Roman" w:hAnsi="Times New Roman" w:cs="Times New Roman"/>
        </w:rPr>
        <w:t>contractor shall</w:t>
      </w:r>
      <w:proofErr w:type="gramEnd"/>
      <w:r w:rsidRPr="002F5D52">
        <w:rPr>
          <w:rFonts w:ascii="Times New Roman" w:eastAsia="Times New Roman" w:hAnsi="Times New Roman" w:cs="Times New Roman"/>
        </w:rPr>
        <w:t xml:space="preserve"> </w:t>
      </w:r>
      <w:r w:rsidR="00E402A6">
        <w:rPr>
          <w:rFonts w:ascii="Times New Roman" w:eastAsia="Times New Roman" w:hAnsi="Times New Roman" w:cs="Times New Roman"/>
        </w:rPr>
        <w:t>accept</w:t>
      </w:r>
      <w:r w:rsidRPr="002F5D52">
        <w:rPr>
          <w:rFonts w:ascii="Times New Roman" w:eastAsia="Times New Roman" w:hAnsi="Times New Roman" w:cs="Times New Roman"/>
        </w:rPr>
        <w:t xml:space="preserve"> emergency service calls twenty-four (24) hours per day, seven (7) days per week by telephone or otherwise noted from the </w:t>
      </w:r>
      <w:r w:rsidR="0001431A" w:rsidRPr="002F5D52">
        <w:rPr>
          <w:rFonts w:ascii="Times New Roman" w:eastAsia="Times New Roman" w:hAnsi="Times New Roman" w:cs="Times New Roman"/>
        </w:rPr>
        <w:t>VA POC</w:t>
      </w:r>
      <w:r w:rsidRPr="002F5D52">
        <w:rPr>
          <w:rFonts w:ascii="Times New Roman" w:eastAsia="Times New Roman" w:hAnsi="Times New Roman" w:cs="Times New Roman"/>
        </w:rPr>
        <w:t xml:space="preserve"> or his/her designee in the event of a shutdown on any emergency.</w:t>
      </w:r>
    </w:p>
    <w:p w14:paraId="1152C2B1" w14:textId="77777777" w:rsidR="00650308" w:rsidRPr="002F5D52" w:rsidRDefault="00650308" w:rsidP="00650308">
      <w:pPr>
        <w:widowControl w:val="0"/>
        <w:tabs>
          <w:tab w:val="left" w:pos="360"/>
          <w:tab w:val="left" w:pos="540"/>
          <w:tab w:val="left" w:pos="810"/>
        </w:tabs>
        <w:spacing w:after="0" w:line="240" w:lineRule="auto"/>
        <w:ind w:left="720" w:hanging="720"/>
        <w:rPr>
          <w:rFonts w:ascii="Times New Roman" w:eastAsia="Times New Roman" w:hAnsi="Times New Roman" w:cs="Times New Roman"/>
          <w:b/>
        </w:rPr>
      </w:pPr>
    </w:p>
    <w:p w14:paraId="58560AA5" w14:textId="77777777" w:rsidR="00650308" w:rsidRPr="0081682A" w:rsidRDefault="00650308" w:rsidP="0081682A">
      <w:pPr>
        <w:pStyle w:val="Heading2"/>
        <w:numPr>
          <w:ilvl w:val="0"/>
          <w:numId w:val="23"/>
        </w:numPr>
        <w:rPr>
          <w:rFonts w:ascii="Times New Roman" w:hAnsi="Times New Roman" w:cs="Times New Roman"/>
          <w:sz w:val="22"/>
          <w:szCs w:val="22"/>
        </w:rPr>
      </w:pPr>
      <w:r w:rsidRPr="0081682A">
        <w:rPr>
          <w:rFonts w:ascii="Times New Roman" w:hAnsi="Times New Roman" w:cs="Times New Roman"/>
          <w:sz w:val="22"/>
          <w:szCs w:val="22"/>
        </w:rPr>
        <w:t>CONTRACTOR PERSONNEL:</w:t>
      </w:r>
    </w:p>
    <w:p w14:paraId="77E33866" w14:textId="77777777" w:rsidR="00650308" w:rsidRPr="002F5D52" w:rsidRDefault="00650308" w:rsidP="00650308">
      <w:pPr>
        <w:widowControl w:val="0"/>
        <w:tabs>
          <w:tab w:val="left" w:pos="360"/>
          <w:tab w:val="left" w:pos="540"/>
          <w:tab w:val="left" w:pos="810"/>
        </w:tabs>
        <w:spacing w:after="0" w:line="240" w:lineRule="auto"/>
        <w:rPr>
          <w:rFonts w:ascii="Times New Roman" w:eastAsia="Times New Roman" w:hAnsi="Times New Roman" w:cs="Times New Roman"/>
          <w:b/>
        </w:rPr>
      </w:pPr>
    </w:p>
    <w:p w14:paraId="62F7A6CD" w14:textId="33BD038D" w:rsidR="00650308" w:rsidRPr="002F5D52" w:rsidRDefault="00650308" w:rsidP="00650308">
      <w:pPr>
        <w:pStyle w:val="ListParagraph"/>
        <w:numPr>
          <w:ilvl w:val="0"/>
          <w:numId w:val="14"/>
        </w:numPr>
        <w:tabs>
          <w:tab w:val="left" w:pos="720"/>
        </w:tabs>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 xml:space="preserve">PERSONNEL ACCEPTENCE: The Government reserves the right to accept or reject the contractor’s staff for the rendering of services. In the event the Government determines that a contractor staff member may no longer perform services under the contract, the contractor shall immediately remove and replace the staff member with another staff member that meets the qualifications required under the contract. The cost of removing and replacing staff members shall be borne solely by the contractor and there shall be no additional cost charged to the Government. The contractor is not relieved of any of its duties under this contract </w:t>
      </w:r>
      <w:r w:rsidR="00E402A6" w:rsidRPr="002F5D52">
        <w:rPr>
          <w:rFonts w:ascii="Times New Roman" w:eastAsia="Times New Roman" w:hAnsi="Times New Roman" w:cs="Times New Roman"/>
        </w:rPr>
        <w:t>while</w:t>
      </w:r>
      <w:r w:rsidRPr="002F5D52">
        <w:rPr>
          <w:rFonts w:ascii="Times New Roman" w:eastAsia="Times New Roman" w:hAnsi="Times New Roman" w:cs="Times New Roman"/>
        </w:rPr>
        <w:t xml:space="preserve"> securing the services of a replacement staff member. Complaints concerning a contractor’s personnel performance or conduct shall be dealt with by the Contractor, and POC with the final decision regarding whether replacement is necessary being made by the Contracting Officer.</w:t>
      </w:r>
    </w:p>
    <w:p w14:paraId="51C6E927" w14:textId="77777777" w:rsidR="00650308" w:rsidRPr="002F5D52" w:rsidRDefault="00650308" w:rsidP="00650308">
      <w:pPr>
        <w:pStyle w:val="ListParagraph"/>
        <w:tabs>
          <w:tab w:val="left" w:pos="720"/>
        </w:tabs>
        <w:spacing w:after="0" w:line="240" w:lineRule="auto"/>
        <w:rPr>
          <w:rFonts w:ascii="Times New Roman" w:eastAsia="Times New Roman" w:hAnsi="Times New Roman" w:cs="Times New Roman"/>
        </w:rPr>
      </w:pPr>
    </w:p>
    <w:p w14:paraId="56EB5F79" w14:textId="6B8D677C" w:rsidR="00650308" w:rsidRPr="002F5D52" w:rsidRDefault="00650308" w:rsidP="00650308">
      <w:pPr>
        <w:pStyle w:val="ListParagraph"/>
        <w:numPr>
          <w:ilvl w:val="0"/>
          <w:numId w:val="14"/>
        </w:numPr>
        <w:tabs>
          <w:tab w:val="left" w:pos="720"/>
        </w:tabs>
        <w:spacing w:after="0" w:line="240" w:lineRule="auto"/>
        <w:rPr>
          <w:rFonts w:ascii="Times New Roman" w:eastAsia="Times New Roman" w:hAnsi="Times New Roman" w:cs="Times New Roman"/>
        </w:rPr>
      </w:pPr>
      <w:r w:rsidRPr="002F5D52">
        <w:rPr>
          <w:rFonts w:ascii="Times New Roman" w:eastAsia="Times New Roman" w:hAnsi="Times New Roman" w:cs="Times New Roman"/>
        </w:rPr>
        <w:lastRenderedPageBreak/>
        <w:t xml:space="preserve">PERSONNEL ASSIGNMENTS:  It is the responsibility of the Contractor to determine and assign the appropriate quantity and type of personnel to provide courier services however, the Government reserves the right to accept or reject the personnel. The contractor shall also specify and outline how many vehicles and drivers for each </w:t>
      </w:r>
      <w:r w:rsidR="00E402A6" w:rsidRPr="002F5D52">
        <w:rPr>
          <w:rFonts w:ascii="Times New Roman" w:eastAsia="Times New Roman" w:hAnsi="Times New Roman" w:cs="Times New Roman"/>
        </w:rPr>
        <w:t>facility’s</w:t>
      </w:r>
      <w:r w:rsidRPr="002F5D52">
        <w:rPr>
          <w:rFonts w:ascii="Times New Roman" w:eastAsia="Times New Roman" w:hAnsi="Times New Roman" w:cs="Times New Roman"/>
        </w:rPr>
        <w:t xml:space="preserve"> requirements.</w:t>
      </w:r>
    </w:p>
    <w:p w14:paraId="1EBA8AC9" w14:textId="77777777" w:rsidR="00650308" w:rsidRPr="002F5D52" w:rsidRDefault="00650308" w:rsidP="00650308">
      <w:pPr>
        <w:pStyle w:val="ListParagraph"/>
        <w:rPr>
          <w:rFonts w:ascii="Times New Roman" w:eastAsia="Times New Roman" w:hAnsi="Times New Roman" w:cs="Times New Roman"/>
        </w:rPr>
      </w:pPr>
    </w:p>
    <w:p w14:paraId="756B1516" w14:textId="77777777" w:rsidR="00650308" w:rsidRPr="002F5D52" w:rsidRDefault="00650308" w:rsidP="00650308">
      <w:pPr>
        <w:pStyle w:val="ListParagraph"/>
        <w:numPr>
          <w:ilvl w:val="0"/>
          <w:numId w:val="14"/>
        </w:numPr>
        <w:tabs>
          <w:tab w:val="left" w:pos="720"/>
        </w:tabs>
        <w:spacing w:after="0" w:line="240" w:lineRule="auto"/>
        <w:rPr>
          <w:rFonts w:ascii="Times New Roman" w:eastAsia="Times New Roman" w:hAnsi="Times New Roman" w:cs="Times New Roman"/>
        </w:rPr>
      </w:pPr>
      <w:r w:rsidRPr="002F5D52">
        <w:rPr>
          <w:rFonts w:ascii="Times New Roman" w:hAnsi="Times New Roman" w:cs="Times New Roman"/>
        </w:rPr>
        <w:t>The Contractor’s personnel shall use appropriate language when providing courier services. Obscene language is not permitted, and all individuals are expected to be courteous to Government staff, patients, and visitors.</w:t>
      </w:r>
    </w:p>
    <w:p w14:paraId="2814E58E" w14:textId="77777777" w:rsidR="00650308" w:rsidRPr="002F5D52" w:rsidRDefault="00650308" w:rsidP="00650308">
      <w:pPr>
        <w:pStyle w:val="ListParagraph"/>
        <w:rPr>
          <w:rFonts w:ascii="Times New Roman" w:eastAsia="Times New Roman" w:hAnsi="Times New Roman" w:cs="Times New Roman"/>
        </w:rPr>
      </w:pPr>
    </w:p>
    <w:p w14:paraId="44B7361A" w14:textId="77777777" w:rsidR="00650308" w:rsidRPr="002F5D52" w:rsidRDefault="00650308" w:rsidP="00650308">
      <w:pPr>
        <w:pStyle w:val="ListParagraph"/>
        <w:numPr>
          <w:ilvl w:val="0"/>
          <w:numId w:val="14"/>
        </w:numPr>
        <w:tabs>
          <w:tab w:val="left" w:pos="720"/>
        </w:tabs>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 xml:space="preserve">The Contractor’s personnel shall be dressed professionally, and neat in appearance. </w:t>
      </w:r>
      <w:r w:rsidRPr="002F5D52">
        <w:rPr>
          <w:rFonts w:ascii="Times New Roman" w:hAnsi="Times New Roman" w:cs="Times New Roman"/>
        </w:rPr>
        <w:t xml:space="preserve">Shoes (no flip flops) and shirts must be </w:t>
      </w:r>
      <w:proofErr w:type="gramStart"/>
      <w:r w:rsidRPr="002F5D52">
        <w:rPr>
          <w:rFonts w:ascii="Times New Roman" w:hAnsi="Times New Roman" w:cs="Times New Roman"/>
        </w:rPr>
        <w:t>worn at all times</w:t>
      </w:r>
      <w:proofErr w:type="gramEnd"/>
      <w:r w:rsidRPr="002F5D52">
        <w:rPr>
          <w:rFonts w:ascii="Times New Roman" w:hAnsi="Times New Roman" w:cs="Times New Roman"/>
        </w:rPr>
        <w:t xml:space="preserve">.  </w:t>
      </w:r>
    </w:p>
    <w:p w14:paraId="43A36228" w14:textId="77777777" w:rsidR="00650308" w:rsidRPr="002F5D52" w:rsidRDefault="00650308" w:rsidP="00650308">
      <w:pPr>
        <w:pStyle w:val="ListParagraph"/>
        <w:rPr>
          <w:rFonts w:ascii="Times New Roman" w:eastAsia="Times New Roman" w:hAnsi="Times New Roman" w:cs="Times New Roman"/>
        </w:rPr>
      </w:pPr>
    </w:p>
    <w:p w14:paraId="6DF962C8" w14:textId="77777777" w:rsidR="00650308" w:rsidRPr="002F5D52" w:rsidRDefault="00650308" w:rsidP="00650308">
      <w:pPr>
        <w:pStyle w:val="ListParagraph"/>
        <w:numPr>
          <w:ilvl w:val="0"/>
          <w:numId w:val="14"/>
        </w:numPr>
        <w:rPr>
          <w:rFonts w:ascii="Times New Roman" w:hAnsi="Times New Roman" w:cs="Times New Roman"/>
        </w:rPr>
      </w:pPr>
      <w:r w:rsidRPr="002F5D52">
        <w:rPr>
          <w:rFonts w:ascii="Times New Roman" w:hAnsi="Times New Roman" w:cs="Times New Roman"/>
        </w:rPr>
        <w:t xml:space="preserve">The parties agree that the contract personnel working under this contract </w:t>
      </w:r>
      <w:r w:rsidRPr="002F5D52">
        <w:rPr>
          <w:rFonts w:ascii="Times New Roman" w:hAnsi="Times New Roman" w:cs="Times New Roman"/>
          <w:b/>
        </w:rPr>
        <w:t>shall not</w:t>
      </w:r>
      <w:r w:rsidRPr="002F5D52">
        <w:rPr>
          <w:rFonts w:ascii="Times New Roman" w:hAnsi="Times New Roman" w:cs="Times New Roman"/>
        </w:rPr>
        <w:t xml:space="preserve"> be considered Department of Veteran Affairs employees for any purpose and are employees of the contractor.  </w:t>
      </w:r>
    </w:p>
    <w:p w14:paraId="134F9316" w14:textId="77777777" w:rsidR="00650308" w:rsidRPr="002F5D52" w:rsidRDefault="00650308" w:rsidP="00650308">
      <w:pPr>
        <w:pStyle w:val="ListParagraph"/>
        <w:spacing w:after="0" w:line="240" w:lineRule="auto"/>
        <w:rPr>
          <w:rFonts w:ascii="Times New Roman" w:eastAsia="Times New Roman" w:hAnsi="Times New Roman" w:cs="Times New Roman"/>
        </w:rPr>
      </w:pPr>
    </w:p>
    <w:p w14:paraId="215F3042" w14:textId="57FF5E6A" w:rsidR="00650308" w:rsidRPr="0081682A" w:rsidRDefault="00650308" w:rsidP="0081682A">
      <w:pPr>
        <w:pStyle w:val="Heading2"/>
        <w:numPr>
          <w:ilvl w:val="0"/>
          <w:numId w:val="23"/>
        </w:numPr>
        <w:rPr>
          <w:rFonts w:ascii="Times New Roman" w:hAnsi="Times New Roman" w:cs="Times New Roman"/>
          <w:sz w:val="22"/>
          <w:szCs w:val="22"/>
        </w:rPr>
      </w:pPr>
      <w:r w:rsidRPr="0081682A">
        <w:rPr>
          <w:rFonts w:ascii="Times New Roman" w:hAnsi="Times New Roman" w:cs="Times New Roman"/>
          <w:sz w:val="22"/>
          <w:szCs w:val="22"/>
        </w:rPr>
        <w:t>INSURANCE REQUIREMENTS:</w:t>
      </w:r>
    </w:p>
    <w:p w14:paraId="5BCB159D" w14:textId="77777777" w:rsidR="00650308" w:rsidRPr="002F5D52" w:rsidRDefault="00650308" w:rsidP="00650308">
      <w:pPr>
        <w:spacing w:after="0" w:line="240" w:lineRule="auto"/>
        <w:rPr>
          <w:rFonts w:ascii="Times New Roman" w:hAnsi="Times New Roman" w:cs="Times New Roman"/>
        </w:rPr>
      </w:pPr>
    </w:p>
    <w:p w14:paraId="1909065F" w14:textId="1BD39B04" w:rsidR="00650308" w:rsidRPr="002F5D52" w:rsidRDefault="00650308" w:rsidP="00650308">
      <w:pPr>
        <w:spacing w:after="0" w:line="240" w:lineRule="auto"/>
        <w:rPr>
          <w:rFonts w:ascii="Times New Roman" w:hAnsi="Times New Roman" w:cs="Times New Roman"/>
        </w:rPr>
      </w:pPr>
      <w:r w:rsidRPr="002F5D52">
        <w:rPr>
          <w:rFonts w:ascii="Times New Roman" w:hAnsi="Times New Roman" w:cs="Times New Roman"/>
        </w:rPr>
        <w:t xml:space="preserve">The Contractor shall provide Worker’s compensation, Employer’s Liability and General Liability Insurance in accordance with the laws of the State of </w:t>
      </w:r>
      <w:r w:rsidR="00780A6F">
        <w:rPr>
          <w:rFonts w:ascii="Times New Roman" w:hAnsi="Times New Roman" w:cs="Times New Roman"/>
        </w:rPr>
        <w:t>Arizona</w:t>
      </w:r>
      <w:r w:rsidRPr="002F5D52">
        <w:rPr>
          <w:rFonts w:ascii="Times New Roman" w:hAnsi="Times New Roman" w:cs="Times New Roman"/>
        </w:rPr>
        <w:t xml:space="preserve"> (A</w:t>
      </w:r>
      <w:r w:rsidR="00780A6F">
        <w:rPr>
          <w:rFonts w:ascii="Times New Roman" w:hAnsi="Times New Roman" w:cs="Times New Roman"/>
        </w:rPr>
        <w:t>Z</w:t>
      </w:r>
      <w:r w:rsidRPr="002F5D52">
        <w:rPr>
          <w:rFonts w:ascii="Times New Roman" w:hAnsi="Times New Roman" w:cs="Times New Roman"/>
        </w:rPr>
        <w:t xml:space="preserve"> healthcare facilities). The Contractor shall provide income tax withholding Social Security payments for their employees.</w:t>
      </w:r>
    </w:p>
    <w:p w14:paraId="0A46384A" w14:textId="77777777" w:rsidR="00650308" w:rsidRPr="002F5D52" w:rsidRDefault="00650308" w:rsidP="00650308">
      <w:pPr>
        <w:spacing w:after="0" w:line="240" w:lineRule="auto"/>
        <w:rPr>
          <w:rFonts w:ascii="Times New Roman" w:hAnsi="Times New Roman" w:cs="Times New Roman"/>
        </w:rPr>
      </w:pPr>
    </w:p>
    <w:p w14:paraId="42EA3730" w14:textId="3B3439E7" w:rsidR="00650308" w:rsidRPr="0081682A" w:rsidRDefault="00650308" w:rsidP="0081682A">
      <w:pPr>
        <w:pStyle w:val="Heading2"/>
        <w:numPr>
          <w:ilvl w:val="0"/>
          <w:numId w:val="23"/>
        </w:numPr>
        <w:rPr>
          <w:rFonts w:ascii="Times New Roman" w:hAnsi="Times New Roman" w:cs="Times New Roman"/>
          <w:sz w:val="22"/>
          <w:szCs w:val="22"/>
        </w:rPr>
      </w:pPr>
      <w:r w:rsidRPr="0081682A">
        <w:rPr>
          <w:rFonts w:ascii="Times New Roman" w:hAnsi="Times New Roman" w:cs="Times New Roman"/>
          <w:sz w:val="22"/>
          <w:szCs w:val="22"/>
        </w:rPr>
        <w:t>QUALITY ASSURANCE:</w:t>
      </w:r>
    </w:p>
    <w:p w14:paraId="2E541124" w14:textId="77777777" w:rsidR="00650308" w:rsidRPr="002F5D52" w:rsidRDefault="00650308" w:rsidP="00650308">
      <w:pPr>
        <w:spacing w:after="0" w:line="240" w:lineRule="auto"/>
        <w:rPr>
          <w:rFonts w:ascii="Times New Roman" w:hAnsi="Times New Roman" w:cs="Times New Roman"/>
          <w:u w:val="single"/>
        </w:rPr>
      </w:pPr>
    </w:p>
    <w:p w14:paraId="6A2270B6" w14:textId="77777777" w:rsidR="00650308" w:rsidRPr="002F5D52" w:rsidRDefault="00650308" w:rsidP="00650308">
      <w:pPr>
        <w:spacing w:after="0" w:line="240" w:lineRule="auto"/>
        <w:rPr>
          <w:rFonts w:ascii="Times New Roman" w:hAnsi="Times New Roman" w:cs="Times New Roman"/>
        </w:rPr>
      </w:pPr>
      <w:r w:rsidRPr="002F5D52">
        <w:rPr>
          <w:rFonts w:ascii="Times New Roman" w:hAnsi="Times New Roman" w:cs="Times New Roman"/>
        </w:rPr>
        <w:t>The contractor shall provide a written quality control program that ensures courier services are performed in accordance with the statement of work within fifteen (15) days of contract award.  The Quality Assurance Plan shall include:</w:t>
      </w:r>
    </w:p>
    <w:p w14:paraId="464ADFC4" w14:textId="77777777" w:rsidR="00650308" w:rsidRPr="002F5D52" w:rsidRDefault="00650308" w:rsidP="00650308">
      <w:pPr>
        <w:spacing w:after="0" w:line="240" w:lineRule="auto"/>
        <w:rPr>
          <w:rFonts w:ascii="Times New Roman" w:hAnsi="Times New Roman" w:cs="Times New Roman"/>
        </w:rPr>
      </w:pPr>
    </w:p>
    <w:p w14:paraId="41774063" w14:textId="7EF835D2" w:rsidR="00650308" w:rsidRPr="002F5D52" w:rsidRDefault="00650308" w:rsidP="00650308">
      <w:pPr>
        <w:pStyle w:val="ListParagraph"/>
        <w:numPr>
          <w:ilvl w:val="0"/>
          <w:numId w:val="15"/>
        </w:numPr>
        <w:spacing w:after="0" w:line="240" w:lineRule="auto"/>
        <w:rPr>
          <w:rFonts w:ascii="Times New Roman" w:hAnsi="Times New Roman" w:cs="Times New Roman"/>
        </w:rPr>
      </w:pPr>
      <w:r w:rsidRPr="002F5D52">
        <w:rPr>
          <w:rFonts w:ascii="Times New Roman" w:hAnsi="Times New Roman" w:cs="Times New Roman"/>
        </w:rPr>
        <w:t xml:space="preserve">Procedures to track, </w:t>
      </w:r>
      <w:r w:rsidR="00E402A6" w:rsidRPr="002F5D52">
        <w:rPr>
          <w:rFonts w:ascii="Times New Roman" w:hAnsi="Times New Roman" w:cs="Times New Roman"/>
        </w:rPr>
        <w:t>identify,</w:t>
      </w:r>
      <w:r w:rsidRPr="002F5D52">
        <w:rPr>
          <w:rFonts w:ascii="Times New Roman" w:hAnsi="Times New Roman" w:cs="Times New Roman"/>
        </w:rPr>
        <w:t xml:space="preserve"> prevent, remedy and ensure non-recurrence of defective services.  </w:t>
      </w:r>
    </w:p>
    <w:p w14:paraId="16EDFC2B" w14:textId="77777777" w:rsidR="00650308" w:rsidRPr="002F5D52" w:rsidRDefault="00650308" w:rsidP="00650308">
      <w:pPr>
        <w:pStyle w:val="ListParagraph"/>
        <w:spacing w:after="0" w:line="240" w:lineRule="auto"/>
        <w:rPr>
          <w:rFonts w:ascii="Times New Roman" w:hAnsi="Times New Roman" w:cs="Times New Roman"/>
        </w:rPr>
      </w:pPr>
    </w:p>
    <w:p w14:paraId="42EFCE2B" w14:textId="77777777" w:rsidR="00650308" w:rsidRPr="002F5D52" w:rsidRDefault="00650308" w:rsidP="00650308">
      <w:pPr>
        <w:pStyle w:val="ListParagraph"/>
        <w:numPr>
          <w:ilvl w:val="0"/>
          <w:numId w:val="15"/>
        </w:numPr>
        <w:spacing w:after="0" w:line="240" w:lineRule="auto"/>
        <w:rPr>
          <w:rFonts w:ascii="Times New Roman" w:hAnsi="Times New Roman" w:cs="Times New Roman"/>
          <w:u w:val="single"/>
        </w:rPr>
      </w:pPr>
      <w:r w:rsidRPr="002F5D52">
        <w:rPr>
          <w:rFonts w:ascii="Times New Roman" w:hAnsi="Times New Roman" w:cs="Times New Roman"/>
        </w:rPr>
        <w:t>Provide a method to accept and resolve customer complaints and notify the customer of the resolution.</w:t>
      </w:r>
    </w:p>
    <w:p w14:paraId="04C52B94" w14:textId="77777777" w:rsidR="00650308" w:rsidRPr="002F5D52" w:rsidRDefault="00650308" w:rsidP="00650308">
      <w:pPr>
        <w:pStyle w:val="ListParagraph"/>
        <w:spacing w:after="0" w:line="240" w:lineRule="auto"/>
        <w:rPr>
          <w:rFonts w:ascii="Times New Roman" w:hAnsi="Times New Roman" w:cs="Times New Roman"/>
          <w:u w:val="single"/>
        </w:rPr>
      </w:pPr>
    </w:p>
    <w:p w14:paraId="0A7BC7C4" w14:textId="06163F05" w:rsidR="00650308" w:rsidRPr="0081682A" w:rsidRDefault="00650308" w:rsidP="0081682A">
      <w:pPr>
        <w:pStyle w:val="ListParagraph"/>
        <w:numPr>
          <w:ilvl w:val="0"/>
          <w:numId w:val="15"/>
        </w:numPr>
        <w:spacing w:after="0" w:line="240" w:lineRule="auto"/>
        <w:rPr>
          <w:rFonts w:ascii="Times New Roman" w:hAnsi="Times New Roman" w:cs="Times New Roman"/>
          <w:u w:val="single"/>
        </w:rPr>
      </w:pPr>
      <w:r w:rsidRPr="002F5D52">
        <w:rPr>
          <w:rFonts w:ascii="Times New Roman" w:hAnsi="Times New Roman" w:cs="Times New Roman"/>
        </w:rPr>
        <w:t xml:space="preserve">Provide a contingency plan </w:t>
      </w:r>
      <w:proofErr w:type="gramStart"/>
      <w:r w:rsidRPr="002F5D52">
        <w:rPr>
          <w:rFonts w:ascii="Times New Roman" w:hAnsi="Times New Roman" w:cs="Times New Roman"/>
        </w:rPr>
        <w:t>in</w:t>
      </w:r>
      <w:proofErr w:type="gramEnd"/>
      <w:r w:rsidRPr="002F5D52">
        <w:rPr>
          <w:rFonts w:ascii="Times New Roman" w:hAnsi="Times New Roman" w:cs="Times New Roman"/>
        </w:rPr>
        <w:t xml:space="preserve"> the event when staff is out.</w:t>
      </w:r>
    </w:p>
    <w:p w14:paraId="49AB5E47" w14:textId="363F69CF" w:rsidR="00650308" w:rsidRPr="0081682A" w:rsidRDefault="00650308" w:rsidP="0081682A">
      <w:pPr>
        <w:pStyle w:val="Heading2"/>
        <w:numPr>
          <w:ilvl w:val="0"/>
          <w:numId w:val="23"/>
        </w:numPr>
        <w:rPr>
          <w:rFonts w:ascii="Times New Roman" w:hAnsi="Times New Roman" w:cs="Times New Roman"/>
          <w:sz w:val="22"/>
          <w:szCs w:val="22"/>
        </w:rPr>
      </w:pPr>
      <w:r w:rsidRPr="0081682A">
        <w:rPr>
          <w:rFonts w:ascii="Times New Roman" w:hAnsi="Times New Roman" w:cs="Times New Roman"/>
          <w:sz w:val="22"/>
          <w:szCs w:val="22"/>
        </w:rPr>
        <w:t xml:space="preserve">REPORTING/DOCUMENTATION: </w:t>
      </w:r>
    </w:p>
    <w:p w14:paraId="4E4CACD9" w14:textId="77777777" w:rsidR="00650308" w:rsidRPr="002F5D52" w:rsidRDefault="00650308" w:rsidP="00650308">
      <w:pPr>
        <w:tabs>
          <w:tab w:val="left" w:pos="0"/>
        </w:tabs>
        <w:suppressAutoHyphens/>
        <w:spacing w:after="0" w:line="240" w:lineRule="auto"/>
        <w:rPr>
          <w:rFonts w:ascii="Times New Roman" w:hAnsi="Times New Roman" w:cs="Times New Roman"/>
        </w:rPr>
      </w:pPr>
    </w:p>
    <w:p w14:paraId="6E8FDF9D" w14:textId="77777777" w:rsidR="00650308" w:rsidRPr="002F5D52" w:rsidRDefault="00650308" w:rsidP="00650308">
      <w:pPr>
        <w:pStyle w:val="ListParagraph"/>
        <w:numPr>
          <w:ilvl w:val="0"/>
          <w:numId w:val="16"/>
        </w:numPr>
        <w:tabs>
          <w:tab w:val="left" w:pos="0"/>
        </w:tabs>
        <w:suppressAutoHyphens/>
        <w:spacing w:after="0" w:line="240" w:lineRule="auto"/>
        <w:rPr>
          <w:rFonts w:ascii="Times New Roman" w:hAnsi="Times New Roman" w:cs="Times New Roman"/>
        </w:rPr>
      </w:pPr>
      <w:r w:rsidRPr="002F5D52">
        <w:rPr>
          <w:rFonts w:ascii="Times New Roman" w:hAnsi="Times New Roman" w:cs="Times New Roman"/>
        </w:rPr>
        <w:t xml:space="preserve">The Contractor must maintain a record and log of daily courier pick-ups and deliveries indicating time and date of pick-up, delivery, number of specimens and items per facility and per department. </w:t>
      </w:r>
    </w:p>
    <w:p w14:paraId="2082819F" w14:textId="77777777" w:rsidR="00650308" w:rsidRPr="002F5D52" w:rsidRDefault="00650308" w:rsidP="00650308">
      <w:pPr>
        <w:pStyle w:val="ListParagraph"/>
        <w:tabs>
          <w:tab w:val="left" w:pos="0"/>
        </w:tabs>
        <w:suppressAutoHyphens/>
        <w:spacing w:after="0" w:line="240" w:lineRule="auto"/>
        <w:rPr>
          <w:rFonts w:ascii="Times New Roman" w:hAnsi="Times New Roman" w:cs="Times New Roman"/>
        </w:rPr>
      </w:pPr>
    </w:p>
    <w:p w14:paraId="49B386B4" w14:textId="77777777" w:rsidR="00650308" w:rsidRDefault="00650308" w:rsidP="00650308">
      <w:pPr>
        <w:pStyle w:val="ListParagraph"/>
        <w:numPr>
          <w:ilvl w:val="0"/>
          <w:numId w:val="16"/>
        </w:numPr>
        <w:tabs>
          <w:tab w:val="left" w:pos="0"/>
        </w:tabs>
        <w:suppressAutoHyphens/>
        <w:spacing w:after="0" w:line="240" w:lineRule="auto"/>
        <w:rPr>
          <w:rFonts w:ascii="Times New Roman" w:hAnsi="Times New Roman" w:cs="Times New Roman"/>
        </w:rPr>
      </w:pPr>
      <w:proofErr w:type="gramStart"/>
      <w:r w:rsidRPr="002F5D52">
        <w:rPr>
          <w:rFonts w:ascii="Times New Roman" w:hAnsi="Times New Roman" w:cs="Times New Roman"/>
        </w:rPr>
        <w:t>In the event that</w:t>
      </w:r>
      <w:proofErr w:type="gramEnd"/>
      <w:r w:rsidRPr="002F5D52">
        <w:rPr>
          <w:rFonts w:ascii="Times New Roman" w:hAnsi="Times New Roman" w:cs="Times New Roman"/>
        </w:rPr>
        <w:t xml:space="preserve"> specimens or any item that is transported containers become lost or broken, the contractor is required to submit a written report to the POC within twenty-four (24) hours explaining the circumstances. Failure to provide the report with the specific time frame shall cause further review by the Government to determine if the infraction warrants suspension/termination of the contract. </w:t>
      </w:r>
    </w:p>
    <w:p w14:paraId="436B5893" w14:textId="77777777" w:rsidR="00872B12" w:rsidRPr="00872B12" w:rsidRDefault="00872B12" w:rsidP="00872B12">
      <w:pPr>
        <w:pStyle w:val="ListParagraph"/>
        <w:rPr>
          <w:rFonts w:ascii="Times New Roman" w:hAnsi="Times New Roman" w:cs="Times New Roman"/>
        </w:rPr>
      </w:pPr>
    </w:p>
    <w:p w14:paraId="127F945C" w14:textId="7205258E" w:rsidR="00872B12" w:rsidRPr="00C75ECD" w:rsidRDefault="000D04D4" w:rsidP="00650308">
      <w:pPr>
        <w:pStyle w:val="ListParagraph"/>
        <w:numPr>
          <w:ilvl w:val="0"/>
          <w:numId w:val="16"/>
        </w:numPr>
        <w:tabs>
          <w:tab w:val="left" w:pos="0"/>
        </w:tabs>
        <w:suppressAutoHyphens/>
        <w:spacing w:after="0" w:line="240" w:lineRule="auto"/>
        <w:rPr>
          <w:rFonts w:ascii="Times New Roman" w:hAnsi="Times New Roman" w:cs="Times New Roman"/>
        </w:rPr>
      </w:pPr>
      <w:r w:rsidRPr="00C75ECD">
        <w:rPr>
          <w:rFonts w:ascii="Times New Roman" w:hAnsi="Times New Roman" w:cs="Times New Roman"/>
        </w:rPr>
        <w:t xml:space="preserve">When a scheduled run/trip is not completed for any reason (e.g. no items needing to be transported for a specific day/route), the contractor should NOT bill the VA for that trip (even though it is on the contract schedule). </w:t>
      </w:r>
      <w:proofErr w:type="gramStart"/>
      <w:r w:rsidRPr="00C75ECD">
        <w:rPr>
          <w:rFonts w:ascii="Times New Roman" w:hAnsi="Times New Roman" w:cs="Times New Roman"/>
        </w:rPr>
        <w:t>Contractor</w:t>
      </w:r>
      <w:proofErr w:type="gramEnd"/>
      <w:r w:rsidRPr="00C75ECD">
        <w:rPr>
          <w:rFonts w:ascii="Times New Roman" w:hAnsi="Times New Roman" w:cs="Times New Roman"/>
        </w:rPr>
        <w:t xml:space="preserve"> should only bill the VA for trips that were </w:t>
      </w:r>
      <w:proofErr w:type="gramStart"/>
      <w:r w:rsidRPr="00C75ECD">
        <w:rPr>
          <w:rFonts w:ascii="Times New Roman" w:hAnsi="Times New Roman" w:cs="Times New Roman"/>
        </w:rPr>
        <w:t>actually completed</w:t>
      </w:r>
      <w:proofErr w:type="gramEnd"/>
      <w:r w:rsidRPr="00C75ECD">
        <w:rPr>
          <w:rFonts w:ascii="Times New Roman" w:hAnsi="Times New Roman" w:cs="Times New Roman"/>
        </w:rPr>
        <w:t xml:space="preserve"> (proof of completion should be documented and submitted when invoicing).</w:t>
      </w:r>
    </w:p>
    <w:p w14:paraId="07438E59" w14:textId="77777777" w:rsidR="00650308" w:rsidRPr="002F5D52" w:rsidRDefault="00650308" w:rsidP="00650308">
      <w:pPr>
        <w:spacing w:after="0" w:line="240" w:lineRule="auto"/>
        <w:rPr>
          <w:rFonts w:ascii="Times New Roman" w:hAnsi="Times New Roman" w:cs="Times New Roman"/>
          <w:bCs/>
          <w:u w:val="single"/>
        </w:rPr>
      </w:pPr>
    </w:p>
    <w:p w14:paraId="45B88F79" w14:textId="4B03EA7A" w:rsidR="00650308" w:rsidRPr="0081682A" w:rsidRDefault="00650308" w:rsidP="0081682A">
      <w:pPr>
        <w:pStyle w:val="Heading2"/>
        <w:numPr>
          <w:ilvl w:val="0"/>
          <w:numId w:val="23"/>
        </w:numPr>
        <w:rPr>
          <w:rFonts w:ascii="Times New Roman" w:hAnsi="Times New Roman" w:cs="Times New Roman"/>
          <w:sz w:val="22"/>
          <w:szCs w:val="22"/>
        </w:rPr>
      </w:pPr>
      <w:r w:rsidRPr="0081682A">
        <w:rPr>
          <w:rFonts w:ascii="Times New Roman" w:hAnsi="Times New Roman" w:cs="Times New Roman"/>
          <w:sz w:val="22"/>
          <w:szCs w:val="22"/>
        </w:rPr>
        <w:t>CONFIDENTIALITY:</w:t>
      </w:r>
    </w:p>
    <w:p w14:paraId="5464F610" w14:textId="77777777" w:rsidR="00650308" w:rsidRPr="002F5D52" w:rsidRDefault="00650308" w:rsidP="00650308">
      <w:pPr>
        <w:spacing w:after="0" w:line="240" w:lineRule="auto"/>
        <w:rPr>
          <w:rFonts w:ascii="Times New Roman" w:hAnsi="Times New Roman" w:cs="Times New Roman"/>
        </w:rPr>
      </w:pPr>
    </w:p>
    <w:p w14:paraId="4040AD3D" w14:textId="77777777" w:rsidR="00650308" w:rsidRPr="002F5D52" w:rsidRDefault="00650308" w:rsidP="00650308">
      <w:pPr>
        <w:spacing w:after="0" w:line="240" w:lineRule="auto"/>
        <w:rPr>
          <w:rFonts w:ascii="Times New Roman" w:hAnsi="Times New Roman" w:cs="Times New Roman"/>
        </w:rPr>
      </w:pPr>
      <w:r w:rsidRPr="002F5D52">
        <w:rPr>
          <w:rFonts w:ascii="Times New Roman" w:hAnsi="Times New Roman" w:cs="Times New Roman"/>
        </w:rPr>
        <w:t>The Contractor shall ensure the confidentiality of all patient information that is transported and shall be held liable in the event of breach of confidentiality.  The Contractor shall comply with the provisions of the Federal Privacy Act of 1974 (Public Law 93-579).</w:t>
      </w:r>
    </w:p>
    <w:p w14:paraId="0C42C672" w14:textId="77777777" w:rsidR="00650308" w:rsidRPr="002F5D52" w:rsidRDefault="00650308" w:rsidP="00650308">
      <w:pPr>
        <w:pStyle w:val="BodyTextIndent"/>
        <w:spacing w:after="0" w:line="240" w:lineRule="auto"/>
        <w:ind w:left="0"/>
        <w:rPr>
          <w:rFonts w:ascii="Times New Roman" w:hAnsi="Times New Roman"/>
          <w:b/>
        </w:rPr>
      </w:pPr>
    </w:p>
    <w:p w14:paraId="78C3A940" w14:textId="7B32840E" w:rsidR="00650308" w:rsidRPr="0081682A" w:rsidRDefault="00650308" w:rsidP="0081682A">
      <w:pPr>
        <w:pStyle w:val="Heading2"/>
        <w:numPr>
          <w:ilvl w:val="0"/>
          <w:numId w:val="23"/>
        </w:numPr>
        <w:rPr>
          <w:rFonts w:ascii="Times New Roman" w:hAnsi="Times New Roman" w:cs="Times New Roman"/>
          <w:sz w:val="22"/>
          <w:szCs w:val="22"/>
        </w:rPr>
      </w:pPr>
      <w:r w:rsidRPr="0081682A">
        <w:rPr>
          <w:rFonts w:ascii="Times New Roman" w:hAnsi="Times New Roman" w:cs="Times New Roman"/>
          <w:sz w:val="22"/>
          <w:szCs w:val="22"/>
        </w:rPr>
        <w:t>CHANGES:</w:t>
      </w:r>
    </w:p>
    <w:p w14:paraId="0540F20B" w14:textId="77777777" w:rsidR="00650308" w:rsidRPr="002F5D52" w:rsidRDefault="00650308" w:rsidP="00650308">
      <w:pPr>
        <w:spacing w:after="0" w:line="240" w:lineRule="auto"/>
        <w:rPr>
          <w:rFonts w:ascii="Times New Roman" w:eastAsia="Times New Roman" w:hAnsi="Times New Roman" w:cs="Times New Roman"/>
          <w:b/>
          <w:bCs/>
        </w:rPr>
      </w:pPr>
    </w:p>
    <w:p w14:paraId="279231CA" w14:textId="77777777" w:rsidR="00650308" w:rsidRPr="002F5D52" w:rsidRDefault="00650308" w:rsidP="00650308">
      <w:pPr>
        <w:pStyle w:val="ListParagraph"/>
        <w:numPr>
          <w:ilvl w:val="1"/>
          <w:numId w:val="17"/>
        </w:numPr>
        <w:spacing w:after="0" w:line="240" w:lineRule="auto"/>
        <w:ind w:left="810"/>
        <w:rPr>
          <w:rFonts w:ascii="Times New Roman" w:hAnsi="Times New Roman" w:cs="Times New Roman"/>
        </w:rPr>
      </w:pPr>
      <w:r w:rsidRPr="002F5D52">
        <w:rPr>
          <w:rFonts w:ascii="Times New Roman" w:hAnsi="Times New Roman" w:cs="Times New Roman"/>
        </w:rPr>
        <w:t xml:space="preserve">The Contractor is advised that </w:t>
      </w:r>
      <w:r w:rsidRPr="002F5D52">
        <w:rPr>
          <w:rFonts w:ascii="Times New Roman" w:hAnsi="Times New Roman" w:cs="Times New Roman"/>
          <w:u w:val="single"/>
        </w:rPr>
        <w:t>only</w:t>
      </w:r>
      <w:r w:rsidRPr="002F5D52">
        <w:rPr>
          <w:rFonts w:ascii="Times New Roman" w:hAnsi="Times New Roman" w:cs="Times New Roman"/>
        </w:rPr>
        <w:t xml:space="preserve"> the Contracting Officer has the authority to make changes which affect the contract in terms of quality, quantity, price, or delivery.</w:t>
      </w:r>
    </w:p>
    <w:p w14:paraId="2E8CE927" w14:textId="77777777" w:rsidR="00650308" w:rsidRPr="002F5D52" w:rsidRDefault="00650308" w:rsidP="00650308">
      <w:pPr>
        <w:pStyle w:val="ListParagraph"/>
        <w:spacing w:after="0" w:line="240" w:lineRule="auto"/>
        <w:ind w:left="810"/>
        <w:rPr>
          <w:rFonts w:ascii="Times New Roman" w:hAnsi="Times New Roman" w:cs="Times New Roman"/>
        </w:rPr>
      </w:pPr>
    </w:p>
    <w:p w14:paraId="6ED93DAE" w14:textId="77777777" w:rsidR="00650308" w:rsidRPr="002F5D52" w:rsidRDefault="00650308" w:rsidP="00650308">
      <w:pPr>
        <w:pStyle w:val="ListParagraph"/>
        <w:numPr>
          <w:ilvl w:val="1"/>
          <w:numId w:val="17"/>
        </w:numPr>
        <w:spacing w:after="0" w:line="240" w:lineRule="auto"/>
        <w:ind w:left="810"/>
        <w:rPr>
          <w:rFonts w:ascii="Times New Roman" w:hAnsi="Times New Roman" w:cs="Times New Roman"/>
        </w:rPr>
      </w:pPr>
      <w:r w:rsidRPr="002F5D52">
        <w:rPr>
          <w:rFonts w:ascii="Times New Roman" w:hAnsi="Times New Roman" w:cs="Times New Roman"/>
        </w:rPr>
        <w:t xml:space="preserve">In the event the Contractor effects any such change at the direction of any person other than the Contracting Officer, the change shall be considered to have been made without </w:t>
      </w:r>
      <w:proofErr w:type="gramStart"/>
      <w:r w:rsidRPr="002F5D52">
        <w:rPr>
          <w:rFonts w:ascii="Times New Roman" w:hAnsi="Times New Roman" w:cs="Times New Roman"/>
        </w:rPr>
        <w:t>authority</w:t>
      </w:r>
      <w:proofErr w:type="gramEnd"/>
      <w:r w:rsidRPr="002F5D52">
        <w:rPr>
          <w:rFonts w:ascii="Times New Roman" w:hAnsi="Times New Roman" w:cs="Times New Roman"/>
        </w:rPr>
        <w:t xml:space="preserve"> and no adjustment shall be made in the contract price to cover any increase in costs incurred as a result thereof.</w:t>
      </w:r>
    </w:p>
    <w:p w14:paraId="1F20251D" w14:textId="77777777" w:rsidR="00650308" w:rsidRPr="002F5D52" w:rsidRDefault="00650308" w:rsidP="00650308">
      <w:pPr>
        <w:spacing w:after="0" w:line="240" w:lineRule="auto"/>
        <w:rPr>
          <w:rFonts w:ascii="Times New Roman" w:hAnsi="Times New Roman" w:cs="Times New Roman"/>
          <w:u w:val="single"/>
        </w:rPr>
      </w:pPr>
    </w:p>
    <w:p w14:paraId="2F3C8867" w14:textId="5DADE815" w:rsidR="00650308" w:rsidRPr="0081682A" w:rsidRDefault="00650308" w:rsidP="0081682A">
      <w:pPr>
        <w:pStyle w:val="Heading2"/>
        <w:numPr>
          <w:ilvl w:val="0"/>
          <w:numId w:val="23"/>
        </w:numPr>
        <w:rPr>
          <w:rFonts w:ascii="Times New Roman" w:hAnsi="Times New Roman" w:cs="Times New Roman"/>
          <w:sz w:val="22"/>
          <w:szCs w:val="22"/>
        </w:rPr>
      </w:pPr>
      <w:r w:rsidRPr="0081682A">
        <w:rPr>
          <w:rFonts w:ascii="Times New Roman" w:hAnsi="Times New Roman" w:cs="Times New Roman"/>
          <w:sz w:val="22"/>
          <w:szCs w:val="22"/>
        </w:rPr>
        <w:t>BADGES AND PARKING:</w:t>
      </w:r>
    </w:p>
    <w:p w14:paraId="40499A1B" w14:textId="77777777" w:rsidR="00650308" w:rsidRPr="002F5D52" w:rsidRDefault="00650308" w:rsidP="00650308">
      <w:pPr>
        <w:widowControl w:val="0"/>
        <w:tabs>
          <w:tab w:val="left" w:pos="623"/>
          <w:tab w:val="left" w:pos="720"/>
          <w:tab w:val="left" w:pos="900"/>
          <w:tab w:val="left" w:pos="990"/>
          <w:tab w:val="left" w:pos="1170"/>
        </w:tabs>
        <w:spacing w:after="0" w:line="240" w:lineRule="auto"/>
        <w:rPr>
          <w:rFonts w:ascii="Times New Roman" w:eastAsia="Times New Roman" w:hAnsi="Times New Roman" w:cs="Times New Roman"/>
        </w:rPr>
      </w:pPr>
    </w:p>
    <w:p w14:paraId="62A9CA9C" w14:textId="77777777" w:rsidR="00650308" w:rsidRPr="002F5D52" w:rsidRDefault="00650308" w:rsidP="00650308">
      <w:pPr>
        <w:pStyle w:val="BodyTextIndent"/>
        <w:numPr>
          <w:ilvl w:val="0"/>
          <w:numId w:val="18"/>
        </w:numPr>
        <w:spacing w:after="0" w:line="240" w:lineRule="auto"/>
        <w:rPr>
          <w:rFonts w:ascii="Times New Roman" w:hAnsi="Times New Roman"/>
        </w:rPr>
      </w:pPr>
      <w:r w:rsidRPr="002F5D52">
        <w:rPr>
          <w:rFonts w:ascii="Times New Roman" w:hAnsi="Times New Roman"/>
        </w:rPr>
        <w:t xml:space="preserve">All contractor personnel shall wear identification (I. D.) badges issued by the VA Healthcare Facility’s Police Station during the entire time they are on the VISN 22 Healthcare Facility’s grounds. </w:t>
      </w:r>
    </w:p>
    <w:p w14:paraId="26CEA37B" w14:textId="77777777" w:rsidR="00650308" w:rsidRPr="002F5D52" w:rsidRDefault="00650308" w:rsidP="00650308">
      <w:pPr>
        <w:pStyle w:val="BodyTextIndent"/>
        <w:spacing w:after="0" w:line="240" w:lineRule="auto"/>
        <w:ind w:left="0"/>
        <w:rPr>
          <w:rFonts w:ascii="Times New Roman" w:hAnsi="Times New Roman"/>
        </w:rPr>
      </w:pPr>
    </w:p>
    <w:p w14:paraId="3BEB9E90" w14:textId="5EDD48DC" w:rsidR="00650308" w:rsidRPr="0081682A" w:rsidRDefault="00650308" w:rsidP="0081682A">
      <w:pPr>
        <w:pStyle w:val="BodyTextIndent"/>
        <w:numPr>
          <w:ilvl w:val="0"/>
          <w:numId w:val="18"/>
        </w:numPr>
        <w:spacing w:after="0" w:line="240" w:lineRule="auto"/>
        <w:rPr>
          <w:rFonts w:ascii="Times New Roman" w:hAnsi="Times New Roman"/>
        </w:rPr>
      </w:pPr>
      <w:r w:rsidRPr="002F5D52">
        <w:rPr>
          <w:rFonts w:ascii="Times New Roman" w:hAnsi="Times New Roman"/>
        </w:rPr>
        <w:t>It is the responsibility of the contractor’s personnel to park in the appropriate designated parking areas. Parking information is available from each healthcare facility police station. VISN 22 Healthcare Facilities shall not validate or make reimbursement for parking violations of the contractor's personnel under any circumstance.</w:t>
      </w:r>
    </w:p>
    <w:p w14:paraId="724907F6" w14:textId="2CFBD9E0" w:rsidR="00650308" w:rsidRPr="0081682A" w:rsidRDefault="00650308" w:rsidP="0081682A">
      <w:pPr>
        <w:pStyle w:val="Heading2"/>
        <w:numPr>
          <w:ilvl w:val="0"/>
          <w:numId w:val="23"/>
        </w:numPr>
        <w:rPr>
          <w:rFonts w:ascii="Times New Roman" w:hAnsi="Times New Roman" w:cs="Times New Roman"/>
          <w:sz w:val="22"/>
          <w:szCs w:val="22"/>
        </w:rPr>
      </w:pPr>
      <w:r w:rsidRPr="0081682A">
        <w:rPr>
          <w:rFonts w:ascii="Times New Roman" w:hAnsi="Times New Roman" w:cs="Times New Roman"/>
          <w:sz w:val="22"/>
          <w:szCs w:val="22"/>
        </w:rPr>
        <w:t>OVERTIME RATE:</w:t>
      </w:r>
    </w:p>
    <w:p w14:paraId="76C35C94" w14:textId="77777777" w:rsidR="00650308" w:rsidRPr="002F5D52" w:rsidRDefault="00650308" w:rsidP="00650308">
      <w:pPr>
        <w:spacing w:after="0" w:line="240" w:lineRule="auto"/>
        <w:rPr>
          <w:rFonts w:ascii="Times New Roman" w:eastAsia="Times New Roman" w:hAnsi="Times New Roman" w:cs="Times New Roman"/>
          <w:snapToGrid w:val="0"/>
        </w:rPr>
      </w:pPr>
      <w:r w:rsidRPr="002F5D52">
        <w:rPr>
          <w:rFonts w:ascii="Times New Roman" w:eastAsia="Times New Roman" w:hAnsi="Times New Roman" w:cs="Times New Roman"/>
          <w:snapToGrid w:val="0"/>
        </w:rPr>
        <w:t xml:space="preserve">The contract price includes </w:t>
      </w:r>
      <w:proofErr w:type="gramStart"/>
      <w:r w:rsidRPr="002F5D52">
        <w:rPr>
          <w:rFonts w:ascii="Times New Roman" w:eastAsia="Times New Roman" w:hAnsi="Times New Roman" w:cs="Times New Roman"/>
          <w:snapToGrid w:val="0"/>
        </w:rPr>
        <w:t>all of</w:t>
      </w:r>
      <w:proofErr w:type="gramEnd"/>
      <w:r w:rsidRPr="002F5D52">
        <w:rPr>
          <w:rFonts w:ascii="Times New Roman" w:eastAsia="Times New Roman" w:hAnsi="Times New Roman" w:cs="Times New Roman"/>
          <w:snapToGrid w:val="0"/>
        </w:rPr>
        <w:t xml:space="preserve"> the services described in the Statement of Work. The Contractor shall not invoice, nor be paid for any additional costs the contractor incurs associated with overtime or holiday or weekend emergency call back services under this contract. </w:t>
      </w:r>
    </w:p>
    <w:p w14:paraId="3FC38F7A" w14:textId="77777777" w:rsidR="00650308" w:rsidRPr="002F5D52" w:rsidRDefault="00650308" w:rsidP="00650308">
      <w:pPr>
        <w:spacing w:after="0" w:line="240" w:lineRule="auto"/>
        <w:rPr>
          <w:rFonts w:ascii="Times New Roman" w:eastAsia="Times New Roman" w:hAnsi="Times New Roman" w:cs="Times New Roman"/>
          <w:snapToGrid w:val="0"/>
        </w:rPr>
      </w:pPr>
    </w:p>
    <w:p w14:paraId="4C6422F2" w14:textId="425A0B2E" w:rsidR="00650308" w:rsidRPr="0081682A" w:rsidRDefault="00650308" w:rsidP="0081682A">
      <w:pPr>
        <w:pStyle w:val="Heading2"/>
        <w:numPr>
          <w:ilvl w:val="0"/>
          <w:numId w:val="23"/>
        </w:numPr>
        <w:rPr>
          <w:rFonts w:ascii="Times New Roman" w:hAnsi="Times New Roman" w:cs="Times New Roman"/>
          <w:sz w:val="22"/>
          <w:szCs w:val="22"/>
        </w:rPr>
      </w:pPr>
      <w:r w:rsidRPr="0081682A">
        <w:rPr>
          <w:rFonts w:ascii="Times New Roman" w:hAnsi="Times New Roman" w:cs="Times New Roman"/>
          <w:sz w:val="22"/>
          <w:szCs w:val="22"/>
        </w:rPr>
        <w:t>HOURS OF OPERATION:</w:t>
      </w:r>
    </w:p>
    <w:p w14:paraId="389D7FC5" w14:textId="77777777" w:rsidR="00650308" w:rsidRPr="002F5D52" w:rsidRDefault="00650308" w:rsidP="00650308">
      <w:pPr>
        <w:spacing w:after="0" w:line="240" w:lineRule="auto"/>
        <w:ind w:left="90"/>
        <w:rPr>
          <w:rFonts w:ascii="Times New Roman" w:hAnsi="Times New Roman" w:cs="Times New Roman"/>
        </w:rPr>
      </w:pPr>
    </w:p>
    <w:p w14:paraId="404E52B6" w14:textId="23BC29B5" w:rsidR="00650308" w:rsidRPr="002F5D52" w:rsidRDefault="00650308" w:rsidP="000952BF">
      <w:pPr>
        <w:spacing w:after="0" w:line="240" w:lineRule="auto"/>
        <w:ind w:left="90"/>
        <w:rPr>
          <w:rFonts w:ascii="Times New Roman" w:eastAsia="Times New Roman" w:hAnsi="Times New Roman" w:cs="Times New Roman"/>
          <w:snapToGrid w:val="0"/>
        </w:rPr>
      </w:pPr>
      <w:r w:rsidRPr="002F5D52">
        <w:rPr>
          <w:rFonts w:ascii="Times New Roman" w:hAnsi="Times New Roman" w:cs="Times New Roman"/>
        </w:rPr>
        <w:t xml:space="preserve">The hours of operation vary from facility to facility, but many pick-up and delivery locations are open 24/7, or have extended business hours. As such, courier runs shall not be restricted to 8:00am-4:30pm, Monday-Friday schedule. In some cases, night, weekend, and holiday runs will be required. Specific times are required for multiple deliveries as defined in </w:t>
      </w:r>
      <w:r w:rsidRPr="002F5D52">
        <w:rPr>
          <w:rFonts w:ascii="Times New Roman" w:eastAsia="Times New Roman" w:hAnsi="Times New Roman" w:cs="Times New Roman"/>
          <w:snapToGrid w:val="0"/>
        </w:rPr>
        <w:t>the statement of work.</w:t>
      </w:r>
    </w:p>
    <w:p w14:paraId="3BBEABD8" w14:textId="77777777" w:rsidR="000952BF" w:rsidRPr="002F5D52" w:rsidRDefault="000952BF" w:rsidP="000952BF">
      <w:pPr>
        <w:spacing w:after="0" w:line="240" w:lineRule="auto"/>
        <w:ind w:left="90"/>
        <w:rPr>
          <w:rFonts w:ascii="Times New Roman" w:eastAsia="Times New Roman" w:hAnsi="Times New Roman" w:cs="Times New Roman"/>
          <w:snapToGrid w:val="0"/>
        </w:rPr>
      </w:pPr>
    </w:p>
    <w:p w14:paraId="69EBBEBF" w14:textId="46FCE330" w:rsidR="00650308" w:rsidRPr="0081682A" w:rsidRDefault="00CB6419" w:rsidP="0081682A">
      <w:pPr>
        <w:pStyle w:val="Heading2"/>
        <w:numPr>
          <w:ilvl w:val="0"/>
          <w:numId w:val="23"/>
        </w:numPr>
        <w:rPr>
          <w:rFonts w:ascii="Times New Roman" w:hAnsi="Times New Roman" w:cs="Times New Roman"/>
          <w:sz w:val="22"/>
          <w:szCs w:val="22"/>
        </w:rPr>
      </w:pPr>
      <w:r w:rsidRPr="0081682A">
        <w:rPr>
          <w:rFonts w:ascii="Times New Roman" w:hAnsi="Times New Roman" w:cs="Times New Roman"/>
          <w:sz w:val="22"/>
          <w:szCs w:val="22"/>
        </w:rPr>
        <w:lastRenderedPageBreak/>
        <w:t>NATIONAL HOLIDAYS OBSERVED BY THE FEDERAL GOVERNMENT:</w:t>
      </w:r>
    </w:p>
    <w:p w14:paraId="31922036" w14:textId="77777777" w:rsidR="000952BF" w:rsidRDefault="000952BF" w:rsidP="00650308">
      <w:pPr>
        <w:spacing w:after="0" w:line="240" w:lineRule="auto"/>
        <w:rPr>
          <w:rFonts w:ascii="Times New Roman" w:eastAsia="Times New Roman" w:hAnsi="Times New Roman" w:cs="Times New Roman"/>
          <w:snapToGrid w:val="0"/>
        </w:rPr>
      </w:pPr>
    </w:p>
    <w:p w14:paraId="2DCC2D41" w14:textId="77777777" w:rsidR="00E402A6" w:rsidRPr="002F5D52" w:rsidRDefault="00E402A6" w:rsidP="00650308">
      <w:pPr>
        <w:spacing w:after="0" w:line="240" w:lineRule="auto"/>
        <w:rPr>
          <w:rFonts w:ascii="Times New Roman" w:eastAsia="Times New Roman" w:hAnsi="Times New Roman" w:cs="Times New Roman"/>
          <w:snapToGrid w:val="0"/>
        </w:rPr>
      </w:pPr>
    </w:p>
    <w:tbl>
      <w:tblPr>
        <w:tblpPr w:leftFromText="180" w:rightFromText="180" w:vertAnchor="text" w:horzAnchor="margin" w:tblpY="-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95"/>
        <w:gridCol w:w="4135"/>
      </w:tblGrid>
      <w:tr w:rsidR="000952BF" w:rsidRPr="002F5D52" w14:paraId="42C18A4F" w14:textId="77777777" w:rsidTr="000952BF">
        <w:tc>
          <w:tcPr>
            <w:tcW w:w="4495" w:type="dxa"/>
          </w:tcPr>
          <w:p w14:paraId="0833318C"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New Year’s Day</w:t>
            </w:r>
          </w:p>
        </w:tc>
        <w:tc>
          <w:tcPr>
            <w:tcW w:w="4135" w:type="dxa"/>
          </w:tcPr>
          <w:p w14:paraId="2F008A2C"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1st of January</w:t>
            </w:r>
          </w:p>
        </w:tc>
      </w:tr>
      <w:tr w:rsidR="000952BF" w:rsidRPr="002F5D52" w14:paraId="777F2CF8" w14:textId="77777777" w:rsidTr="000952BF">
        <w:tc>
          <w:tcPr>
            <w:tcW w:w="4495" w:type="dxa"/>
          </w:tcPr>
          <w:p w14:paraId="15E3C7C0"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Martin Luther King’s Birthday</w:t>
            </w:r>
          </w:p>
        </w:tc>
        <w:tc>
          <w:tcPr>
            <w:tcW w:w="4135" w:type="dxa"/>
          </w:tcPr>
          <w:p w14:paraId="5E72DC6D"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Third Monday in January</w:t>
            </w:r>
          </w:p>
        </w:tc>
      </w:tr>
      <w:tr w:rsidR="000952BF" w:rsidRPr="002F5D52" w14:paraId="5A29943C" w14:textId="77777777" w:rsidTr="000952BF">
        <w:tc>
          <w:tcPr>
            <w:tcW w:w="4495" w:type="dxa"/>
          </w:tcPr>
          <w:p w14:paraId="64ED0B18"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President’s Day</w:t>
            </w:r>
          </w:p>
        </w:tc>
        <w:tc>
          <w:tcPr>
            <w:tcW w:w="4135" w:type="dxa"/>
          </w:tcPr>
          <w:p w14:paraId="74CF9239"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Third Monday in February</w:t>
            </w:r>
          </w:p>
        </w:tc>
      </w:tr>
      <w:tr w:rsidR="000952BF" w:rsidRPr="002F5D52" w14:paraId="7C3C2E1B" w14:textId="77777777" w:rsidTr="000952BF">
        <w:tc>
          <w:tcPr>
            <w:tcW w:w="4495" w:type="dxa"/>
          </w:tcPr>
          <w:p w14:paraId="0828A1A2"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Memorial Day</w:t>
            </w:r>
          </w:p>
        </w:tc>
        <w:tc>
          <w:tcPr>
            <w:tcW w:w="4135" w:type="dxa"/>
          </w:tcPr>
          <w:p w14:paraId="19CD838B"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Last Monday in May</w:t>
            </w:r>
          </w:p>
        </w:tc>
      </w:tr>
      <w:tr w:rsidR="000952BF" w:rsidRPr="002F5D52" w14:paraId="08FEA76D" w14:textId="77777777" w:rsidTr="000952BF">
        <w:trPr>
          <w:trHeight w:val="279"/>
        </w:trPr>
        <w:tc>
          <w:tcPr>
            <w:tcW w:w="4495" w:type="dxa"/>
          </w:tcPr>
          <w:p w14:paraId="2BC1AE02"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Juneteenth</w:t>
            </w:r>
          </w:p>
        </w:tc>
        <w:tc>
          <w:tcPr>
            <w:tcW w:w="4135" w:type="dxa"/>
          </w:tcPr>
          <w:p w14:paraId="403D414B"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19th of June</w:t>
            </w:r>
          </w:p>
        </w:tc>
      </w:tr>
      <w:tr w:rsidR="000952BF" w:rsidRPr="002F5D52" w14:paraId="4898FDC3" w14:textId="77777777" w:rsidTr="000952BF">
        <w:tc>
          <w:tcPr>
            <w:tcW w:w="4495" w:type="dxa"/>
          </w:tcPr>
          <w:p w14:paraId="2C69B786"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Independence Day</w:t>
            </w:r>
          </w:p>
        </w:tc>
        <w:tc>
          <w:tcPr>
            <w:tcW w:w="4135" w:type="dxa"/>
          </w:tcPr>
          <w:p w14:paraId="6EB2489F"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4th of July</w:t>
            </w:r>
          </w:p>
        </w:tc>
      </w:tr>
      <w:tr w:rsidR="000952BF" w:rsidRPr="002F5D52" w14:paraId="44060E2E" w14:textId="77777777" w:rsidTr="000952BF">
        <w:tc>
          <w:tcPr>
            <w:tcW w:w="4495" w:type="dxa"/>
          </w:tcPr>
          <w:p w14:paraId="304C0160"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Labor Day</w:t>
            </w:r>
          </w:p>
        </w:tc>
        <w:tc>
          <w:tcPr>
            <w:tcW w:w="4135" w:type="dxa"/>
          </w:tcPr>
          <w:p w14:paraId="6EDD8A0D"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First Monday in September</w:t>
            </w:r>
          </w:p>
        </w:tc>
      </w:tr>
      <w:tr w:rsidR="000952BF" w:rsidRPr="002F5D52" w14:paraId="0B6E03E0" w14:textId="77777777" w:rsidTr="000952BF">
        <w:tc>
          <w:tcPr>
            <w:tcW w:w="4495" w:type="dxa"/>
          </w:tcPr>
          <w:p w14:paraId="375AE57C"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Columbus Day</w:t>
            </w:r>
          </w:p>
        </w:tc>
        <w:tc>
          <w:tcPr>
            <w:tcW w:w="4135" w:type="dxa"/>
          </w:tcPr>
          <w:p w14:paraId="352299AB"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Second Monday in October</w:t>
            </w:r>
          </w:p>
        </w:tc>
      </w:tr>
      <w:tr w:rsidR="000952BF" w:rsidRPr="002F5D52" w14:paraId="7FA75864" w14:textId="77777777" w:rsidTr="000952BF">
        <w:tc>
          <w:tcPr>
            <w:tcW w:w="4495" w:type="dxa"/>
          </w:tcPr>
          <w:p w14:paraId="1697582F"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Veterans Day</w:t>
            </w:r>
          </w:p>
        </w:tc>
        <w:tc>
          <w:tcPr>
            <w:tcW w:w="4135" w:type="dxa"/>
          </w:tcPr>
          <w:p w14:paraId="471EB234"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11th of November</w:t>
            </w:r>
          </w:p>
        </w:tc>
      </w:tr>
      <w:tr w:rsidR="000952BF" w:rsidRPr="002F5D52" w14:paraId="5B8C2747" w14:textId="77777777" w:rsidTr="000952BF">
        <w:tc>
          <w:tcPr>
            <w:tcW w:w="4495" w:type="dxa"/>
          </w:tcPr>
          <w:p w14:paraId="51F6FCEC"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Thanksgiving Day</w:t>
            </w:r>
          </w:p>
        </w:tc>
        <w:tc>
          <w:tcPr>
            <w:tcW w:w="4135" w:type="dxa"/>
          </w:tcPr>
          <w:p w14:paraId="0B51C8AC"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4th Thursday in November</w:t>
            </w:r>
          </w:p>
        </w:tc>
      </w:tr>
      <w:tr w:rsidR="000952BF" w:rsidRPr="002F5D52" w14:paraId="0A5E53CE" w14:textId="77777777" w:rsidTr="000952BF">
        <w:tc>
          <w:tcPr>
            <w:tcW w:w="4495" w:type="dxa"/>
          </w:tcPr>
          <w:p w14:paraId="2ACBC2DC"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Christmas Day</w:t>
            </w:r>
          </w:p>
        </w:tc>
        <w:tc>
          <w:tcPr>
            <w:tcW w:w="4135" w:type="dxa"/>
          </w:tcPr>
          <w:p w14:paraId="65FF3342" w14:textId="77777777" w:rsidR="000952BF" w:rsidRPr="002F5D52" w:rsidRDefault="000952BF" w:rsidP="000952BF">
            <w:pPr>
              <w:spacing w:after="0" w:line="240" w:lineRule="auto"/>
              <w:rPr>
                <w:rFonts w:ascii="Times New Roman" w:eastAsia="Times New Roman" w:hAnsi="Times New Roman" w:cs="Times New Roman"/>
              </w:rPr>
            </w:pPr>
            <w:r w:rsidRPr="002F5D52">
              <w:rPr>
                <w:rFonts w:ascii="Times New Roman" w:eastAsia="Times New Roman" w:hAnsi="Times New Roman" w:cs="Times New Roman"/>
              </w:rPr>
              <w:t>25</w:t>
            </w:r>
            <w:r w:rsidRPr="002F5D52">
              <w:rPr>
                <w:rFonts w:ascii="Times New Roman" w:eastAsia="Times New Roman" w:hAnsi="Times New Roman" w:cs="Times New Roman"/>
                <w:vertAlign w:val="superscript"/>
              </w:rPr>
              <w:t>th</w:t>
            </w:r>
            <w:r w:rsidRPr="002F5D52">
              <w:rPr>
                <w:rFonts w:ascii="Times New Roman" w:eastAsia="Times New Roman" w:hAnsi="Times New Roman" w:cs="Times New Roman"/>
              </w:rPr>
              <w:t xml:space="preserve"> of December</w:t>
            </w:r>
          </w:p>
        </w:tc>
      </w:tr>
    </w:tbl>
    <w:p w14:paraId="4FC6B48D" w14:textId="5DE83DA7" w:rsidR="00650308" w:rsidRPr="002F5D52" w:rsidRDefault="00650308" w:rsidP="00650308">
      <w:pPr>
        <w:spacing w:after="0" w:line="240" w:lineRule="auto"/>
        <w:rPr>
          <w:rFonts w:ascii="Times New Roman" w:hAnsi="Times New Roman" w:cs="Times New Roman"/>
        </w:rPr>
      </w:pPr>
      <w:r w:rsidRPr="002F5D52">
        <w:rPr>
          <w:rFonts w:ascii="Times New Roman" w:eastAsia="Times New Roman" w:hAnsi="Times New Roman" w:cs="Times New Roman"/>
          <w:snapToGrid w:val="0"/>
        </w:rPr>
        <w:t>If a holiday falls on Sunday, the following Monday will be observed as the National Holiday. When a holiday falls on a Saturday, the preceding Friday is observed as a National Holiday by U.S. Government agencies. Also, included would be any day specifically declared by the President of the United States as a National Holiday</w:t>
      </w:r>
    </w:p>
    <w:p w14:paraId="7DC3E717" w14:textId="77777777" w:rsidR="00091F28" w:rsidRPr="002F5D52" w:rsidRDefault="00091F28">
      <w:pPr>
        <w:rPr>
          <w:rFonts w:ascii="Times New Roman" w:hAnsi="Times New Roman" w:cs="Times New Roman"/>
        </w:rPr>
      </w:pPr>
    </w:p>
    <w:sectPr w:rsidR="00091F28" w:rsidRPr="002F5D52"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FB843" w14:textId="77777777" w:rsidR="00D958B6" w:rsidRDefault="00D958B6" w:rsidP="0009374B">
      <w:pPr>
        <w:spacing w:after="0" w:line="240" w:lineRule="auto"/>
      </w:pPr>
      <w:r>
        <w:separator/>
      </w:r>
    </w:p>
  </w:endnote>
  <w:endnote w:type="continuationSeparator" w:id="0">
    <w:p w14:paraId="3DB2F1BF" w14:textId="77777777" w:rsidR="00D958B6" w:rsidRDefault="00D958B6" w:rsidP="00093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4900001"/>
      <w:docPartObj>
        <w:docPartGallery w:val="Page Numbers (Bottom of Page)"/>
        <w:docPartUnique/>
      </w:docPartObj>
    </w:sdtPr>
    <w:sdtEndPr/>
    <w:sdtContent>
      <w:sdt>
        <w:sdtPr>
          <w:id w:val="-1769616900"/>
          <w:docPartObj>
            <w:docPartGallery w:val="Page Numbers (Top of Page)"/>
            <w:docPartUnique/>
          </w:docPartObj>
        </w:sdtPr>
        <w:sdtEndPr/>
        <w:sdtContent>
          <w:p w14:paraId="2E0A5343" w14:textId="06D17B41" w:rsidR="00B36078" w:rsidRDefault="00B3607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C0C8645" w14:textId="77777777" w:rsidR="00B36078" w:rsidRDefault="00B360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4ADFB" w14:textId="77777777" w:rsidR="00D958B6" w:rsidRDefault="00D958B6" w:rsidP="0009374B">
      <w:pPr>
        <w:spacing w:after="0" w:line="240" w:lineRule="auto"/>
      </w:pPr>
      <w:r>
        <w:separator/>
      </w:r>
    </w:p>
  </w:footnote>
  <w:footnote w:type="continuationSeparator" w:id="0">
    <w:p w14:paraId="0D98ADC4" w14:textId="77777777" w:rsidR="00D958B6" w:rsidRDefault="00D958B6" w:rsidP="000937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572D9"/>
    <w:multiLevelType w:val="hybridMultilevel"/>
    <w:tmpl w:val="6DF8552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633EB7"/>
    <w:multiLevelType w:val="hybridMultilevel"/>
    <w:tmpl w:val="7B7807F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12E446E"/>
    <w:multiLevelType w:val="hybridMultilevel"/>
    <w:tmpl w:val="BAACDD90"/>
    <w:lvl w:ilvl="0" w:tplc="C116F988">
      <w:start w:val="1"/>
      <w:numFmt w:val="decimal"/>
      <w:lvlText w:val="%1."/>
      <w:lvlJc w:val="left"/>
      <w:pPr>
        <w:ind w:left="720" w:hanging="360"/>
      </w:pPr>
      <w:rPr>
        <w:b/>
      </w:rPr>
    </w:lvl>
    <w:lvl w:ilvl="1" w:tplc="8284650A">
      <w:start w:val="1"/>
      <w:numFmt w:val="lowerLetter"/>
      <w:lvlText w:val="%2."/>
      <w:lvlJc w:val="left"/>
      <w:pPr>
        <w:ind w:left="1440" w:hanging="360"/>
      </w:pPr>
      <w:rPr>
        <w:color w:val="auto"/>
      </w:rPr>
    </w:lvl>
    <w:lvl w:ilvl="2" w:tplc="A560F71C">
      <w:start w:val="2"/>
      <w:numFmt w:val="lowerRoman"/>
      <w:lvlText w:val="%3."/>
      <w:lvlJc w:val="left"/>
      <w:pPr>
        <w:ind w:left="2700" w:hanging="720"/>
      </w:pPr>
      <w:rPr>
        <w:rFonts w:hint="default"/>
      </w:rPr>
    </w:lvl>
    <w:lvl w:ilvl="3" w:tplc="83585EBC" w:tentative="1">
      <w:start w:val="1"/>
      <w:numFmt w:val="decimal"/>
      <w:lvlText w:val="%4."/>
      <w:lvlJc w:val="left"/>
      <w:pPr>
        <w:ind w:left="2880" w:hanging="360"/>
      </w:pPr>
    </w:lvl>
    <w:lvl w:ilvl="4" w:tplc="C01EF6CA" w:tentative="1">
      <w:start w:val="1"/>
      <w:numFmt w:val="lowerLetter"/>
      <w:lvlText w:val="%5."/>
      <w:lvlJc w:val="left"/>
      <w:pPr>
        <w:ind w:left="3600" w:hanging="360"/>
      </w:pPr>
    </w:lvl>
    <w:lvl w:ilvl="5" w:tplc="4E0EE10C" w:tentative="1">
      <w:start w:val="1"/>
      <w:numFmt w:val="lowerRoman"/>
      <w:lvlText w:val="%6."/>
      <w:lvlJc w:val="right"/>
      <w:pPr>
        <w:ind w:left="4320" w:hanging="180"/>
      </w:pPr>
    </w:lvl>
    <w:lvl w:ilvl="6" w:tplc="112C30AE" w:tentative="1">
      <w:start w:val="1"/>
      <w:numFmt w:val="decimal"/>
      <w:lvlText w:val="%7."/>
      <w:lvlJc w:val="left"/>
      <w:pPr>
        <w:ind w:left="5040" w:hanging="360"/>
      </w:pPr>
    </w:lvl>
    <w:lvl w:ilvl="7" w:tplc="D3FC21E8" w:tentative="1">
      <w:start w:val="1"/>
      <w:numFmt w:val="lowerLetter"/>
      <w:lvlText w:val="%8."/>
      <w:lvlJc w:val="left"/>
      <w:pPr>
        <w:ind w:left="5760" w:hanging="360"/>
      </w:pPr>
    </w:lvl>
    <w:lvl w:ilvl="8" w:tplc="33628CF8" w:tentative="1">
      <w:start w:val="1"/>
      <w:numFmt w:val="lowerRoman"/>
      <w:lvlText w:val="%9."/>
      <w:lvlJc w:val="right"/>
      <w:pPr>
        <w:ind w:left="6480" w:hanging="180"/>
      </w:pPr>
    </w:lvl>
  </w:abstractNum>
  <w:abstractNum w:abstractNumId="12" w15:restartNumberingAfterBreak="0">
    <w:nsid w:val="19B9775B"/>
    <w:multiLevelType w:val="hybridMultilevel"/>
    <w:tmpl w:val="0A1662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C525AF"/>
    <w:multiLevelType w:val="hybridMultilevel"/>
    <w:tmpl w:val="08922A1A"/>
    <w:lvl w:ilvl="0" w:tplc="047A03D2">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DE5FB7"/>
    <w:multiLevelType w:val="hybridMultilevel"/>
    <w:tmpl w:val="7B7807F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836A50"/>
    <w:multiLevelType w:val="hybridMultilevel"/>
    <w:tmpl w:val="9CC80E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6404C8"/>
    <w:multiLevelType w:val="hybridMultilevel"/>
    <w:tmpl w:val="06C4D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5550FF"/>
    <w:multiLevelType w:val="hybridMultilevel"/>
    <w:tmpl w:val="FBC42E9A"/>
    <w:lvl w:ilvl="0" w:tplc="F474A7AC">
      <w:start w:val="24"/>
      <w:numFmt w:val="decimal"/>
      <w:lvlText w:val="%1."/>
      <w:lvlJc w:val="left"/>
      <w:pPr>
        <w:ind w:left="720" w:hanging="360"/>
      </w:pPr>
      <w:rPr>
        <w:rFonts w:hint="default"/>
      </w:rPr>
    </w:lvl>
    <w:lvl w:ilvl="1" w:tplc="E0F6CC84" w:tentative="1">
      <w:start w:val="1"/>
      <w:numFmt w:val="lowerLetter"/>
      <w:lvlText w:val="%2."/>
      <w:lvlJc w:val="left"/>
      <w:pPr>
        <w:ind w:left="1440" w:hanging="360"/>
      </w:pPr>
    </w:lvl>
    <w:lvl w:ilvl="2" w:tplc="857456C6" w:tentative="1">
      <w:start w:val="1"/>
      <w:numFmt w:val="lowerRoman"/>
      <w:lvlText w:val="%3."/>
      <w:lvlJc w:val="right"/>
      <w:pPr>
        <w:ind w:left="2160" w:hanging="180"/>
      </w:pPr>
    </w:lvl>
    <w:lvl w:ilvl="3" w:tplc="646632B4" w:tentative="1">
      <w:start w:val="1"/>
      <w:numFmt w:val="decimal"/>
      <w:lvlText w:val="%4."/>
      <w:lvlJc w:val="left"/>
      <w:pPr>
        <w:ind w:left="2880" w:hanging="360"/>
      </w:pPr>
    </w:lvl>
    <w:lvl w:ilvl="4" w:tplc="A86250B2" w:tentative="1">
      <w:start w:val="1"/>
      <w:numFmt w:val="lowerLetter"/>
      <w:lvlText w:val="%5."/>
      <w:lvlJc w:val="left"/>
      <w:pPr>
        <w:ind w:left="3600" w:hanging="360"/>
      </w:pPr>
    </w:lvl>
    <w:lvl w:ilvl="5" w:tplc="2F02AC88" w:tentative="1">
      <w:start w:val="1"/>
      <w:numFmt w:val="lowerRoman"/>
      <w:lvlText w:val="%6."/>
      <w:lvlJc w:val="right"/>
      <w:pPr>
        <w:ind w:left="4320" w:hanging="180"/>
      </w:pPr>
    </w:lvl>
    <w:lvl w:ilvl="6" w:tplc="6FBCE8DA" w:tentative="1">
      <w:start w:val="1"/>
      <w:numFmt w:val="decimal"/>
      <w:lvlText w:val="%7."/>
      <w:lvlJc w:val="left"/>
      <w:pPr>
        <w:ind w:left="5040" w:hanging="360"/>
      </w:pPr>
    </w:lvl>
    <w:lvl w:ilvl="7" w:tplc="7C320A84" w:tentative="1">
      <w:start w:val="1"/>
      <w:numFmt w:val="lowerLetter"/>
      <w:lvlText w:val="%8."/>
      <w:lvlJc w:val="left"/>
      <w:pPr>
        <w:ind w:left="5760" w:hanging="360"/>
      </w:pPr>
    </w:lvl>
    <w:lvl w:ilvl="8" w:tplc="AC10502A" w:tentative="1">
      <w:start w:val="1"/>
      <w:numFmt w:val="lowerRoman"/>
      <w:lvlText w:val="%9."/>
      <w:lvlJc w:val="right"/>
      <w:pPr>
        <w:ind w:left="6480" w:hanging="180"/>
      </w:pPr>
    </w:lvl>
  </w:abstractNum>
  <w:abstractNum w:abstractNumId="18" w15:restartNumberingAfterBreak="0">
    <w:nsid w:val="41494193"/>
    <w:multiLevelType w:val="hybridMultilevel"/>
    <w:tmpl w:val="F0D4AF82"/>
    <w:lvl w:ilvl="0" w:tplc="79A8C71E">
      <w:start w:val="11"/>
      <w:numFmt w:val="decimal"/>
      <w:lvlText w:val="%1."/>
      <w:lvlJc w:val="left"/>
      <w:pPr>
        <w:ind w:left="375" w:hanging="375"/>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5B77B1"/>
    <w:multiLevelType w:val="hybridMultilevel"/>
    <w:tmpl w:val="D70A3B2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7621"/>
    <w:multiLevelType w:val="hybridMultilevel"/>
    <w:tmpl w:val="5AFE29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E860940"/>
    <w:multiLevelType w:val="hybridMultilevel"/>
    <w:tmpl w:val="D062DF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B646C2"/>
    <w:multiLevelType w:val="hybridMultilevel"/>
    <w:tmpl w:val="2D66306C"/>
    <w:lvl w:ilvl="0" w:tplc="819E0030">
      <w:start w:val="1"/>
      <w:numFmt w:val="upperLetter"/>
      <w:lvlText w:val="%1."/>
      <w:lvlJc w:val="left"/>
      <w:pPr>
        <w:ind w:left="720" w:hanging="360"/>
      </w:pPr>
      <w:rPr>
        <w:rFonts w:cs="Times New Roman"/>
        <w:b w:val="0"/>
      </w:rPr>
    </w:lvl>
    <w:lvl w:ilvl="1" w:tplc="7978583A" w:tentative="1">
      <w:start w:val="1"/>
      <w:numFmt w:val="lowerLetter"/>
      <w:lvlText w:val="%2."/>
      <w:lvlJc w:val="left"/>
      <w:pPr>
        <w:ind w:left="1440" w:hanging="360"/>
      </w:pPr>
      <w:rPr>
        <w:rFonts w:cs="Times New Roman"/>
      </w:rPr>
    </w:lvl>
    <w:lvl w:ilvl="2" w:tplc="15FA575A" w:tentative="1">
      <w:start w:val="1"/>
      <w:numFmt w:val="lowerRoman"/>
      <w:lvlText w:val="%3."/>
      <w:lvlJc w:val="right"/>
      <w:pPr>
        <w:ind w:left="2160" w:hanging="180"/>
      </w:pPr>
      <w:rPr>
        <w:rFonts w:cs="Times New Roman"/>
      </w:rPr>
    </w:lvl>
    <w:lvl w:ilvl="3" w:tplc="94423E14" w:tentative="1">
      <w:start w:val="1"/>
      <w:numFmt w:val="decimal"/>
      <w:lvlText w:val="%4."/>
      <w:lvlJc w:val="left"/>
      <w:pPr>
        <w:ind w:left="2880" w:hanging="360"/>
      </w:pPr>
      <w:rPr>
        <w:rFonts w:cs="Times New Roman"/>
      </w:rPr>
    </w:lvl>
    <w:lvl w:ilvl="4" w:tplc="FAC4D32C" w:tentative="1">
      <w:start w:val="1"/>
      <w:numFmt w:val="lowerLetter"/>
      <w:lvlText w:val="%5."/>
      <w:lvlJc w:val="left"/>
      <w:pPr>
        <w:ind w:left="3600" w:hanging="360"/>
      </w:pPr>
      <w:rPr>
        <w:rFonts w:cs="Times New Roman"/>
      </w:rPr>
    </w:lvl>
    <w:lvl w:ilvl="5" w:tplc="F08A6260" w:tentative="1">
      <w:start w:val="1"/>
      <w:numFmt w:val="lowerRoman"/>
      <w:lvlText w:val="%6."/>
      <w:lvlJc w:val="right"/>
      <w:pPr>
        <w:ind w:left="4320" w:hanging="180"/>
      </w:pPr>
      <w:rPr>
        <w:rFonts w:cs="Times New Roman"/>
      </w:rPr>
    </w:lvl>
    <w:lvl w:ilvl="6" w:tplc="8D4403B4" w:tentative="1">
      <w:start w:val="1"/>
      <w:numFmt w:val="decimal"/>
      <w:lvlText w:val="%7."/>
      <w:lvlJc w:val="left"/>
      <w:pPr>
        <w:ind w:left="5040" w:hanging="360"/>
      </w:pPr>
      <w:rPr>
        <w:rFonts w:cs="Times New Roman"/>
      </w:rPr>
    </w:lvl>
    <w:lvl w:ilvl="7" w:tplc="4962AD7E" w:tentative="1">
      <w:start w:val="1"/>
      <w:numFmt w:val="lowerLetter"/>
      <w:lvlText w:val="%8."/>
      <w:lvlJc w:val="left"/>
      <w:pPr>
        <w:ind w:left="5760" w:hanging="360"/>
      </w:pPr>
      <w:rPr>
        <w:rFonts w:cs="Times New Roman"/>
      </w:rPr>
    </w:lvl>
    <w:lvl w:ilvl="8" w:tplc="502AB00E" w:tentative="1">
      <w:start w:val="1"/>
      <w:numFmt w:val="lowerRoman"/>
      <w:lvlText w:val="%9."/>
      <w:lvlJc w:val="right"/>
      <w:pPr>
        <w:ind w:left="6480" w:hanging="180"/>
      </w:pPr>
      <w:rPr>
        <w:rFonts w:cs="Times New Roman"/>
      </w:rPr>
    </w:lvl>
  </w:abstractNum>
  <w:abstractNum w:abstractNumId="23" w15:restartNumberingAfterBreak="0">
    <w:nsid w:val="7B4D17A5"/>
    <w:multiLevelType w:val="hybridMultilevel"/>
    <w:tmpl w:val="C2140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2505788">
    <w:abstractNumId w:val="8"/>
  </w:num>
  <w:num w:numId="2" w16cid:durableId="1693921344">
    <w:abstractNumId w:val="6"/>
  </w:num>
  <w:num w:numId="3" w16cid:durableId="623314249">
    <w:abstractNumId w:val="5"/>
  </w:num>
  <w:num w:numId="4" w16cid:durableId="1076511905">
    <w:abstractNumId w:val="4"/>
  </w:num>
  <w:num w:numId="5" w16cid:durableId="1650593612">
    <w:abstractNumId w:val="7"/>
  </w:num>
  <w:num w:numId="6" w16cid:durableId="1173454796">
    <w:abstractNumId w:val="3"/>
  </w:num>
  <w:num w:numId="7" w16cid:durableId="542057253">
    <w:abstractNumId w:val="2"/>
  </w:num>
  <w:num w:numId="8" w16cid:durableId="630015241">
    <w:abstractNumId w:val="1"/>
  </w:num>
  <w:num w:numId="9" w16cid:durableId="902913694">
    <w:abstractNumId w:val="0"/>
  </w:num>
  <w:num w:numId="10" w16cid:durableId="201947124">
    <w:abstractNumId w:val="14"/>
  </w:num>
  <w:num w:numId="11" w16cid:durableId="1954315204">
    <w:abstractNumId w:val="9"/>
  </w:num>
  <w:num w:numId="12" w16cid:durableId="2090030286">
    <w:abstractNumId w:val="21"/>
  </w:num>
  <w:num w:numId="13" w16cid:durableId="1743671481">
    <w:abstractNumId w:val="16"/>
  </w:num>
  <w:num w:numId="14" w16cid:durableId="1195390101">
    <w:abstractNumId w:val="19"/>
  </w:num>
  <w:num w:numId="15" w16cid:durableId="1138299021">
    <w:abstractNumId w:val="12"/>
  </w:num>
  <w:num w:numId="16" w16cid:durableId="1055860501">
    <w:abstractNumId w:val="15"/>
  </w:num>
  <w:num w:numId="17" w16cid:durableId="1929730601">
    <w:abstractNumId w:val="11"/>
  </w:num>
  <w:num w:numId="18" w16cid:durableId="2045054471">
    <w:abstractNumId w:val="22"/>
  </w:num>
  <w:num w:numId="19" w16cid:durableId="1339381542">
    <w:abstractNumId w:val="17"/>
  </w:num>
  <w:num w:numId="20" w16cid:durableId="814294586">
    <w:abstractNumId w:val="13"/>
  </w:num>
  <w:num w:numId="21" w16cid:durableId="1020619466">
    <w:abstractNumId w:val="18"/>
  </w:num>
  <w:num w:numId="22" w16cid:durableId="1042748936">
    <w:abstractNumId w:val="10"/>
  </w:num>
  <w:num w:numId="23" w16cid:durableId="939066603">
    <w:abstractNumId w:val="20"/>
  </w:num>
  <w:num w:numId="24" w16cid:durableId="14674348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606"/>
    <w:rsid w:val="00004B13"/>
    <w:rsid w:val="0001431A"/>
    <w:rsid w:val="00017CBA"/>
    <w:rsid w:val="0003350C"/>
    <w:rsid w:val="00034616"/>
    <w:rsid w:val="00041195"/>
    <w:rsid w:val="00046940"/>
    <w:rsid w:val="00053962"/>
    <w:rsid w:val="0006063C"/>
    <w:rsid w:val="000668B1"/>
    <w:rsid w:val="000822CF"/>
    <w:rsid w:val="000836EE"/>
    <w:rsid w:val="00086B84"/>
    <w:rsid w:val="00091F28"/>
    <w:rsid w:val="000920CC"/>
    <w:rsid w:val="0009374B"/>
    <w:rsid w:val="000952BF"/>
    <w:rsid w:val="000A53D3"/>
    <w:rsid w:val="000A55B6"/>
    <w:rsid w:val="000A6485"/>
    <w:rsid w:val="000B034E"/>
    <w:rsid w:val="000B738B"/>
    <w:rsid w:val="000C0779"/>
    <w:rsid w:val="000C078F"/>
    <w:rsid w:val="000C165B"/>
    <w:rsid w:val="000C31EA"/>
    <w:rsid w:val="000C485B"/>
    <w:rsid w:val="000C5735"/>
    <w:rsid w:val="000D04D4"/>
    <w:rsid w:val="000D2BEA"/>
    <w:rsid w:val="000D5ACC"/>
    <w:rsid w:val="000D6DAC"/>
    <w:rsid w:val="000E65FF"/>
    <w:rsid w:val="000E72D6"/>
    <w:rsid w:val="000F11F1"/>
    <w:rsid w:val="000F1E82"/>
    <w:rsid w:val="000F7C6D"/>
    <w:rsid w:val="001002A3"/>
    <w:rsid w:val="001011F6"/>
    <w:rsid w:val="001025A3"/>
    <w:rsid w:val="00114CEE"/>
    <w:rsid w:val="0012554C"/>
    <w:rsid w:val="00134CEF"/>
    <w:rsid w:val="0013675D"/>
    <w:rsid w:val="0013755A"/>
    <w:rsid w:val="00141E3C"/>
    <w:rsid w:val="0015074B"/>
    <w:rsid w:val="00154F77"/>
    <w:rsid w:val="00163C71"/>
    <w:rsid w:val="00173199"/>
    <w:rsid w:val="001863E7"/>
    <w:rsid w:val="0018747F"/>
    <w:rsid w:val="001A7FDC"/>
    <w:rsid w:val="001B06B7"/>
    <w:rsid w:val="001B13FA"/>
    <w:rsid w:val="001B4BD6"/>
    <w:rsid w:val="001C7871"/>
    <w:rsid w:val="001D5BBA"/>
    <w:rsid w:val="001E0B99"/>
    <w:rsid w:val="001E42C8"/>
    <w:rsid w:val="001E7713"/>
    <w:rsid w:val="001F0A6A"/>
    <w:rsid w:val="001F235F"/>
    <w:rsid w:val="002054F5"/>
    <w:rsid w:val="002059F4"/>
    <w:rsid w:val="002116F6"/>
    <w:rsid w:val="002132CB"/>
    <w:rsid w:val="00216E27"/>
    <w:rsid w:val="00252B97"/>
    <w:rsid w:val="00256134"/>
    <w:rsid w:val="00261D70"/>
    <w:rsid w:val="0026354D"/>
    <w:rsid w:val="002653D8"/>
    <w:rsid w:val="00277AD6"/>
    <w:rsid w:val="00281DC8"/>
    <w:rsid w:val="00282142"/>
    <w:rsid w:val="0028757D"/>
    <w:rsid w:val="00287CE4"/>
    <w:rsid w:val="0029639D"/>
    <w:rsid w:val="002A3129"/>
    <w:rsid w:val="002B3C3A"/>
    <w:rsid w:val="002D59F4"/>
    <w:rsid w:val="002F24D2"/>
    <w:rsid w:val="002F5D52"/>
    <w:rsid w:val="003167C1"/>
    <w:rsid w:val="0032688D"/>
    <w:rsid w:val="00326F90"/>
    <w:rsid w:val="00331568"/>
    <w:rsid w:val="0033187B"/>
    <w:rsid w:val="00334216"/>
    <w:rsid w:val="003474E9"/>
    <w:rsid w:val="0034767D"/>
    <w:rsid w:val="003568D4"/>
    <w:rsid w:val="003603AC"/>
    <w:rsid w:val="00373202"/>
    <w:rsid w:val="00377E28"/>
    <w:rsid w:val="0038126A"/>
    <w:rsid w:val="00384357"/>
    <w:rsid w:val="003858BA"/>
    <w:rsid w:val="00386B4D"/>
    <w:rsid w:val="003933E1"/>
    <w:rsid w:val="00393BBB"/>
    <w:rsid w:val="00395EF0"/>
    <w:rsid w:val="0039655B"/>
    <w:rsid w:val="003A03AD"/>
    <w:rsid w:val="003A2248"/>
    <w:rsid w:val="003A3561"/>
    <w:rsid w:val="003B30EC"/>
    <w:rsid w:val="003B3206"/>
    <w:rsid w:val="003B45CC"/>
    <w:rsid w:val="003E4270"/>
    <w:rsid w:val="003E4B56"/>
    <w:rsid w:val="003E609C"/>
    <w:rsid w:val="003F0685"/>
    <w:rsid w:val="003F1107"/>
    <w:rsid w:val="003F3730"/>
    <w:rsid w:val="003F6B00"/>
    <w:rsid w:val="0040011D"/>
    <w:rsid w:val="00416A40"/>
    <w:rsid w:val="004246EA"/>
    <w:rsid w:val="00426062"/>
    <w:rsid w:val="00436CED"/>
    <w:rsid w:val="00442913"/>
    <w:rsid w:val="00442FA8"/>
    <w:rsid w:val="0045139C"/>
    <w:rsid w:val="004525DC"/>
    <w:rsid w:val="00461F67"/>
    <w:rsid w:val="004634E4"/>
    <w:rsid w:val="00466BF5"/>
    <w:rsid w:val="00472560"/>
    <w:rsid w:val="00482CCC"/>
    <w:rsid w:val="0048645A"/>
    <w:rsid w:val="00495DE0"/>
    <w:rsid w:val="004961A5"/>
    <w:rsid w:val="004975AA"/>
    <w:rsid w:val="004A0AAA"/>
    <w:rsid w:val="004A1C05"/>
    <w:rsid w:val="004A5BF6"/>
    <w:rsid w:val="004A640A"/>
    <w:rsid w:val="004A7D7E"/>
    <w:rsid w:val="004B5820"/>
    <w:rsid w:val="004D61D4"/>
    <w:rsid w:val="004E5275"/>
    <w:rsid w:val="004E6CAE"/>
    <w:rsid w:val="00500988"/>
    <w:rsid w:val="0050204D"/>
    <w:rsid w:val="005024DF"/>
    <w:rsid w:val="00505608"/>
    <w:rsid w:val="00506784"/>
    <w:rsid w:val="00507727"/>
    <w:rsid w:val="0051331B"/>
    <w:rsid w:val="005148B4"/>
    <w:rsid w:val="0052037B"/>
    <w:rsid w:val="00527C52"/>
    <w:rsid w:val="0053164E"/>
    <w:rsid w:val="00534A4C"/>
    <w:rsid w:val="00542570"/>
    <w:rsid w:val="005479B0"/>
    <w:rsid w:val="00562A70"/>
    <w:rsid w:val="005635F6"/>
    <w:rsid w:val="005651E3"/>
    <w:rsid w:val="00575645"/>
    <w:rsid w:val="0059074D"/>
    <w:rsid w:val="00592CAD"/>
    <w:rsid w:val="00595399"/>
    <w:rsid w:val="005A0337"/>
    <w:rsid w:val="005A4CDF"/>
    <w:rsid w:val="005B31C3"/>
    <w:rsid w:val="005B574F"/>
    <w:rsid w:val="005D0169"/>
    <w:rsid w:val="005D4408"/>
    <w:rsid w:val="005E03FD"/>
    <w:rsid w:val="005F01E6"/>
    <w:rsid w:val="0060109B"/>
    <w:rsid w:val="0060322D"/>
    <w:rsid w:val="00606590"/>
    <w:rsid w:val="00617320"/>
    <w:rsid w:val="00620161"/>
    <w:rsid w:val="00620A01"/>
    <w:rsid w:val="006242E7"/>
    <w:rsid w:val="006329B2"/>
    <w:rsid w:val="00632C5D"/>
    <w:rsid w:val="0063320A"/>
    <w:rsid w:val="006343DF"/>
    <w:rsid w:val="00643DFF"/>
    <w:rsid w:val="00645D23"/>
    <w:rsid w:val="00650308"/>
    <w:rsid w:val="006553CD"/>
    <w:rsid w:val="00656B92"/>
    <w:rsid w:val="006576C3"/>
    <w:rsid w:val="006578D8"/>
    <w:rsid w:val="00662C14"/>
    <w:rsid w:val="006651C8"/>
    <w:rsid w:val="006961BB"/>
    <w:rsid w:val="006B2393"/>
    <w:rsid w:val="006B2E75"/>
    <w:rsid w:val="006B4254"/>
    <w:rsid w:val="006B5FD7"/>
    <w:rsid w:val="006B6CBC"/>
    <w:rsid w:val="006B71C5"/>
    <w:rsid w:val="006C0F8A"/>
    <w:rsid w:val="006C277B"/>
    <w:rsid w:val="006C46EB"/>
    <w:rsid w:val="006C55BC"/>
    <w:rsid w:val="006C5E6F"/>
    <w:rsid w:val="006D0AA5"/>
    <w:rsid w:val="006D2BAA"/>
    <w:rsid w:val="006D5C79"/>
    <w:rsid w:val="006D63E6"/>
    <w:rsid w:val="006E5129"/>
    <w:rsid w:val="006E52D8"/>
    <w:rsid w:val="006E6A61"/>
    <w:rsid w:val="006F36C0"/>
    <w:rsid w:val="006F3F19"/>
    <w:rsid w:val="006F78A0"/>
    <w:rsid w:val="00700095"/>
    <w:rsid w:val="00702691"/>
    <w:rsid w:val="00702F64"/>
    <w:rsid w:val="0070564C"/>
    <w:rsid w:val="00725898"/>
    <w:rsid w:val="0073066D"/>
    <w:rsid w:val="007414A0"/>
    <w:rsid w:val="00754F36"/>
    <w:rsid w:val="0076540E"/>
    <w:rsid w:val="00775799"/>
    <w:rsid w:val="00780A6F"/>
    <w:rsid w:val="00781E9A"/>
    <w:rsid w:val="00787712"/>
    <w:rsid w:val="007924E3"/>
    <w:rsid w:val="0079357A"/>
    <w:rsid w:val="007956BE"/>
    <w:rsid w:val="00797402"/>
    <w:rsid w:val="007A247B"/>
    <w:rsid w:val="007A4A4E"/>
    <w:rsid w:val="007A4D41"/>
    <w:rsid w:val="007A5CC3"/>
    <w:rsid w:val="007A5D89"/>
    <w:rsid w:val="007A651D"/>
    <w:rsid w:val="007B0337"/>
    <w:rsid w:val="007B6DCC"/>
    <w:rsid w:val="007C40D3"/>
    <w:rsid w:val="007C4A26"/>
    <w:rsid w:val="007D5EF2"/>
    <w:rsid w:val="007E20DC"/>
    <w:rsid w:val="007E3557"/>
    <w:rsid w:val="007E3AC7"/>
    <w:rsid w:val="007F1391"/>
    <w:rsid w:val="007F40C6"/>
    <w:rsid w:val="007F4EED"/>
    <w:rsid w:val="007F60F7"/>
    <w:rsid w:val="00806F12"/>
    <w:rsid w:val="0081682A"/>
    <w:rsid w:val="00816C60"/>
    <w:rsid w:val="00817B71"/>
    <w:rsid w:val="008213AC"/>
    <w:rsid w:val="00830F27"/>
    <w:rsid w:val="00834CCB"/>
    <w:rsid w:val="00840D52"/>
    <w:rsid w:val="008410F6"/>
    <w:rsid w:val="00851DDB"/>
    <w:rsid w:val="00860754"/>
    <w:rsid w:val="008703CF"/>
    <w:rsid w:val="00872B12"/>
    <w:rsid w:val="00877311"/>
    <w:rsid w:val="0088002B"/>
    <w:rsid w:val="00880BDC"/>
    <w:rsid w:val="008A17E5"/>
    <w:rsid w:val="008A2C7D"/>
    <w:rsid w:val="008A3863"/>
    <w:rsid w:val="008A3A83"/>
    <w:rsid w:val="008B0437"/>
    <w:rsid w:val="008B38BA"/>
    <w:rsid w:val="008B520C"/>
    <w:rsid w:val="008B7A57"/>
    <w:rsid w:val="008C236B"/>
    <w:rsid w:val="008C67B3"/>
    <w:rsid w:val="008D1562"/>
    <w:rsid w:val="008D65DA"/>
    <w:rsid w:val="008E1305"/>
    <w:rsid w:val="008E2EBB"/>
    <w:rsid w:val="008E5D25"/>
    <w:rsid w:val="008F3914"/>
    <w:rsid w:val="00904495"/>
    <w:rsid w:val="00906ABB"/>
    <w:rsid w:val="009123FB"/>
    <w:rsid w:val="00914DFB"/>
    <w:rsid w:val="009178EB"/>
    <w:rsid w:val="00920BA9"/>
    <w:rsid w:val="009215FA"/>
    <w:rsid w:val="00924841"/>
    <w:rsid w:val="0092612E"/>
    <w:rsid w:val="00943E0B"/>
    <w:rsid w:val="00947991"/>
    <w:rsid w:val="00962436"/>
    <w:rsid w:val="00965F2C"/>
    <w:rsid w:val="00973E70"/>
    <w:rsid w:val="00976463"/>
    <w:rsid w:val="009A1899"/>
    <w:rsid w:val="009B26D9"/>
    <w:rsid w:val="009B69DA"/>
    <w:rsid w:val="009D17EA"/>
    <w:rsid w:val="009D7E5E"/>
    <w:rsid w:val="009D7FB3"/>
    <w:rsid w:val="009E4A79"/>
    <w:rsid w:val="009E5817"/>
    <w:rsid w:val="009F266E"/>
    <w:rsid w:val="00A02CB5"/>
    <w:rsid w:val="00A06581"/>
    <w:rsid w:val="00A070E6"/>
    <w:rsid w:val="00A124AC"/>
    <w:rsid w:val="00A15FB8"/>
    <w:rsid w:val="00A16D21"/>
    <w:rsid w:val="00A21B06"/>
    <w:rsid w:val="00A27E70"/>
    <w:rsid w:val="00A31F62"/>
    <w:rsid w:val="00A33D60"/>
    <w:rsid w:val="00A5509F"/>
    <w:rsid w:val="00A6103E"/>
    <w:rsid w:val="00A65E53"/>
    <w:rsid w:val="00A71C62"/>
    <w:rsid w:val="00A73CE4"/>
    <w:rsid w:val="00A825F6"/>
    <w:rsid w:val="00A924FA"/>
    <w:rsid w:val="00A96C94"/>
    <w:rsid w:val="00AA1D8D"/>
    <w:rsid w:val="00AA2CE9"/>
    <w:rsid w:val="00AA4C09"/>
    <w:rsid w:val="00AB0F60"/>
    <w:rsid w:val="00AB1EDD"/>
    <w:rsid w:val="00AC316E"/>
    <w:rsid w:val="00AC4A7F"/>
    <w:rsid w:val="00AD3296"/>
    <w:rsid w:val="00AF2320"/>
    <w:rsid w:val="00AF27F6"/>
    <w:rsid w:val="00B02E0D"/>
    <w:rsid w:val="00B1322F"/>
    <w:rsid w:val="00B268EB"/>
    <w:rsid w:val="00B34AF8"/>
    <w:rsid w:val="00B36078"/>
    <w:rsid w:val="00B37C5E"/>
    <w:rsid w:val="00B4030F"/>
    <w:rsid w:val="00B47730"/>
    <w:rsid w:val="00B51AE5"/>
    <w:rsid w:val="00B520D0"/>
    <w:rsid w:val="00B54B4B"/>
    <w:rsid w:val="00B54D63"/>
    <w:rsid w:val="00B579EB"/>
    <w:rsid w:val="00B62901"/>
    <w:rsid w:val="00B638C1"/>
    <w:rsid w:val="00B65AE0"/>
    <w:rsid w:val="00B67B5F"/>
    <w:rsid w:val="00B74922"/>
    <w:rsid w:val="00B75408"/>
    <w:rsid w:val="00B92ACB"/>
    <w:rsid w:val="00B94551"/>
    <w:rsid w:val="00B97BB3"/>
    <w:rsid w:val="00BA4C9F"/>
    <w:rsid w:val="00BA55D3"/>
    <w:rsid w:val="00BA765E"/>
    <w:rsid w:val="00BB5F6F"/>
    <w:rsid w:val="00BB6363"/>
    <w:rsid w:val="00BB6AEE"/>
    <w:rsid w:val="00BB6CBF"/>
    <w:rsid w:val="00BC0505"/>
    <w:rsid w:val="00BC2CC2"/>
    <w:rsid w:val="00BC444F"/>
    <w:rsid w:val="00BC7226"/>
    <w:rsid w:val="00BD07F6"/>
    <w:rsid w:val="00BD32E9"/>
    <w:rsid w:val="00BD7B9D"/>
    <w:rsid w:val="00BE07FA"/>
    <w:rsid w:val="00BE1DB3"/>
    <w:rsid w:val="00BE28B1"/>
    <w:rsid w:val="00BE2CBE"/>
    <w:rsid w:val="00BE42CB"/>
    <w:rsid w:val="00C00037"/>
    <w:rsid w:val="00C00119"/>
    <w:rsid w:val="00C10090"/>
    <w:rsid w:val="00C10E59"/>
    <w:rsid w:val="00C13411"/>
    <w:rsid w:val="00C17BD2"/>
    <w:rsid w:val="00C310E1"/>
    <w:rsid w:val="00C40B68"/>
    <w:rsid w:val="00C549C5"/>
    <w:rsid w:val="00C55DB1"/>
    <w:rsid w:val="00C60568"/>
    <w:rsid w:val="00C62E5F"/>
    <w:rsid w:val="00C6512F"/>
    <w:rsid w:val="00C663D6"/>
    <w:rsid w:val="00C7095F"/>
    <w:rsid w:val="00C71055"/>
    <w:rsid w:val="00C714A0"/>
    <w:rsid w:val="00C75C80"/>
    <w:rsid w:val="00C75ECD"/>
    <w:rsid w:val="00C765AE"/>
    <w:rsid w:val="00C76D34"/>
    <w:rsid w:val="00C84B67"/>
    <w:rsid w:val="00C95BE6"/>
    <w:rsid w:val="00CB0409"/>
    <w:rsid w:val="00CB0664"/>
    <w:rsid w:val="00CB27EE"/>
    <w:rsid w:val="00CB44EE"/>
    <w:rsid w:val="00CB6419"/>
    <w:rsid w:val="00CB7AC1"/>
    <w:rsid w:val="00CC173A"/>
    <w:rsid w:val="00CC768C"/>
    <w:rsid w:val="00CD0034"/>
    <w:rsid w:val="00CE3107"/>
    <w:rsid w:val="00CE5F72"/>
    <w:rsid w:val="00CF09A3"/>
    <w:rsid w:val="00D02008"/>
    <w:rsid w:val="00D10C1F"/>
    <w:rsid w:val="00D10E00"/>
    <w:rsid w:val="00D20F46"/>
    <w:rsid w:val="00D27D4D"/>
    <w:rsid w:val="00D322E6"/>
    <w:rsid w:val="00D332D5"/>
    <w:rsid w:val="00D36057"/>
    <w:rsid w:val="00D425DB"/>
    <w:rsid w:val="00D4710F"/>
    <w:rsid w:val="00D54C4B"/>
    <w:rsid w:val="00D56C12"/>
    <w:rsid w:val="00D62BC5"/>
    <w:rsid w:val="00D65214"/>
    <w:rsid w:val="00D65A71"/>
    <w:rsid w:val="00D66B72"/>
    <w:rsid w:val="00D717BB"/>
    <w:rsid w:val="00D74BCE"/>
    <w:rsid w:val="00D9277D"/>
    <w:rsid w:val="00D929E8"/>
    <w:rsid w:val="00D958B6"/>
    <w:rsid w:val="00D96C04"/>
    <w:rsid w:val="00D97B7A"/>
    <w:rsid w:val="00DA184B"/>
    <w:rsid w:val="00DA1B9A"/>
    <w:rsid w:val="00DA222A"/>
    <w:rsid w:val="00DA562A"/>
    <w:rsid w:val="00DD6F91"/>
    <w:rsid w:val="00DE44E5"/>
    <w:rsid w:val="00DE4AD6"/>
    <w:rsid w:val="00DE52E7"/>
    <w:rsid w:val="00DF0AC4"/>
    <w:rsid w:val="00DF1017"/>
    <w:rsid w:val="00DF44A4"/>
    <w:rsid w:val="00DF7119"/>
    <w:rsid w:val="00E025BC"/>
    <w:rsid w:val="00E043E3"/>
    <w:rsid w:val="00E06FF2"/>
    <w:rsid w:val="00E0766E"/>
    <w:rsid w:val="00E143A4"/>
    <w:rsid w:val="00E17D28"/>
    <w:rsid w:val="00E20FC8"/>
    <w:rsid w:val="00E23965"/>
    <w:rsid w:val="00E25875"/>
    <w:rsid w:val="00E26B57"/>
    <w:rsid w:val="00E27919"/>
    <w:rsid w:val="00E3339D"/>
    <w:rsid w:val="00E359B2"/>
    <w:rsid w:val="00E36B87"/>
    <w:rsid w:val="00E402A6"/>
    <w:rsid w:val="00E41E1D"/>
    <w:rsid w:val="00E45DAF"/>
    <w:rsid w:val="00E5316A"/>
    <w:rsid w:val="00E5395D"/>
    <w:rsid w:val="00E635ED"/>
    <w:rsid w:val="00E63FC7"/>
    <w:rsid w:val="00E81218"/>
    <w:rsid w:val="00E82E5A"/>
    <w:rsid w:val="00E86847"/>
    <w:rsid w:val="00E8727C"/>
    <w:rsid w:val="00E92088"/>
    <w:rsid w:val="00E93E34"/>
    <w:rsid w:val="00EA18BB"/>
    <w:rsid w:val="00EA4848"/>
    <w:rsid w:val="00EB15FB"/>
    <w:rsid w:val="00EB35EA"/>
    <w:rsid w:val="00EB5D81"/>
    <w:rsid w:val="00EB60A0"/>
    <w:rsid w:val="00EB635D"/>
    <w:rsid w:val="00EC2B31"/>
    <w:rsid w:val="00EC2E98"/>
    <w:rsid w:val="00EC7C11"/>
    <w:rsid w:val="00EE019A"/>
    <w:rsid w:val="00EE029F"/>
    <w:rsid w:val="00EE2719"/>
    <w:rsid w:val="00EF343D"/>
    <w:rsid w:val="00EF4EE9"/>
    <w:rsid w:val="00F04CB1"/>
    <w:rsid w:val="00F319FE"/>
    <w:rsid w:val="00F404A0"/>
    <w:rsid w:val="00F424D1"/>
    <w:rsid w:val="00F429E1"/>
    <w:rsid w:val="00F628A9"/>
    <w:rsid w:val="00F62E51"/>
    <w:rsid w:val="00F80FD1"/>
    <w:rsid w:val="00F85974"/>
    <w:rsid w:val="00FA21C7"/>
    <w:rsid w:val="00FA5E93"/>
    <w:rsid w:val="00FB494C"/>
    <w:rsid w:val="00FB4CD0"/>
    <w:rsid w:val="00FB7392"/>
    <w:rsid w:val="00FC236E"/>
    <w:rsid w:val="00FC693F"/>
    <w:rsid w:val="00FD1781"/>
    <w:rsid w:val="00FD19F0"/>
    <w:rsid w:val="00FD1A2E"/>
    <w:rsid w:val="00FD3A94"/>
    <w:rsid w:val="00FD4B56"/>
    <w:rsid w:val="00FD64F0"/>
    <w:rsid w:val="00FD6EC5"/>
    <w:rsid w:val="00FE00BB"/>
    <w:rsid w:val="00FE7D12"/>
    <w:rsid w:val="00FF030F"/>
    <w:rsid w:val="00FF21D6"/>
    <w:rsid w:val="00FF53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3AA2950F-1768-4976-BA25-3C68BFD1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ListParagraphChar">
    <w:name w:val="List Paragraph Char"/>
    <w:link w:val="ListParagraph"/>
    <w:uiPriority w:val="34"/>
    <w:locked/>
    <w:rsid w:val="00A070E6"/>
  </w:style>
  <w:style w:type="table" w:customStyle="1" w:styleId="TableGrid1">
    <w:name w:val="Table Grid1"/>
    <w:basedOn w:val="TableNormal"/>
    <w:next w:val="TableGrid"/>
    <w:uiPriority w:val="59"/>
    <w:rsid w:val="004525D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06581"/>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650308"/>
    <w:pPr>
      <w:spacing w:after="120"/>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650308"/>
    <w:rPr>
      <w:rFonts w:ascii="Calibri" w:eastAsia="Calibri" w:hAnsi="Calibri" w:cs="Times New Roman"/>
    </w:rPr>
  </w:style>
  <w:style w:type="character" w:styleId="PlaceholderText">
    <w:name w:val="Placeholder Text"/>
    <w:basedOn w:val="DefaultParagraphFont"/>
    <w:uiPriority w:val="99"/>
    <w:semiHidden/>
    <w:rsid w:val="00B579E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45823">
      <w:bodyDiv w:val="1"/>
      <w:marLeft w:val="0"/>
      <w:marRight w:val="0"/>
      <w:marTop w:val="0"/>
      <w:marBottom w:val="0"/>
      <w:divBdr>
        <w:top w:val="none" w:sz="0" w:space="0" w:color="auto"/>
        <w:left w:val="none" w:sz="0" w:space="0" w:color="auto"/>
        <w:bottom w:val="none" w:sz="0" w:space="0" w:color="auto"/>
        <w:right w:val="none" w:sz="0" w:space="0" w:color="auto"/>
      </w:divBdr>
    </w:div>
    <w:div w:id="209731204">
      <w:bodyDiv w:val="1"/>
      <w:marLeft w:val="0"/>
      <w:marRight w:val="0"/>
      <w:marTop w:val="0"/>
      <w:marBottom w:val="0"/>
      <w:divBdr>
        <w:top w:val="none" w:sz="0" w:space="0" w:color="auto"/>
        <w:left w:val="none" w:sz="0" w:space="0" w:color="auto"/>
        <w:bottom w:val="none" w:sz="0" w:space="0" w:color="auto"/>
        <w:right w:val="none" w:sz="0" w:space="0" w:color="auto"/>
      </w:divBdr>
    </w:div>
    <w:div w:id="241109501">
      <w:bodyDiv w:val="1"/>
      <w:marLeft w:val="0"/>
      <w:marRight w:val="0"/>
      <w:marTop w:val="0"/>
      <w:marBottom w:val="0"/>
      <w:divBdr>
        <w:top w:val="none" w:sz="0" w:space="0" w:color="auto"/>
        <w:left w:val="none" w:sz="0" w:space="0" w:color="auto"/>
        <w:bottom w:val="none" w:sz="0" w:space="0" w:color="auto"/>
        <w:right w:val="none" w:sz="0" w:space="0" w:color="auto"/>
      </w:divBdr>
    </w:div>
    <w:div w:id="454099438">
      <w:bodyDiv w:val="1"/>
      <w:marLeft w:val="0"/>
      <w:marRight w:val="0"/>
      <w:marTop w:val="0"/>
      <w:marBottom w:val="0"/>
      <w:divBdr>
        <w:top w:val="none" w:sz="0" w:space="0" w:color="auto"/>
        <w:left w:val="none" w:sz="0" w:space="0" w:color="auto"/>
        <w:bottom w:val="none" w:sz="0" w:space="0" w:color="auto"/>
        <w:right w:val="none" w:sz="0" w:space="0" w:color="auto"/>
      </w:divBdr>
    </w:div>
    <w:div w:id="455950294">
      <w:bodyDiv w:val="1"/>
      <w:marLeft w:val="0"/>
      <w:marRight w:val="0"/>
      <w:marTop w:val="0"/>
      <w:marBottom w:val="0"/>
      <w:divBdr>
        <w:top w:val="none" w:sz="0" w:space="0" w:color="auto"/>
        <w:left w:val="none" w:sz="0" w:space="0" w:color="auto"/>
        <w:bottom w:val="none" w:sz="0" w:space="0" w:color="auto"/>
        <w:right w:val="none" w:sz="0" w:space="0" w:color="auto"/>
      </w:divBdr>
    </w:div>
    <w:div w:id="554003686">
      <w:bodyDiv w:val="1"/>
      <w:marLeft w:val="0"/>
      <w:marRight w:val="0"/>
      <w:marTop w:val="0"/>
      <w:marBottom w:val="0"/>
      <w:divBdr>
        <w:top w:val="none" w:sz="0" w:space="0" w:color="auto"/>
        <w:left w:val="none" w:sz="0" w:space="0" w:color="auto"/>
        <w:bottom w:val="none" w:sz="0" w:space="0" w:color="auto"/>
        <w:right w:val="none" w:sz="0" w:space="0" w:color="auto"/>
      </w:divBdr>
    </w:div>
    <w:div w:id="760446346">
      <w:bodyDiv w:val="1"/>
      <w:marLeft w:val="0"/>
      <w:marRight w:val="0"/>
      <w:marTop w:val="0"/>
      <w:marBottom w:val="0"/>
      <w:divBdr>
        <w:top w:val="none" w:sz="0" w:space="0" w:color="auto"/>
        <w:left w:val="none" w:sz="0" w:space="0" w:color="auto"/>
        <w:bottom w:val="none" w:sz="0" w:space="0" w:color="auto"/>
        <w:right w:val="none" w:sz="0" w:space="0" w:color="auto"/>
      </w:divBdr>
    </w:div>
    <w:div w:id="958880856">
      <w:bodyDiv w:val="1"/>
      <w:marLeft w:val="0"/>
      <w:marRight w:val="0"/>
      <w:marTop w:val="0"/>
      <w:marBottom w:val="0"/>
      <w:divBdr>
        <w:top w:val="none" w:sz="0" w:space="0" w:color="auto"/>
        <w:left w:val="none" w:sz="0" w:space="0" w:color="auto"/>
        <w:bottom w:val="none" w:sz="0" w:space="0" w:color="auto"/>
        <w:right w:val="none" w:sz="0" w:space="0" w:color="auto"/>
      </w:divBdr>
    </w:div>
    <w:div w:id="1127969475">
      <w:bodyDiv w:val="1"/>
      <w:marLeft w:val="0"/>
      <w:marRight w:val="0"/>
      <w:marTop w:val="0"/>
      <w:marBottom w:val="0"/>
      <w:divBdr>
        <w:top w:val="none" w:sz="0" w:space="0" w:color="auto"/>
        <w:left w:val="none" w:sz="0" w:space="0" w:color="auto"/>
        <w:bottom w:val="none" w:sz="0" w:space="0" w:color="auto"/>
        <w:right w:val="none" w:sz="0" w:space="0" w:color="auto"/>
      </w:divBdr>
    </w:div>
    <w:div w:id="1186795594">
      <w:bodyDiv w:val="1"/>
      <w:marLeft w:val="0"/>
      <w:marRight w:val="0"/>
      <w:marTop w:val="0"/>
      <w:marBottom w:val="0"/>
      <w:divBdr>
        <w:top w:val="none" w:sz="0" w:space="0" w:color="auto"/>
        <w:left w:val="none" w:sz="0" w:space="0" w:color="auto"/>
        <w:bottom w:val="none" w:sz="0" w:space="0" w:color="auto"/>
        <w:right w:val="none" w:sz="0" w:space="0" w:color="auto"/>
      </w:divBdr>
    </w:div>
    <w:div w:id="1276255008">
      <w:bodyDiv w:val="1"/>
      <w:marLeft w:val="0"/>
      <w:marRight w:val="0"/>
      <w:marTop w:val="0"/>
      <w:marBottom w:val="0"/>
      <w:divBdr>
        <w:top w:val="none" w:sz="0" w:space="0" w:color="auto"/>
        <w:left w:val="none" w:sz="0" w:space="0" w:color="auto"/>
        <w:bottom w:val="none" w:sz="0" w:space="0" w:color="auto"/>
        <w:right w:val="none" w:sz="0" w:space="0" w:color="auto"/>
      </w:divBdr>
    </w:div>
    <w:div w:id="1451168455">
      <w:bodyDiv w:val="1"/>
      <w:marLeft w:val="0"/>
      <w:marRight w:val="0"/>
      <w:marTop w:val="0"/>
      <w:marBottom w:val="0"/>
      <w:divBdr>
        <w:top w:val="none" w:sz="0" w:space="0" w:color="auto"/>
        <w:left w:val="none" w:sz="0" w:space="0" w:color="auto"/>
        <w:bottom w:val="none" w:sz="0" w:space="0" w:color="auto"/>
        <w:right w:val="none" w:sz="0" w:space="0" w:color="auto"/>
      </w:divBdr>
    </w:div>
    <w:div w:id="1509052503">
      <w:bodyDiv w:val="1"/>
      <w:marLeft w:val="0"/>
      <w:marRight w:val="0"/>
      <w:marTop w:val="0"/>
      <w:marBottom w:val="0"/>
      <w:divBdr>
        <w:top w:val="none" w:sz="0" w:space="0" w:color="auto"/>
        <w:left w:val="none" w:sz="0" w:space="0" w:color="auto"/>
        <w:bottom w:val="none" w:sz="0" w:space="0" w:color="auto"/>
        <w:right w:val="none" w:sz="0" w:space="0" w:color="auto"/>
      </w:divBdr>
    </w:div>
    <w:div w:id="1573348643">
      <w:bodyDiv w:val="1"/>
      <w:marLeft w:val="0"/>
      <w:marRight w:val="0"/>
      <w:marTop w:val="0"/>
      <w:marBottom w:val="0"/>
      <w:divBdr>
        <w:top w:val="none" w:sz="0" w:space="0" w:color="auto"/>
        <w:left w:val="none" w:sz="0" w:space="0" w:color="auto"/>
        <w:bottom w:val="none" w:sz="0" w:space="0" w:color="auto"/>
        <w:right w:val="none" w:sz="0" w:space="0" w:color="auto"/>
      </w:divBdr>
    </w:div>
    <w:div w:id="1709528492">
      <w:bodyDiv w:val="1"/>
      <w:marLeft w:val="0"/>
      <w:marRight w:val="0"/>
      <w:marTop w:val="0"/>
      <w:marBottom w:val="0"/>
      <w:divBdr>
        <w:top w:val="none" w:sz="0" w:space="0" w:color="auto"/>
        <w:left w:val="none" w:sz="0" w:space="0" w:color="auto"/>
        <w:bottom w:val="none" w:sz="0" w:space="0" w:color="auto"/>
        <w:right w:val="none" w:sz="0" w:space="0" w:color="auto"/>
      </w:divBdr>
    </w:div>
    <w:div w:id="1784380585">
      <w:bodyDiv w:val="1"/>
      <w:marLeft w:val="0"/>
      <w:marRight w:val="0"/>
      <w:marTop w:val="0"/>
      <w:marBottom w:val="0"/>
      <w:divBdr>
        <w:top w:val="none" w:sz="0" w:space="0" w:color="auto"/>
        <w:left w:val="none" w:sz="0" w:space="0" w:color="auto"/>
        <w:bottom w:val="none" w:sz="0" w:space="0" w:color="auto"/>
        <w:right w:val="none" w:sz="0" w:space="0" w:color="auto"/>
      </w:divBdr>
    </w:div>
    <w:div w:id="1792018371">
      <w:bodyDiv w:val="1"/>
      <w:marLeft w:val="0"/>
      <w:marRight w:val="0"/>
      <w:marTop w:val="0"/>
      <w:marBottom w:val="0"/>
      <w:divBdr>
        <w:top w:val="none" w:sz="0" w:space="0" w:color="auto"/>
        <w:left w:val="none" w:sz="0" w:space="0" w:color="auto"/>
        <w:bottom w:val="none" w:sz="0" w:space="0" w:color="auto"/>
        <w:right w:val="none" w:sz="0" w:space="0" w:color="auto"/>
      </w:divBdr>
    </w:div>
    <w:div w:id="1892304916">
      <w:bodyDiv w:val="1"/>
      <w:marLeft w:val="0"/>
      <w:marRight w:val="0"/>
      <w:marTop w:val="0"/>
      <w:marBottom w:val="0"/>
      <w:divBdr>
        <w:top w:val="none" w:sz="0" w:space="0" w:color="auto"/>
        <w:left w:val="none" w:sz="0" w:space="0" w:color="auto"/>
        <w:bottom w:val="none" w:sz="0" w:space="0" w:color="auto"/>
        <w:right w:val="none" w:sz="0" w:space="0" w:color="auto"/>
      </w:divBdr>
    </w:div>
    <w:div w:id="1899977883">
      <w:bodyDiv w:val="1"/>
      <w:marLeft w:val="0"/>
      <w:marRight w:val="0"/>
      <w:marTop w:val="0"/>
      <w:marBottom w:val="0"/>
      <w:divBdr>
        <w:top w:val="none" w:sz="0" w:space="0" w:color="auto"/>
        <w:left w:val="none" w:sz="0" w:space="0" w:color="auto"/>
        <w:bottom w:val="none" w:sz="0" w:space="0" w:color="auto"/>
        <w:right w:val="none" w:sz="0" w:space="0" w:color="auto"/>
      </w:divBdr>
    </w:div>
    <w:div w:id="1935085403">
      <w:bodyDiv w:val="1"/>
      <w:marLeft w:val="0"/>
      <w:marRight w:val="0"/>
      <w:marTop w:val="0"/>
      <w:marBottom w:val="0"/>
      <w:divBdr>
        <w:top w:val="none" w:sz="0" w:space="0" w:color="auto"/>
        <w:left w:val="none" w:sz="0" w:space="0" w:color="auto"/>
        <w:bottom w:val="none" w:sz="0" w:space="0" w:color="auto"/>
        <w:right w:val="none" w:sz="0" w:space="0" w:color="auto"/>
      </w:divBdr>
    </w:div>
    <w:div w:id="2043239758">
      <w:bodyDiv w:val="1"/>
      <w:marLeft w:val="0"/>
      <w:marRight w:val="0"/>
      <w:marTop w:val="0"/>
      <w:marBottom w:val="0"/>
      <w:divBdr>
        <w:top w:val="none" w:sz="0" w:space="0" w:color="auto"/>
        <w:left w:val="none" w:sz="0" w:space="0" w:color="auto"/>
        <w:bottom w:val="none" w:sz="0" w:space="0" w:color="auto"/>
        <w:right w:val="none" w:sz="0" w:space="0" w:color="auto"/>
      </w:divBdr>
    </w:div>
    <w:div w:id="20624397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1</TotalTime>
  <Pages>48</Pages>
  <Words>11747</Words>
  <Characters>66958</Characters>
  <Application>Microsoft Office Word</Application>
  <DocSecurity>0</DocSecurity>
  <Lines>557</Lines>
  <Paragraphs>157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78548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Domen, Clift K.</cp:lastModifiedBy>
  <cp:revision>3</cp:revision>
  <dcterms:created xsi:type="dcterms:W3CDTF">2026-04-28T16:02:00Z</dcterms:created>
  <dcterms:modified xsi:type="dcterms:W3CDTF">2026-04-28T16:03:00Z</dcterms:modified>
  <cp:category/>
</cp:coreProperties>
</file>